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5 câu trắc nghiệm Vật Lý 10 về Động năng và T...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Động năng của một vật chuyển động được xác định dựa vào những yếu tố nào?</w:t>
      </w:r>
    </w:p>
    <w:p>
      <w:pPr>
        <w:pStyle w:val="ListParagraph"/>
      </w:pPr>
      <w:r>
        <w:rPr>
          <w:sz w:val="22"/>
        </w:rPr>
        <w:t>A. Khối lượng và vận tốc</w:t>
      </w:r>
    </w:p>
    <w:p>
      <w:pPr>
        <w:pStyle w:val="ListParagraph"/>
      </w:pPr>
      <w:r>
        <w:rPr>
          <w:sz w:val="22"/>
        </w:rPr>
        <w:t>B. Khối lượng và độ cao</w:t>
      </w:r>
    </w:p>
    <w:p>
      <w:pPr>
        <w:pStyle w:val="ListParagraph"/>
      </w:pPr>
      <w:r>
        <w:rPr>
          <w:sz w:val="22"/>
        </w:rPr>
        <w:t>C. Vận tốc và độ cao</w:t>
      </w:r>
    </w:p>
    <w:p>
      <w:pPr>
        <w:pStyle w:val="ListParagraph"/>
      </w:pPr>
      <w:r>
        <w:rPr>
          <w:sz w:val="22"/>
        </w:rPr>
        <w:t>D. Khối lượng và lực tác dụng</w:t>
      </w:r>
    </w:p>
    <w:p/>
    <w:p>
      <w:r>
        <w:rPr>
          <w:b/>
          <w:sz w:val="24"/>
        </w:rPr>
        <w:t>Câu 2: Công thức tính động năng của một vật có khối lượng m và vận tốc v là:</w:t>
      </w:r>
    </w:p>
    <w:p>
      <w:pPr>
        <w:pStyle w:val="ListParagraph"/>
      </w:pPr>
      <w:r>
        <w:rPr>
          <w:sz w:val="22"/>
        </w:rPr>
        <w:t>A. $W_d = m v^2$</w:t>
      </w:r>
    </w:p>
    <w:p>
      <w:pPr>
        <w:pStyle w:val="ListParagraph"/>
      </w:pPr>
      <w:r>
        <w:rPr>
          <w:sz w:val="22"/>
        </w:rPr>
        <w:t>B. $W_d = \frac{1}{2} m v^2$</w:t>
      </w:r>
    </w:p>
    <w:p>
      <w:pPr>
        <w:pStyle w:val="ListParagraph"/>
      </w:pPr>
      <w:r>
        <w:rPr>
          <w:sz w:val="22"/>
        </w:rPr>
        <w:t>C. $W_d = \frac{1}{2} m v$</w:t>
      </w:r>
    </w:p>
    <w:p>
      <w:pPr>
        <w:pStyle w:val="ListParagraph"/>
      </w:pPr>
      <w:r>
        <w:rPr>
          <w:sz w:val="22"/>
        </w:rPr>
        <w:t>D. $W_d = m v$</w:t>
      </w:r>
    </w:p>
    <w:p/>
    <w:p>
      <w:r>
        <w:rPr>
          <w:b/>
          <w:sz w:val="24"/>
        </w:rPr>
        <w:t>Câu 3: Thế năng trọng trường của một vật khối lượng m đặt tại độ cao h so với mốc thế năng được tính bằng công thức nào sau đây?</w:t>
      </w:r>
    </w:p>
    <w:p>
      <w:pPr>
        <w:pStyle w:val="ListParagraph"/>
      </w:pPr>
      <w:r>
        <w:rPr>
          <w:sz w:val="22"/>
        </w:rPr>
        <w:t>A. $W_t = \frac{1}{2} m g h$</w:t>
      </w:r>
    </w:p>
    <w:p>
      <w:pPr>
        <w:pStyle w:val="ListParagraph"/>
      </w:pPr>
      <w:r>
        <w:rPr>
          <w:sz w:val="22"/>
        </w:rPr>
        <w:t>B. $W_t = \frac{m h}{g}$</w:t>
      </w:r>
    </w:p>
    <w:p>
      <w:pPr>
        <w:pStyle w:val="ListParagraph"/>
      </w:pPr>
      <w:r>
        <w:rPr>
          <w:sz w:val="22"/>
        </w:rPr>
        <w:t>C. $W_t = m g h$</w:t>
      </w:r>
    </w:p>
    <w:p>
      <w:pPr>
        <w:pStyle w:val="ListParagraph"/>
      </w:pPr>
      <w:r>
        <w:rPr>
          <w:sz w:val="22"/>
        </w:rPr>
        <w:t>D. $W_t = \frac{1}{2} m g h^2$</w:t>
      </w:r>
    </w:p>
    <w:p/>
    <w:p>
      <w:r>
        <w:rPr>
          <w:b/>
          <w:sz w:val="24"/>
        </w:rPr>
        <w:t>Câu 4: Một vật có khối lượng 2 kg chuyển động với vận tốc 3 m/s. Động năng của vật bằng bao nhiêu?</w:t>
      </w:r>
    </w:p>
    <w:p>
      <w:pPr>
        <w:pStyle w:val="ListParagraph"/>
      </w:pPr>
      <w:r>
        <w:rPr>
          <w:sz w:val="22"/>
        </w:rPr>
        <w:t>A. 6 J</w:t>
      </w:r>
    </w:p>
    <w:p>
      <w:pPr>
        <w:pStyle w:val="ListParagraph"/>
      </w:pPr>
      <w:r>
        <w:rPr>
          <w:sz w:val="22"/>
        </w:rPr>
        <w:t>B. 3 J</w:t>
      </w:r>
    </w:p>
    <w:p>
      <w:pPr>
        <w:pStyle w:val="ListParagraph"/>
      </w:pPr>
      <w:r>
        <w:rPr>
          <w:sz w:val="22"/>
        </w:rPr>
        <w:t>C. 12 J</w:t>
      </w:r>
    </w:p>
    <w:p>
      <w:pPr>
        <w:pStyle w:val="ListParagraph"/>
      </w:pPr>
      <w:r>
        <w:rPr>
          <w:sz w:val="22"/>
        </w:rPr>
        <w:t>D. 9 J</w:t>
      </w:r>
    </w:p>
    <w:p/>
    <w:p>
      <w:r>
        <w:rPr>
          <w:b/>
          <w:sz w:val="24"/>
        </w:rPr>
        <w:t>Câu 5: Trong quá trình vật rơi tự do từ độ cao h xuống đất, sự biến đổi cơ năng của vật như thế nào? (Bỏ qua lực cản không khí)</w:t>
      </w:r>
    </w:p>
    <w:p>
      <w:pPr>
        <w:pStyle w:val="ListParagraph"/>
      </w:pPr>
      <w:r>
        <w:rPr>
          <w:sz w:val="22"/>
        </w:rPr>
        <w:t>A. Động năng giảm, thế năng tăng</w:t>
      </w:r>
    </w:p>
    <w:p>
      <w:pPr>
        <w:pStyle w:val="ListParagraph"/>
      </w:pPr>
      <w:r>
        <w:rPr>
          <w:sz w:val="22"/>
        </w:rPr>
        <w:t>B. Động năng tăng, thế năng giảm</w:t>
      </w:r>
    </w:p>
    <w:p>
      <w:pPr>
        <w:pStyle w:val="ListParagraph"/>
      </w:pPr>
      <w:r>
        <w:rPr>
          <w:sz w:val="22"/>
        </w:rPr>
        <w:t>C. Động năng không đổi, thế năng giảm</w:t>
      </w:r>
    </w:p>
    <w:p>
      <w:pPr>
        <w:pStyle w:val="ListParagraph"/>
      </w:pPr>
      <w:r>
        <w:rPr>
          <w:sz w:val="22"/>
        </w:rPr>
        <w:t>D. Động năng và thế năng đều tăng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