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Dia 12 ktr 15p</w:t>
      </w:r>
    </w:p>
    <w:p>
      <w:pPr>
        <w:jc w:val="center"/>
      </w:pPr>
      <w:r>
        <w:rPr>
          <w:sz w:val="22"/>
        </w:rPr>
        <w:t>Số câu: 32    Thời gian: _____ phút    Họ và tên: _________________________</w:t>
      </w:r>
    </w:p>
    <w:p/>
    <w:p>
      <w:r>
        <w:rPr>
          <w:b/>
          <w:sz w:val="24"/>
        </w:rPr>
        <w:t>Câu 1: Nước ta có vị trí ở</w:t>
      </w:r>
    </w:p>
    <w:p>
      <w:pPr>
        <w:pStyle w:val="ListParagraph"/>
      </w:pPr>
      <w:r>
        <w:rPr>
          <w:sz w:val="22"/>
        </w:rPr>
        <w:t>A. bán cầu Nam.</w:t>
      </w:r>
    </w:p>
    <w:p>
      <w:pPr>
        <w:pStyle w:val="ListParagraph"/>
      </w:pPr>
      <w:r>
        <w:rPr>
          <w:sz w:val="22"/>
        </w:rPr>
        <w:t>B. vùng ngoại chí tuyến.</w:t>
      </w:r>
    </w:p>
    <w:p>
      <w:pPr>
        <w:pStyle w:val="ListParagraph"/>
      </w:pPr>
      <w:r>
        <w:rPr>
          <w:sz w:val="22"/>
        </w:rPr>
        <w:t>C. bán cầu Tây.</w:t>
      </w:r>
    </w:p>
    <w:p>
      <w:pPr>
        <w:pStyle w:val="ListParagraph"/>
      </w:pPr>
      <w:r>
        <w:rPr>
          <w:sz w:val="22"/>
        </w:rPr>
        <w:t>D. vùng nội chí tuyến.</w:t>
      </w:r>
    </w:p>
    <w:p/>
    <w:p>
      <w:r>
        <w:rPr>
          <w:b/>
          <w:sz w:val="24"/>
        </w:rPr>
        <w:t>Câu 2: Nước ta có vị trí địa lí</w:t>
      </w:r>
    </w:p>
    <w:p>
      <w:pPr>
        <w:pStyle w:val="ListParagraph"/>
      </w:pPr>
      <w:r>
        <w:rPr>
          <w:sz w:val="22"/>
        </w:rPr>
        <w:t>A. giáp với Biển Đông rộng lớn.</w:t>
      </w:r>
    </w:p>
    <w:p>
      <w:pPr>
        <w:pStyle w:val="ListParagraph"/>
      </w:pPr>
      <w:r>
        <w:rPr>
          <w:sz w:val="22"/>
        </w:rPr>
        <w:t>B. phía tây bán đảo Đông Dương.</w:t>
      </w:r>
    </w:p>
    <w:p>
      <w:pPr>
        <w:pStyle w:val="ListParagraph"/>
      </w:pPr>
      <w:r>
        <w:rPr>
          <w:sz w:val="22"/>
        </w:rPr>
        <w:t>C. trên các vành đai sinh khoáng.</w:t>
      </w:r>
    </w:p>
    <w:p>
      <w:pPr>
        <w:pStyle w:val="ListParagraph"/>
      </w:pPr>
      <w:r>
        <w:rPr>
          <w:sz w:val="22"/>
        </w:rPr>
        <w:t>D. ở gần với trung tâm châu Á.</w:t>
      </w:r>
    </w:p>
    <w:p/>
    <w:p>
      <w:r>
        <w:rPr>
          <w:b/>
          <w:sz w:val="24"/>
        </w:rPr>
        <w:t>Câu 3: Đặc điểm nào sau đây không đúng với vị trí địa lí của nước ta?</w:t>
      </w:r>
    </w:p>
    <w:p>
      <w:pPr>
        <w:pStyle w:val="ListParagraph"/>
      </w:pPr>
      <w:r>
        <w:rPr>
          <w:sz w:val="22"/>
        </w:rPr>
        <w:t>A. Nằm ở phía đông nam châu Á, trên bán đảo Đông Dương.</w:t>
      </w:r>
    </w:p>
    <w:p>
      <w:pPr>
        <w:pStyle w:val="ListParagraph"/>
      </w:pPr>
      <w:r>
        <w:rPr>
          <w:sz w:val="22"/>
        </w:rPr>
        <w:t>B. Phần đất liền tiếp giáp Trung Quốc, Campuchia và Thái Lan.</w:t>
      </w:r>
    </w:p>
    <w:p>
      <w:pPr>
        <w:pStyle w:val="ListParagraph"/>
      </w:pPr>
      <w:r>
        <w:rPr>
          <w:sz w:val="22"/>
        </w:rPr>
        <w:t>C. Nằm gần trung tâm khu vực Đông Nam Á, giáp biển Đông.</w:t>
      </w:r>
    </w:p>
    <w:p>
      <w:pPr>
        <w:pStyle w:val="ListParagraph"/>
      </w:pPr>
      <w:r>
        <w:rPr>
          <w:sz w:val="22"/>
        </w:rPr>
        <w:t>D. Nằm trong khu vực phát triển kinh tế năng động của thế giới.</w:t>
      </w:r>
    </w:p>
    <w:p/>
    <w:p>
      <w:r>
        <w:rPr>
          <w:b/>
          <w:sz w:val="24"/>
        </w:rPr>
        <w:t>Câu 4: Điểm cực Bắc của nước ta trên đất liền nằm ở vĩ độ 23°23′B thuộc tỉnh nào sau đây?</w:t>
      </w:r>
    </w:p>
    <w:p>
      <w:pPr>
        <w:pStyle w:val="ListParagraph"/>
      </w:pPr>
      <w:r>
        <w:rPr>
          <w:sz w:val="22"/>
        </w:rPr>
        <w:t>A. Điện Biên.</w:t>
      </w:r>
    </w:p>
    <w:p>
      <w:pPr>
        <w:pStyle w:val="ListParagraph"/>
      </w:pPr>
      <w:r>
        <w:rPr>
          <w:sz w:val="22"/>
        </w:rPr>
        <w:t>B. Tuyên Quang.</w:t>
      </w:r>
    </w:p>
    <w:p>
      <w:pPr>
        <w:pStyle w:val="ListParagraph"/>
      </w:pPr>
      <w:r>
        <w:rPr>
          <w:sz w:val="22"/>
        </w:rPr>
        <w:t>C. Khánh Hòa.</w:t>
      </w:r>
    </w:p>
    <w:p>
      <w:pPr>
        <w:pStyle w:val="ListParagraph"/>
      </w:pPr>
      <w:r>
        <w:rPr>
          <w:sz w:val="22"/>
        </w:rPr>
        <w:t>D. Cà Mau.</w:t>
      </w:r>
    </w:p>
    <w:p/>
    <w:p>
      <w:r>
        <w:rPr>
          <w:b/>
          <w:sz w:val="24"/>
        </w:rPr>
        <w:t>Câu 5: Tỉnh nào sau đây của nước ta có đường biên giới trên đất liền giáp với Trung Quốc?</w:t>
      </w:r>
    </w:p>
    <w:p>
      <w:pPr>
        <w:pStyle w:val="ListParagraph"/>
      </w:pPr>
      <w:r>
        <w:rPr>
          <w:sz w:val="22"/>
        </w:rPr>
        <w:t>A. Sơn La.</w:t>
      </w:r>
    </w:p>
    <w:p>
      <w:pPr>
        <w:pStyle w:val="ListParagraph"/>
      </w:pPr>
      <w:r>
        <w:rPr>
          <w:sz w:val="22"/>
        </w:rPr>
        <w:t>B. Phú Thọ</w:t>
      </w:r>
    </w:p>
    <w:p>
      <w:pPr>
        <w:pStyle w:val="ListParagraph"/>
      </w:pPr>
      <w:r>
        <w:rPr>
          <w:sz w:val="22"/>
        </w:rPr>
        <w:t>C. Thái Nguyên</w:t>
      </w:r>
    </w:p>
    <w:p>
      <w:pPr>
        <w:pStyle w:val="ListParagraph"/>
      </w:pPr>
      <w:r>
        <w:rPr>
          <w:sz w:val="22"/>
        </w:rPr>
        <w:t>D. Tuyên Quang</w:t>
      </w:r>
    </w:p>
    <w:p/>
    <w:p>
      <w:r>
        <w:rPr>
          <w:b/>
          <w:sz w:val="24"/>
        </w:rPr>
        <w:t>Câu 6: Quốc gia nào sau đây có chung đường biên giới với nước ta cả trên biển và đất liền?</w:t>
      </w:r>
    </w:p>
    <w:p>
      <w:pPr>
        <w:pStyle w:val="ListParagraph"/>
      </w:pPr>
      <w:r>
        <w:rPr>
          <w:sz w:val="22"/>
        </w:rPr>
        <w:t>A. Lào.</w:t>
      </w:r>
    </w:p>
    <w:p>
      <w:pPr>
        <w:pStyle w:val="ListParagraph"/>
      </w:pPr>
      <w:r>
        <w:rPr>
          <w:sz w:val="22"/>
        </w:rPr>
        <w:t>B. Thái Lan.</w:t>
      </w:r>
    </w:p>
    <w:p>
      <w:pPr>
        <w:pStyle w:val="ListParagraph"/>
      </w:pPr>
      <w:r>
        <w:rPr>
          <w:sz w:val="22"/>
        </w:rPr>
        <w:t>C. Trung Quốc.</w:t>
      </w:r>
    </w:p>
    <w:p>
      <w:pPr>
        <w:pStyle w:val="ListParagraph"/>
      </w:pPr>
      <w:r>
        <w:rPr>
          <w:sz w:val="22"/>
        </w:rPr>
        <w:t>D. Philippin.</w:t>
      </w:r>
    </w:p>
    <w:p/>
    <w:p>
      <w:r>
        <w:rPr>
          <w:b/>
          <w:sz w:val="24"/>
        </w:rPr>
        <w:t>Câu 7: Vùng đất của nước ta</w:t>
      </w:r>
    </w:p>
    <w:p>
      <w:pPr>
        <w:pStyle w:val="ListParagraph"/>
      </w:pPr>
      <w:r>
        <w:rPr>
          <w:sz w:val="22"/>
        </w:rPr>
        <w:t>A. lớn hơn vùng biển nhiều lần.</w:t>
      </w:r>
    </w:p>
    <w:p>
      <w:pPr>
        <w:pStyle w:val="ListParagraph"/>
      </w:pPr>
      <w:r>
        <w:rPr>
          <w:sz w:val="22"/>
        </w:rPr>
        <w:t>B. thu hẹp theo chiều bắc - nam.</w:t>
      </w:r>
    </w:p>
    <w:p>
      <w:pPr>
        <w:pStyle w:val="ListParagraph"/>
      </w:pPr>
      <w:r>
        <w:rPr>
          <w:sz w:val="22"/>
        </w:rPr>
        <w:t>C. chỉ giáp biển về phía đông.</w:t>
      </w:r>
    </w:p>
    <w:p>
      <w:pPr>
        <w:pStyle w:val="ListParagraph"/>
      </w:pPr>
      <w:r>
        <w:rPr>
          <w:sz w:val="22"/>
        </w:rPr>
        <w:t>D. gồm phần đất liền, đảo và quần đảo.</w:t>
      </w:r>
    </w:p>
    <w:p/>
    <w:p>
      <w:r>
        <w:rPr>
          <w:b/>
          <w:sz w:val="24"/>
        </w:rPr>
        <w:t>Câu 8: Vùng nội thủy của biển nước ta</w:t>
      </w:r>
    </w:p>
    <w:p>
      <w:pPr>
        <w:pStyle w:val="ListParagraph"/>
      </w:pPr>
      <w:r>
        <w:rPr>
          <w:sz w:val="22"/>
        </w:rPr>
        <w:t>A. kề với vùng tiếp giáp lãnh hải.</w:t>
      </w:r>
    </w:p>
    <w:p>
      <w:pPr>
        <w:pStyle w:val="ListParagraph"/>
      </w:pPr>
      <w:r>
        <w:rPr>
          <w:sz w:val="22"/>
        </w:rPr>
        <w:t>B. nằm ở phía trong đường cơ sở.</w:t>
      </w:r>
    </w:p>
    <w:p>
      <w:pPr>
        <w:pStyle w:val="ListParagraph"/>
      </w:pPr>
      <w:r>
        <w:rPr>
          <w:sz w:val="22"/>
        </w:rPr>
        <w:t>C. là phần nằm ngầm ở dưới biển.</w:t>
      </w:r>
    </w:p>
    <w:p>
      <w:pPr>
        <w:pStyle w:val="ListParagraph"/>
      </w:pPr>
      <w:r>
        <w:rPr>
          <w:sz w:val="22"/>
        </w:rPr>
        <w:t>D. nằm liền kề vùng biển quốc tế.</w:t>
      </w:r>
    </w:p>
    <w:p/>
    <w:p>
      <w:r>
        <w:rPr>
          <w:b/>
          <w:sz w:val="24"/>
        </w:rPr>
        <w:t>Câu 9: Bộ phận có diện tích lớn nhất thuộc vùng biển nước ta là</w:t>
      </w:r>
    </w:p>
    <w:p>
      <w:pPr>
        <w:pStyle w:val="ListParagraph"/>
      </w:pPr>
      <w:r>
        <w:rPr>
          <w:sz w:val="22"/>
        </w:rPr>
        <w:t>A. nội thủy.</w:t>
      </w:r>
    </w:p>
    <w:p>
      <w:pPr>
        <w:pStyle w:val="ListParagraph"/>
      </w:pPr>
      <w:r>
        <w:rPr>
          <w:sz w:val="22"/>
        </w:rPr>
        <w:t>B. lãnh hải.</w:t>
      </w:r>
    </w:p>
    <w:p>
      <w:pPr>
        <w:pStyle w:val="ListParagraph"/>
      </w:pPr>
      <w:r>
        <w:rPr>
          <w:sz w:val="22"/>
        </w:rPr>
        <w:t>C. vùng tiếp giáp lãnh hải.</w:t>
      </w:r>
    </w:p>
    <w:p>
      <w:pPr>
        <w:pStyle w:val="ListParagraph"/>
      </w:pPr>
      <w:r>
        <w:rPr>
          <w:sz w:val="22"/>
        </w:rPr>
        <w:t>D. vùng đặc quyền kinh tế.</w:t>
      </w:r>
    </w:p>
    <w:p/>
    <w:p>
      <w:r>
        <w:rPr>
          <w:b/>
          <w:sz w:val="24"/>
        </w:rPr>
        <w:t>Câu 10: Lãnh hải là</w:t>
      </w:r>
    </w:p>
    <w:p>
      <w:pPr>
        <w:pStyle w:val="ListParagraph"/>
      </w:pPr>
      <w:r>
        <w:rPr>
          <w:sz w:val="22"/>
        </w:rPr>
        <w:t>A. vùng biển thuộc chủ quyền quốc gia trên biển.</w:t>
      </w:r>
    </w:p>
    <w:p>
      <w:pPr>
        <w:pStyle w:val="ListParagraph"/>
      </w:pPr>
      <w:r>
        <w:rPr>
          <w:sz w:val="22"/>
        </w:rPr>
        <w:t>B. vùng biển rộng 200 hải lí.</w:t>
      </w:r>
    </w:p>
    <w:p>
      <w:pPr>
        <w:pStyle w:val="ListParagraph"/>
      </w:pPr>
      <w:r>
        <w:rPr>
          <w:sz w:val="22"/>
        </w:rPr>
        <w:t>C. vùng tiếp giáp với vùng biển quốc tế.</w:t>
      </w:r>
    </w:p>
    <w:p>
      <w:pPr>
        <w:pStyle w:val="ListParagraph"/>
      </w:pPr>
      <w:r>
        <w:rPr>
          <w:sz w:val="22"/>
        </w:rPr>
        <w:t>D. vùng có độ sâu khoảng 200m.</w:t>
      </w:r>
    </w:p>
    <w:p/>
    <w:p>
      <w:r>
        <w:rPr>
          <w:b/>
          <w:sz w:val="24"/>
        </w:rPr>
        <w:t>Câu 11: Sự phân hóa đa dạng của tự nhiên và hình thành các miền địa lí tự nhiên khác nhau ở nước ta chủ yếu do</w:t>
      </w:r>
    </w:p>
    <w:p>
      <w:pPr>
        <w:pStyle w:val="ListParagraph"/>
      </w:pPr>
      <w:r>
        <w:rPr>
          <w:sz w:val="22"/>
        </w:rPr>
        <w:t>A. Khí hậu và sông ngòi.</w:t>
      </w:r>
    </w:p>
    <w:p>
      <w:pPr>
        <w:pStyle w:val="ListParagraph"/>
      </w:pPr>
      <w:r>
        <w:rPr>
          <w:sz w:val="22"/>
        </w:rPr>
        <w:t>B. Vị trí địa lí và đặc điểm lãnh thổ.</w:t>
      </w:r>
    </w:p>
    <w:p>
      <w:pPr>
        <w:pStyle w:val="ListParagraph"/>
      </w:pPr>
      <w:r>
        <w:rPr>
          <w:sz w:val="22"/>
        </w:rPr>
        <w:t>C. Khoáng sản và biển.</w:t>
      </w:r>
    </w:p>
    <w:p>
      <w:pPr>
        <w:pStyle w:val="ListParagraph"/>
      </w:pPr>
      <w:r>
        <w:rPr>
          <w:sz w:val="22"/>
        </w:rPr>
        <w:t>D. Gió mùa và dòng biển.</w:t>
      </w:r>
    </w:p>
    <w:p/>
    <w:p>
      <w:r>
        <w:rPr>
          <w:b/>
          <w:sz w:val="24"/>
        </w:rPr>
        <w:t>Câu 12: Ưu thế lớn nhất của vị trí địa lý trong việc giao lưu buôn bán với nước ngoài và thu hút đầu tư của nước ta là</w:t>
      </w:r>
    </w:p>
    <w:p>
      <w:pPr>
        <w:pStyle w:val="ListParagraph"/>
      </w:pPr>
      <w:r>
        <w:rPr>
          <w:sz w:val="22"/>
        </w:rPr>
        <w:t>A. Nằm gần trung tâm khu vực Đông Nam Á.</w:t>
      </w:r>
    </w:p>
    <w:p>
      <w:pPr>
        <w:pStyle w:val="ListParagraph"/>
      </w:pPr>
      <w:r>
        <w:rPr>
          <w:sz w:val="22"/>
        </w:rPr>
        <w:t>B. Nằm ở vị trí chuyển tiếp giữa lục địa và đại dương.</w:t>
      </w:r>
    </w:p>
    <w:p>
      <w:pPr>
        <w:pStyle w:val="ListParagraph"/>
      </w:pPr>
      <w:r>
        <w:rPr>
          <w:sz w:val="22"/>
        </w:rPr>
        <w:t>C. Nằm trên các tuyến giao thông quốc tế quan trọng.</w:t>
      </w:r>
    </w:p>
    <w:p>
      <w:pPr>
        <w:pStyle w:val="ListParagraph"/>
      </w:pPr>
      <w:r>
        <w:rPr>
          <w:sz w:val="22"/>
        </w:rPr>
        <w:t>D. Nằm trong vùng nội chí tuyến bán cầu Bắc.</w:t>
      </w:r>
    </w:p>
    <w:p/>
    <w:p>
      <w:r>
        <w:rPr>
          <w:b/>
          <w:sz w:val="24"/>
        </w:rPr>
        <w:t>Câu 13: Nước ta có nguồn tài nguyên khoáng sản phong phú là do vị trí địa lí</w:t>
      </w:r>
    </w:p>
    <w:p>
      <w:pPr>
        <w:pStyle w:val="ListParagraph"/>
      </w:pPr>
      <w:r>
        <w:rPr>
          <w:sz w:val="22"/>
        </w:rPr>
        <w:t>A. giáp vùng biển rộng lớn, giàu tài nguyên.</w:t>
      </w:r>
    </w:p>
    <w:p>
      <w:pPr>
        <w:pStyle w:val="ListParagraph"/>
      </w:pPr>
      <w:r>
        <w:rPr>
          <w:sz w:val="22"/>
        </w:rPr>
        <w:t>B. nằm liền kề các vành đai sinh khoáng lớn.</w:t>
      </w:r>
    </w:p>
    <w:p>
      <w:pPr>
        <w:pStyle w:val="ListParagraph"/>
      </w:pPr>
      <w:r>
        <w:rPr>
          <w:sz w:val="22"/>
        </w:rPr>
        <w:t>C. nằm trên đường di lưu và di cư sinh vật.</w:t>
      </w:r>
    </w:p>
    <w:p>
      <w:pPr>
        <w:pStyle w:val="ListParagraph"/>
      </w:pPr>
      <w:r>
        <w:rPr>
          <w:sz w:val="22"/>
        </w:rPr>
        <w:t>D. có hoạt động của gió mùa và Tín phong.</w:t>
      </w:r>
    </w:p>
    <w:p/>
    <w:p>
      <w:r>
        <w:rPr>
          <w:b/>
          <w:sz w:val="24"/>
        </w:rPr>
        <w:t>Câu 14: Nhờ tiếp giáp với biển nên nước ta có</w:t>
      </w:r>
    </w:p>
    <w:p>
      <w:pPr>
        <w:pStyle w:val="ListParagraph"/>
      </w:pPr>
      <w:r>
        <w:rPr>
          <w:sz w:val="22"/>
        </w:rPr>
        <w:t>A. khí hậu phân hóa thành hai mùa rõ rệt, chịu ảnh hưởng sâu sắc của biển.</w:t>
      </w:r>
    </w:p>
    <w:p>
      <w:pPr>
        <w:pStyle w:val="ListParagraph"/>
      </w:pPr>
      <w:r>
        <w:rPr>
          <w:sz w:val="22"/>
        </w:rPr>
        <w:t>B. thiên nhiên chịu ảnh hưởng sâu sắc của biển.</w:t>
      </w:r>
    </w:p>
    <w:p>
      <w:pPr>
        <w:pStyle w:val="ListParagraph"/>
      </w:pPr>
      <w:r>
        <w:rPr>
          <w:sz w:val="22"/>
        </w:rPr>
        <w:t>C. nền nhiệt độ cao, nhiều ánh nắng.</w:t>
      </w:r>
    </w:p>
    <w:p>
      <w:pPr>
        <w:pStyle w:val="ListParagraph"/>
      </w:pPr>
      <w:r>
        <w:rPr>
          <w:sz w:val="22"/>
        </w:rPr>
        <w:t>D. tài nguyên khoáng sản và sinh vật phong phú.</w:t>
      </w:r>
    </w:p>
    <w:p/>
    <w:p>
      <w:r>
        <w:rPr>
          <w:b/>
          <w:sz w:val="24"/>
        </w:rPr>
        <w:t>Câu 15: Nước ta có vị trí nằm hoàn toàn trong vùng nội chí tuyến bán cầu Bắc, nên</w:t>
      </w:r>
    </w:p>
    <w:p>
      <w:pPr>
        <w:pStyle w:val="ListParagraph"/>
      </w:pPr>
      <w:r>
        <w:rPr>
          <w:sz w:val="22"/>
        </w:rPr>
        <w:t>A. giàu tài nguyên khoáng sản.</w:t>
      </w:r>
    </w:p>
    <w:p>
      <w:pPr>
        <w:pStyle w:val="ListParagraph"/>
      </w:pPr>
      <w:r>
        <w:rPr>
          <w:sz w:val="22"/>
        </w:rPr>
        <w:t>B. có nền nhiệt độ cao.</w:t>
      </w:r>
    </w:p>
    <w:p>
      <w:pPr>
        <w:pStyle w:val="ListParagraph"/>
      </w:pPr>
      <w:r>
        <w:rPr>
          <w:sz w:val="22"/>
        </w:rPr>
        <w:t>C. tài nguyên sinh vật phong phú.</w:t>
      </w:r>
    </w:p>
    <w:p>
      <w:pPr>
        <w:pStyle w:val="ListParagraph"/>
      </w:pPr>
      <w:r>
        <w:rPr>
          <w:sz w:val="22"/>
        </w:rPr>
        <w:t>D. sông ngòi nhiều nước.</w:t>
      </w:r>
    </w:p>
    <w:p/>
    <w:p>
      <w:r>
        <w:rPr>
          <w:b/>
          <w:sz w:val="24"/>
        </w:rPr>
        <w:t>Câu 16: Đặc điểm nào sau đây không phải là biểu hiện của khí hậu nhiệt đới ẩm gió mùa nước ta?</w:t>
      </w:r>
    </w:p>
    <w:p>
      <w:pPr>
        <w:pStyle w:val="ListParagraph"/>
      </w:pPr>
      <w:r>
        <w:rPr>
          <w:sz w:val="22"/>
        </w:rPr>
        <w:t>A. Lượng mưa, độ ẩm lớn.</w:t>
      </w:r>
    </w:p>
    <w:p>
      <w:pPr>
        <w:pStyle w:val="ListParagraph"/>
      </w:pPr>
      <w:r>
        <w:rPr>
          <w:sz w:val="22"/>
        </w:rPr>
        <w:t>B. Nhiệt độ trung bình năm cao.</w:t>
      </w:r>
    </w:p>
    <w:p>
      <w:pPr>
        <w:pStyle w:val="ListParagraph"/>
      </w:pPr>
      <w:r>
        <w:rPr>
          <w:sz w:val="22"/>
        </w:rPr>
        <w:t>C. Khối khí hoạt động quanh năm.</w:t>
      </w:r>
    </w:p>
    <w:p>
      <w:pPr>
        <w:pStyle w:val="ListParagraph"/>
      </w:pPr>
      <w:r>
        <w:rPr>
          <w:sz w:val="22"/>
        </w:rPr>
        <w:t>D. Tổng lượng bức xạ mặt trời lớn.</w:t>
      </w:r>
    </w:p>
    <w:p/>
    <w:p>
      <w:r>
        <w:rPr>
          <w:b/>
          <w:sz w:val="24"/>
        </w:rPr>
        <w:t>Câu 17: Nước ta có khí hậu nhiệt đới ẩm gió mùa vì</w:t>
      </w:r>
    </w:p>
    <w:p>
      <w:pPr>
        <w:pStyle w:val="ListParagraph"/>
      </w:pPr>
      <w:r>
        <w:rPr>
          <w:sz w:val="22"/>
        </w:rPr>
        <w:t>A. Nằm trên đường chí tuyến, trong khu vực gió mùa, tiếp giáp với biển Đông.</w:t>
      </w:r>
    </w:p>
    <w:p>
      <w:pPr>
        <w:pStyle w:val="ListParagraph"/>
      </w:pPr>
      <w:r>
        <w:rPr>
          <w:sz w:val="22"/>
        </w:rPr>
        <w:t>B. Nằm trong vùng nội chí tuyến, trong khu vực gió mùa, tiếp giáp với biển Đông.</w:t>
      </w:r>
    </w:p>
    <w:p>
      <w:pPr>
        <w:pStyle w:val="ListParagraph"/>
      </w:pPr>
      <w:r>
        <w:rPr>
          <w:sz w:val="22"/>
        </w:rPr>
        <w:t>C. Nằm trong vùng nội chí tuyến, trong khu vực gió mùa, ảnh hưởng của áp cao Xibia.</w:t>
      </w:r>
    </w:p>
    <w:p>
      <w:pPr>
        <w:pStyle w:val="ListParagraph"/>
      </w:pPr>
      <w:r>
        <w:rPr>
          <w:sz w:val="22"/>
        </w:rPr>
        <w:t>D. Nằm trong vùng nội chí tuyến, trong khu vực gió mùa, ảnh hưởng của áp cao Bắc Ấn Độ Dương.</w:t>
      </w:r>
    </w:p>
    <w:p/>
    <w:p>
      <w:r>
        <w:rPr>
          <w:b/>
          <w:sz w:val="24"/>
        </w:rPr>
        <w:t>Câu 18: Nguyên nhân chính làm cho nước ta có lượng mưa lớn là</w:t>
      </w:r>
    </w:p>
    <w:p>
      <w:pPr>
        <w:pStyle w:val="ListParagraph"/>
      </w:pPr>
      <w:r>
        <w:rPr>
          <w:sz w:val="22"/>
        </w:rPr>
        <w:t>A. nằm trong vùng nội chí tuyến và yếu tố địa hình.</w:t>
      </w:r>
    </w:p>
    <w:p>
      <w:pPr>
        <w:pStyle w:val="ListParagraph"/>
      </w:pPr>
      <w:r>
        <w:rPr>
          <w:sz w:val="22"/>
        </w:rPr>
        <w:t>B. lãnh thổ kéo dài hẹp ngang và vị trí lãnh thổ.</w:t>
      </w:r>
    </w:p>
    <w:p>
      <w:pPr>
        <w:pStyle w:val="ListParagraph"/>
      </w:pPr>
      <w:r>
        <w:rPr>
          <w:sz w:val="22"/>
        </w:rPr>
        <w:t>C. các khối khí di chuyển qua biển kết hợp với yếu tố địa hình.</w:t>
      </w:r>
    </w:p>
    <w:p>
      <w:pPr>
        <w:pStyle w:val="ListParagraph"/>
      </w:pPr>
      <w:r>
        <w:rPr>
          <w:sz w:val="22"/>
        </w:rPr>
        <w:t>D. nằm ở khu vực cận xích đạo và ảnh hưởng của biển Đông.</w:t>
      </w:r>
    </w:p>
    <w:p/>
    <w:p>
      <w:r>
        <w:rPr>
          <w:b/>
          <w:sz w:val="24"/>
        </w:rPr>
        <w:t>Câu 19: Loại gió thổi quanh năm ở nước ta là</w:t>
      </w:r>
    </w:p>
    <w:p>
      <w:pPr>
        <w:pStyle w:val="ListParagraph"/>
      </w:pPr>
      <w:r>
        <w:rPr>
          <w:sz w:val="22"/>
        </w:rPr>
        <w:t>A. tây ôn đới.</w:t>
      </w:r>
    </w:p>
    <w:p>
      <w:pPr>
        <w:pStyle w:val="ListParagraph"/>
      </w:pPr>
      <w:r>
        <w:rPr>
          <w:sz w:val="22"/>
        </w:rPr>
        <w:t>B. tín phong.</w:t>
      </w:r>
    </w:p>
    <w:p>
      <w:pPr>
        <w:pStyle w:val="ListParagraph"/>
      </w:pPr>
      <w:r>
        <w:rPr>
          <w:sz w:val="22"/>
        </w:rPr>
        <w:t>C. gió phơn.</w:t>
      </w:r>
    </w:p>
    <w:p>
      <w:pPr>
        <w:pStyle w:val="ListParagraph"/>
      </w:pPr>
      <w:r>
        <w:rPr>
          <w:sz w:val="22"/>
        </w:rPr>
        <w:t>D. gió mùa.</w:t>
      </w:r>
    </w:p>
    <w:p/>
    <w:p>
      <w:r>
        <w:rPr>
          <w:b/>
          <w:sz w:val="24"/>
        </w:rPr>
        <w:t>Câu 20: Loại gió gây mưa phùn ở đồng bằng Bắc Bộ và ven biển Bắc Trung Bộ nước ta là</w:t>
      </w:r>
    </w:p>
    <w:p>
      <w:pPr>
        <w:pStyle w:val="ListParagraph"/>
      </w:pPr>
      <w:r>
        <w:rPr>
          <w:sz w:val="22"/>
        </w:rPr>
        <w:t>A. Tín phong bán cầu Bắc.</w:t>
      </w:r>
    </w:p>
    <w:p>
      <w:pPr>
        <w:pStyle w:val="ListParagraph"/>
      </w:pPr>
      <w:r>
        <w:rPr>
          <w:sz w:val="22"/>
        </w:rPr>
        <w:t>B. gió mùa Tây Nam.</w:t>
      </w:r>
    </w:p>
    <w:p>
      <w:pPr>
        <w:pStyle w:val="ListParagraph"/>
      </w:pPr>
      <w:r>
        <w:rPr>
          <w:sz w:val="22"/>
        </w:rPr>
        <w:t>C. gió phơn Tây Nam.</w:t>
      </w:r>
    </w:p>
    <w:p>
      <w:pPr>
        <w:pStyle w:val="ListParagraph"/>
      </w:pPr>
      <w:r>
        <w:rPr>
          <w:sz w:val="22"/>
        </w:rPr>
        <w:t>D. gió mùa Đông Bắc.</w:t>
      </w:r>
    </w:p>
    <w:p/>
    <w:p>
      <w:r>
        <w:rPr>
          <w:b/>
          <w:sz w:val="24"/>
        </w:rPr>
        <w:t>Câu 21: Kiểu thời tiết lạnh ẩm có mưa phùn xuất hiện ở Đồng bằng Bắc Bộ và ven biển Bắc Trung Bộ nước ta vào thời gian nào sau đây?</w:t>
      </w:r>
    </w:p>
    <w:p>
      <w:pPr>
        <w:pStyle w:val="ListParagraph"/>
      </w:pPr>
      <w:r>
        <w:rPr>
          <w:sz w:val="22"/>
        </w:rPr>
        <w:t>A. Giữa mùa đông.</w:t>
      </w:r>
    </w:p>
    <w:p>
      <w:pPr>
        <w:pStyle w:val="ListParagraph"/>
      </w:pPr>
      <w:r>
        <w:rPr>
          <w:sz w:val="22"/>
        </w:rPr>
        <w:t>B. Giữa mùa xuân.</w:t>
      </w:r>
    </w:p>
    <w:p>
      <w:pPr>
        <w:pStyle w:val="ListParagraph"/>
      </w:pPr>
      <w:r>
        <w:rPr>
          <w:sz w:val="22"/>
        </w:rPr>
        <w:t>C. Nửa sau mùa đông.</w:t>
      </w:r>
    </w:p>
    <w:p>
      <w:pPr>
        <w:pStyle w:val="ListParagraph"/>
      </w:pPr>
      <w:r>
        <w:rPr>
          <w:sz w:val="22"/>
        </w:rPr>
        <w:t>D. Nửa đầu mùa đông.</w:t>
      </w:r>
    </w:p>
    <w:p/>
    <w:p>
      <w:r>
        <w:rPr>
          <w:b/>
          <w:sz w:val="24"/>
        </w:rPr>
        <w:t>Câu 22: Mùa đông ở khu vực Đông Bắc nước ta thường</w:t>
      </w:r>
    </w:p>
    <w:p>
      <w:pPr>
        <w:pStyle w:val="ListParagraph"/>
      </w:pPr>
      <w:r>
        <w:rPr>
          <w:sz w:val="22"/>
        </w:rPr>
        <w:t>A. đến sớm và kết thúc sớm.</w:t>
      </w:r>
    </w:p>
    <w:p>
      <w:pPr>
        <w:pStyle w:val="ListParagraph"/>
      </w:pPr>
      <w:r>
        <w:rPr>
          <w:sz w:val="22"/>
        </w:rPr>
        <w:t>B. đến muộn và kết thúc sớm.</w:t>
      </w:r>
    </w:p>
    <w:p>
      <w:pPr>
        <w:pStyle w:val="ListParagraph"/>
      </w:pPr>
      <w:r>
        <w:rPr>
          <w:sz w:val="22"/>
        </w:rPr>
        <w:t>C. đến muộn và kết thúc muộn.</w:t>
      </w:r>
    </w:p>
    <w:p>
      <w:pPr>
        <w:pStyle w:val="ListParagraph"/>
      </w:pPr>
      <w:r>
        <w:rPr>
          <w:sz w:val="22"/>
        </w:rPr>
        <w:t>D. đến sớm và kết thúc muộn.</w:t>
      </w:r>
    </w:p>
    <w:p/>
    <w:p>
      <w:r>
        <w:rPr>
          <w:b/>
          <w:sz w:val="24"/>
        </w:rPr>
        <w:t>Câu 23: Do tác động của gió mùa Đông Bắc nên nửa đầu mùa đông ở miền Bắc nước ta thường có kiểu thời tiết</w:t>
      </w:r>
    </w:p>
    <w:p>
      <w:pPr>
        <w:pStyle w:val="ListParagraph"/>
      </w:pPr>
      <w:r>
        <w:rPr>
          <w:sz w:val="22"/>
        </w:rPr>
        <w:t>A. lạnh ẩm.</w:t>
      </w:r>
    </w:p>
    <w:p>
      <w:pPr>
        <w:pStyle w:val="ListParagraph"/>
      </w:pPr>
      <w:r>
        <w:rPr>
          <w:sz w:val="22"/>
        </w:rPr>
        <w:t>B. nóng ẩm.</w:t>
      </w:r>
    </w:p>
    <w:p>
      <w:pPr>
        <w:pStyle w:val="ListParagraph"/>
      </w:pPr>
      <w:r>
        <w:rPr>
          <w:sz w:val="22"/>
        </w:rPr>
        <w:t>C. lạnh khô.</w:t>
      </w:r>
    </w:p>
    <w:p>
      <w:pPr>
        <w:pStyle w:val="ListParagraph"/>
      </w:pPr>
      <w:r>
        <w:rPr>
          <w:sz w:val="22"/>
        </w:rPr>
        <w:t>D. ẩm khô.</w:t>
      </w:r>
    </w:p>
    <w:p/>
    <w:p>
      <w:r>
        <w:rPr>
          <w:b/>
          <w:sz w:val="24"/>
        </w:rPr>
        <w:t>Câu 24: Nguyên nhân chính tạo nên mùa khô ở Nam Trung Bộ và Nam Bộ là do</w:t>
      </w:r>
    </w:p>
    <w:p>
      <w:pPr>
        <w:pStyle w:val="ListParagraph"/>
      </w:pPr>
      <w:r>
        <w:rPr>
          <w:sz w:val="22"/>
        </w:rPr>
        <w:t>A. gió Tây khô nóng.</w:t>
      </w:r>
    </w:p>
    <w:p>
      <w:pPr>
        <w:pStyle w:val="ListParagraph"/>
      </w:pPr>
      <w:r>
        <w:rPr>
          <w:sz w:val="22"/>
        </w:rPr>
        <w:t>B. gió mùa Tây Nam.</w:t>
      </w:r>
    </w:p>
    <w:p>
      <w:pPr>
        <w:pStyle w:val="ListParagraph"/>
      </w:pPr>
      <w:r>
        <w:rPr>
          <w:sz w:val="22"/>
        </w:rPr>
        <w:t>C. Tín phong bán cầu Bắc.</w:t>
      </w:r>
    </w:p>
    <w:p>
      <w:pPr>
        <w:pStyle w:val="ListParagraph"/>
      </w:pPr>
      <w:r>
        <w:rPr>
          <w:sz w:val="22"/>
        </w:rPr>
        <w:t>D. áp thấp nhiệt đới.</w:t>
      </w:r>
    </w:p>
    <w:p/>
    <w:p>
      <w:r>
        <w:rPr>
          <w:b/>
          <w:sz w:val="24"/>
        </w:rPr>
        <w:t>Câu 25: Tính chất của gió mùa hạ là</w:t>
      </w:r>
    </w:p>
    <w:p>
      <w:pPr>
        <w:pStyle w:val="ListParagraph"/>
      </w:pPr>
      <w:r>
        <w:rPr>
          <w:sz w:val="22"/>
        </w:rPr>
        <w:t>A. nóng khô.</w:t>
      </w:r>
    </w:p>
    <w:p>
      <w:pPr>
        <w:pStyle w:val="ListParagraph"/>
      </w:pPr>
      <w:r>
        <w:rPr>
          <w:sz w:val="22"/>
        </w:rPr>
        <w:t>B. nóng ẩm.</w:t>
      </w:r>
    </w:p>
    <w:p>
      <w:pPr>
        <w:pStyle w:val="ListParagraph"/>
      </w:pPr>
      <w:r>
        <w:rPr>
          <w:sz w:val="22"/>
        </w:rPr>
        <w:t>C. lạnh ẩm.</w:t>
      </w:r>
    </w:p>
    <w:p>
      <w:pPr>
        <w:pStyle w:val="ListParagraph"/>
      </w:pPr>
      <w:r>
        <w:rPr>
          <w:sz w:val="22"/>
        </w:rPr>
        <w:t>D. lạnh khô.</w:t>
      </w:r>
    </w:p>
    <w:p/>
    <w:p>
      <w:r>
        <w:rPr>
          <w:b/>
          <w:sz w:val="24"/>
        </w:rPr>
        <w:t>Câu 26: Loại gió gây mưa lớn cho Nam Bộ và Nam Trung Bộ nước ta vào giữa và cuối mùa hạ là</w:t>
      </w:r>
    </w:p>
    <w:p>
      <w:pPr>
        <w:pStyle w:val="ListParagraph"/>
      </w:pPr>
      <w:r>
        <w:rPr>
          <w:sz w:val="22"/>
        </w:rPr>
        <w:t>A. gió mùa Tây Nam.</w:t>
      </w:r>
    </w:p>
    <w:p>
      <w:pPr>
        <w:pStyle w:val="ListParagraph"/>
      </w:pPr>
      <w:r>
        <w:rPr>
          <w:sz w:val="22"/>
        </w:rPr>
        <w:t>B. tín phong bán cầu Bắc.</w:t>
      </w:r>
    </w:p>
    <w:p>
      <w:pPr>
        <w:pStyle w:val="ListParagraph"/>
      </w:pPr>
      <w:r>
        <w:rPr>
          <w:sz w:val="22"/>
        </w:rPr>
        <w:t>C. gió phơn Tây Nam.</w:t>
      </w:r>
    </w:p>
    <w:p>
      <w:pPr>
        <w:pStyle w:val="ListParagraph"/>
      </w:pPr>
      <w:r>
        <w:rPr>
          <w:sz w:val="22"/>
        </w:rPr>
        <w:t>D. gió mùa Đông Bắc.</w:t>
      </w:r>
    </w:p>
    <w:p/>
    <w:p>
      <w:r>
        <w:rPr>
          <w:b/>
          <w:sz w:val="24"/>
        </w:rPr>
        <w:t>Câu 27: Kiểu thời tiết rất nóng và khô ở ven biển miền Trung Bộ và phía nam khu vực Tây Bắc nước ta do loại gió nào sau đây gây ra?</w:t>
      </w:r>
    </w:p>
    <w:p>
      <w:pPr>
        <w:pStyle w:val="ListParagraph"/>
      </w:pPr>
      <w:r>
        <w:rPr>
          <w:sz w:val="22"/>
        </w:rPr>
        <w:t>A. Gió phơn Tây Nam.</w:t>
      </w:r>
    </w:p>
    <w:p>
      <w:pPr>
        <w:pStyle w:val="ListParagraph"/>
      </w:pPr>
      <w:r>
        <w:rPr>
          <w:sz w:val="22"/>
        </w:rPr>
        <w:t>B. Tín phong bán cầu Nam.</w:t>
      </w:r>
    </w:p>
    <w:p>
      <w:pPr>
        <w:pStyle w:val="ListParagraph"/>
      </w:pPr>
      <w:r>
        <w:rPr>
          <w:sz w:val="22"/>
        </w:rPr>
        <w:t>C. Gió mùa Đông Bắc.</w:t>
      </w:r>
    </w:p>
    <w:p>
      <w:pPr>
        <w:pStyle w:val="ListParagraph"/>
      </w:pPr>
      <w:r>
        <w:rPr>
          <w:sz w:val="22"/>
        </w:rPr>
        <w:t>D. Tín phong bán cầu Bắc.</w:t>
      </w:r>
    </w:p>
    <w:p/>
    <w:p>
      <w:r>
        <w:rPr>
          <w:b/>
          <w:sz w:val="24"/>
        </w:rPr>
        <w:t>Câu 28: Nơi nào sau đây ở nước ta có dạng địa hình các-xtơ phổ biến?</w:t>
      </w:r>
    </w:p>
    <w:p>
      <w:pPr>
        <w:pStyle w:val="ListParagraph"/>
      </w:pPr>
      <w:r>
        <w:rPr>
          <w:sz w:val="22"/>
        </w:rPr>
        <w:t>A. Vùng núi đá vôi.</w:t>
      </w:r>
    </w:p>
    <w:p>
      <w:pPr>
        <w:pStyle w:val="ListParagraph"/>
      </w:pPr>
      <w:r>
        <w:rPr>
          <w:sz w:val="22"/>
        </w:rPr>
        <w:t>B. Vùng núi đá macma.</w:t>
      </w:r>
    </w:p>
    <w:p>
      <w:pPr>
        <w:pStyle w:val="ListParagraph"/>
      </w:pPr>
      <w:r>
        <w:rPr>
          <w:sz w:val="22"/>
        </w:rPr>
        <w:t>C. Vùng núi đá trầm tích.</w:t>
      </w:r>
    </w:p>
    <w:p>
      <w:pPr>
        <w:pStyle w:val="ListParagraph"/>
      </w:pPr>
      <w:r>
        <w:rPr>
          <w:sz w:val="22"/>
        </w:rPr>
        <w:t>D. Vùng núi đá phiến.</w:t>
      </w:r>
    </w:p>
    <w:p/>
    <w:p>
      <w:r>
        <w:rPr>
          <w:b/>
          <w:sz w:val="24"/>
        </w:rPr>
        <w:t>Câu 29: Đất feralit ở nước ta có màu đỏ vàng chủ yếu do</w:t>
      </w:r>
    </w:p>
    <w:p>
      <w:pPr>
        <w:pStyle w:val="ListParagraph"/>
      </w:pPr>
      <w:r>
        <w:rPr>
          <w:sz w:val="22"/>
        </w:rPr>
        <w:t>A. quá trình tích tụ mùn mạnh.</w:t>
      </w:r>
    </w:p>
    <w:p>
      <w:pPr>
        <w:pStyle w:val="ListParagraph"/>
      </w:pPr>
      <w:r>
        <w:rPr>
          <w:sz w:val="22"/>
        </w:rPr>
        <w:t>B. rửa trôi các chất bazơ dễ tan.</w:t>
      </w:r>
    </w:p>
    <w:p>
      <w:pPr>
        <w:pStyle w:val="ListParagraph"/>
      </w:pPr>
      <w:r>
        <w:rPr>
          <w:sz w:val="22"/>
        </w:rPr>
        <w:t>C. tích tụ ôxit sắt và ôxit nhôm.</w:t>
      </w:r>
    </w:p>
    <w:p>
      <w:pPr>
        <w:pStyle w:val="ListParagraph"/>
      </w:pPr>
      <w:r>
        <w:rPr>
          <w:sz w:val="22"/>
        </w:rPr>
        <w:t>D. quá trình phong hóa mạnh mẽ.</w:t>
      </w:r>
    </w:p>
    <w:p/>
    <w:p>
      <w:r>
        <w:rPr>
          <w:b/>
          <w:sz w:val="24"/>
        </w:rPr>
        <w:t>Câu 30: Đặc điểm nào sau đây không đúng với sông ngòi ở nước ta?</w:t>
      </w:r>
    </w:p>
    <w:p>
      <w:pPr>
        <w:pStyle w:val="ListParagraph"/>
      </w:pPr>
      <w:r>
        <w:rPr>
          <w:sz w:val="22"/>
        </w:rPr>
        <w:t>A. Mạng lưới dày đặc.</w:t>
      </w:r>
    </w:p>
    <w:p>
      <w:pPr>
        <w:pStyle w:val="ListParagraph"/>
      </w:pPr>
      <w:r>
        <w:rPr>
          <w:sz w:val="22"/>
        </w:rPr>
        <w:t>B. Lượng phù sa nhỏ.</w:t>
      </w:r>
    </w:p>
    <w:p>
      <w:pPr>
        <w:pStyle w:val="ListParagraph"/>
      </w:pPr>
      <w:r>
        <w:rPr>
          <w:sz w:val="22"/>
        </w:rPr>
        <w:t>C. Có lượng nước lớn.</w:t>
      </w:r>
    </w:p>
    <w:p>
      <w:pPr>
        <w:pStyle w:val="ListParagraph"/>
      </w:pPr>
      <w:r>
        <w:rPr>
          <w:sz w:val="22"/>
        </w:rPr>
        <w:t>D. Chế độ nước theo mùa.</w:t>
      </w:r>
    </w:p>
    <w:p/>
    <w:p>
      <w:r>
        <w:rPr>
          <w:b/>
          <w:sz w:val="24"/>
        </w:rPr>
        <w:t>Câu 31: Hệ sinh thái đặc trưng ở nước ta là</w:t>
      </w:r>
    </w:p>
    <w:p>
      <w:pPr>
        <w:pStyle w:val="ListParagraph"/>
      </w:pPr>
      <w:r>
        <w:rPr>
          <w:sz w:val="22"/>
        </w:rPr>
        <w:t>A. rừng thưa nhiệt đới khô.</w:t>
      </w:r>
    </w:p>
    <w:p>
      <w:pPr>
        <w:pStyle w:val="ListParagraph"/>
      </w:pPr>
      <w:r>
        <w:rPr>
          <w:sz w:val="22"/>
        </w:rPr>
        <w:t>B. rừng cận nhiệt lá rộng.</w:t>
      </w:r>
    </w:p>
    <w:p>
      <w:pPr>
        <w:pStyle w:val="ListParagraph"/>
      </w:pPr>
      <w:r>
        <w:rPr>
          <w:sz w:val="22"/>
        </w:rPr>
        <w:t>C. rừng nhiệt đới gió mùa.</w:t>
      </w:r>
    </w:p>
    <w:p>
      <w:pPr>
        <w:pStyle w:val="ListParagraph"/>
      </w:pPr>
      <w:r>
        <w:rPr>
          <w:sz w:val="22"/>
        </w:rPr>
        <w:t>D. rừng cận nhiệt lá kim.</w:t>
      </w:r>
    </w:p>
    <w:p/>
    <w:p>
      <w:r>
        <w:rPr>
          <w:b/>
          <w:sz w:val="24"/>
        </w:rPr>
        <w:t>Câu 32: Khó khăn lớn nhất của thiên nhiên nhiệt đới ẩm gió mùa đối với sản xuất nông nghiệp là</w:t>
      </w:r>
    </w:p>
    <w:p>
      <w:pPr>
        <w:pStyle w:val="ListParagraph"/>
      </w:pPr>
      <w:r>
        <w:rPr>
          <w:sz w:val="22"/>
        </w:rPr>
        <w:t>A. sự phân hóa khí hậu giữa các vùng, miền.</w:t>
      </w:r>
    </w:p>
    <w:p>
      <w:pPr>
        <w:pStyle w:val="ListParagraph"/>
      </w:pPr>
      <w:r>
        <w:rPr>
          <w:sz w:val="22"/>
        </w:rPr>
        <w:t>B. khí hậu có một mùa mưa và một mùa khô.</w:t>
      </w:r>
    </w:p>
    <w:p>
      <w:pPr>
        <w:pStyle w:val="ListParagraph"/>
      </w:pPr>
      <w:r>
        <w:rPr>
          <w:sz w:val="22"/>
        </w:rPr>
        <w:t>C. tính thất thường của thời tiết, khí hậu.</w:t>
      </w:r>
    </w:p>
    <w:p>
      <w:pPr>
        <w:pStyle w:val="ListParagraph"/>
      </w:pPr>
      <w:r>
        <w:rPr>
          <w:sz w:val="22"/>
        </w:rPr>
        <w:t>D. khí hậu phân hóa theo độ cao của địa hình.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