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môn hệ thống thông tin kế toán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