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Ngữ văn - Vai trò chính của Kỹ sư câu lệnh là gì?</w:t>
      </w:r>
    </w:p>
    <w:p>
      <w:pPr>
        <w:jc w:val="center"/>
      </w:pPr>
      <w:r>
        <w:rPr>
          <w:sz w:val="22"/>
        </w:rPr>
        <w:t>Số câu: 25    Thời gian: _____ phút    Họ và tên: _________________________</w:t>
      </w:r>
    </w:p>
    <w:p/>
    <w:p>
      <w:r>
        <w:rPr>
          <w:b/>
          <w:sz w:val="24"/>
        </w:rPr>
        <w:t>Câu 1: Câu 61: Vai trò chính của Kỹ sư câu lệnh là gì?</w:t>
      </w:r>
    </w:p>
    <w:p>
      <w:pPr>
        <w:pStyle w:val="ListParagraph"/>
      </w:pPr>
      <w:r>
        <w:rPr>
          <w:sz w:val="22"/>
        </w:rPr>
        <w:t>A. Tạo ra các ứng dụng di động</w:t>
      </w:r>
    </w:p>
    <w:p>
      <w:pPr>
        <w:pStyle w:val="ListParagraph"/>
      </w:pPr>
      <w:r>
        <w:rPr>
          <w:sz w:val="22"/>
        </w:rPr>
        <w:t>B. Quản lý cơ sở dữ liệu của doanh nghiệp</w:t>
      </w:r>
    </w:p>
    <w:p>
      <w:pPr>
        <w:pStyle w:val="ListParagraph"/>
      </w:pPr>
      <w:r>
        <w:rPr>
          <w:sz w:val="22"/>
        </w:rPr>
        <w:t>C. Thiết kế và tối ưu hóa câu lệnh nhằm giúp LLMs thực hiện tác vụ chính xác theo yêu cầu của người dùng</w:t>
      </w:r>
    </w:p>
    <w:p>
      <w:pPr>
        <w:pStyle w:val="ListParagraph"/>
      </w:pPr>
      <w:r>
        <w:rPr>
          <w:sz w:val="22"/>
        </w:rPr>
        <w:t>D. Phát triển phần cứng cho máy tính</w:t>
      </w:r>
    </w:p>
    <w:p/>
    <w:p>
      <w:r>
        <w:rPr>
          <w:b/>
          <w:sz w:val="24"/>
        </w:rPr>
        <w:t>Câu 2: Câu 62: Trong việc xây dựng câu lệnh, việc xác định mục tiêu và ngữ cảnh có tác dụng?</w:t>
      </w:r>
    </w:p>
    <w:p>
      <w:pPr>
        <w:pStyle w:val="ListParagraph"/>
      </w:pPr>
      <w:r>
        <w:rPr>
          <w:sz w:val="22"/>
        </w:rPr>
        <w:t>A. Giúp mô hình tính toán nhanh hơn</w:t>
      </w:r>
    </w:p>
    <w:p>
      <w:pPr>
        <w:pStyle w:val="ListParagraph"/>
      </w:pPr>
      <w:r>
        <w:rPr>
          <w:sz w:val="22"/>
        </w:rPr>
        <w:t>B. Xác định rõ ràng yêu cầu và điều chỉnh giọng văn, định dạng cho phù hợp với đối tượng sử dụng</w:t>
      </w:r>
    </w:p>
    <w:p>
      <w:pPr>
        <w:pStyle w:val="ListParagraph"/>
      </w:pPr>
      <w:r>
        <w:rPr>
          <w:sz w:val="22"/>
        </w:rPr>
        <w:t>C. Giảm chi phí phần cứng</w:t>
      </w:r>
    </w:p>
    <w:p>
      <w:pPr>
        <w:pStyle w:val="ListParagraph"/>
      </w:pPr>
      <w:r>
        <w:rPr>
          <w:sz w:val="22"/>
        </w:rPr>
        <w:t>D. Tăng tốc độ truy vấn cơ sở dữ liệu</w:t>
      </w:r>
    </w:p>
    <w:p/>
    <w:p>
      <w:r>
        <w:rPr>
          <w:b/>
          <w:sz w:val="24"/>
        </w:rPr>
        <w:t>Câu 3: Câu 63: Trong quá trình xây dựng câu lệnh, bước đầu tiên cần thực hiện là gì?</w:t>
      </w:r>
    </w:p>
    <w:p>
      <w:pPr>
        <w:pStyle w:val="ListParagraph"/>
      </w:pPr>
      <w:r>
        <w:rPr>
          <w:sz w:val="22"/>
        </w:rPr>
        <w:t>A. Lựa chọn từ khóa và cấu trúc câu lệnh</w:t>
      </w:r>
    </w:p>
    <w:p>
      <w:pPr>
        <w:pStyle w:val="ListParagraph"/>
      </w:pPr>
      <w:r>
        <w:rPr>
          <w:sz w:val="22"/>
        </w:rPr>
        <w:t>B. Đánh giá kết quả đầu ra</w:t>
      </w:r>
    </w:p>
    <w:p>
      <w:pPr>
        <w:pStyle w:val="ListParagraph"/>
      </w:pPr>
      <w:r>
        <w:rPr>
          <w:sz w:val="22"/>
        </w:rPr>
        <w:t>C. Thử nghiệm với mô hình</w:t>
      </w:r>
    </w:p>
    <w:p>
      <w:pPr>
        <w:pStyle w:val="ListParagraph"/>
      </w:pPr>
      <w:r>
        <w:rPr>
          <w:sz w:val="22"/>
        </w:rPr>
        <w:t>D. Xác định mục tiêu và ngữ cảnh của câu lệnh</w:t>
      </w:r>
    </w:p>
    <w:p/>
    <w:p>
      <w:r>
        <w:rPr>
          <w:b/>
          <w:sz w:val="24"/>
        </w:rPr>
        <w:t>Câu 4: Câu 64: Trong xây dựng câu lệnh, “từ khóa” được xem là gì?</w:t>
      </w:r>
    </w:p>
    <w:p>
      <w:pPr>
        <w:pStyle w:val="ListParagraph"/>
      </w:pPr>
      <w:r>
        <w:rPr>
          <w:sz w:val="22"/>
        </w:rPr>
        <w:t>A. Phần mở đầu của câu lệnh</w:t>
      </w:r>
    </w:p>
    <w:p>
      <w:pPr>
        <w:pStyle w:val="ListParagraph"/>
      </w:pPr>
      <w:r>
        <w:rPr>
          <w:sz w:val="22"/>
        </w:rPr>
        <w:t>B. Tên gọi của các mô hình ngôn ngữ lớn</w:t>
      </w:r>
    </w:p>
    <w:p>
      <w:pPr>
        <w:pStyle w:val="ListParagraph"/>
      </w:pPr>
      <w:r>
        <w:rPr>
          <w:sz w:val="22"/>
        </w:rPr>
        <w:t>C. Công cụ đo lường hiệu suất của mô hình</w:t>
      </w:r>
    </w:p>
    <w:p>
      <w:pPr>
        <w:pStyle w:val="ListParagraph"/>
      </w:pPr>
      <w:r>
        <w:rPr>
          <w:sz w:val="22"/>
        </w:rPr>
        <w:t>D. Thành phần giúp mô hình xác định yêu cầu cần thực hiện</w:t>
      </w:r>
    </w:p>
    <w:p/>
    <w:p>
      <w:r>
        <w:rPr>
          <w:b/>
          <w:sz w:val="24"/>
        </w:rPr>
        <w:t>Câu 5: Câu 65: Cấu trúc câu lệnh hiệu quả nên bao gồm những thành phần nào sau đây?</w:t>
      </w:r>
    </w:p>
    <w:p>
      <w:pPr>
        <w:pStyle w:val="ListParagraph"/>
      </w:pPr>
      <w:r>
        <w:rPr>
          <w:sz w:val="22"/>
        </w:rPr>
        <w:t>A. Chỉ dẫn, chủ đề/nội dung, định dạng yêu cầu và thông tin ngữ cảnh</w:t>
      </w:r>
    </w:p>
    <w:p>
      <w:pPr>
        <w:pStyle w:val="ListParagraph"/>
      </w:pPr>
      <w:r>
        <w:rPr>
          <w:sz w:val="22"/>
        </w:rPr>
        <w:t>B. Tên người dùng, mật khẩu và địa chỉ IP</w:t>
      </w:r>
    </w:p>
    <w:p>
      <w:pPr>
        <w:pStyle w:val="ListParagraph"/>
      </w:pPr>
      <w:r>
        <w:rPr>
          <w:sz w:val="22"/>
        </w:rPr>
        <w:t>C. Các lệnh SQL cơ bản</w:t>
      </w:r>
    </w:p>
    <w:p>
      <w:pPr>
        <w:pStyle w:val="ListParagraph"/>
      </w:pPr>
      <w:r>
        <w:rPr>
          <w:sz w:val="22"/>
        </w:rPr>
        <w:t>D. Hình ảnh và video minh họa</w:t>
      </w:r>
    </w:p>
    <w:p/>
    <w:p>
      <w:r>
        <w:rPr>
          <w:b/>
          <w:sz w:val="24"/>
        </w:rPr>
        <w:t>Câu 6: Câu 66: Trong quá trình tối ưu hóa câu lệnh, “constraint prompting” nhằm mục đích gì?</w:t>
      </w:r>
    </w:p>
    <w:p>
      <w:pPr>
        <w:pStyle w:val="ListParagraph"/>
      </w:pPr>
      <w:r>
        <w:rPr>
          <w:sz w:val="22"/>
        </w:rPr>
        <w:t>A. Tăng độ ngẫu nhiên của kết quả</w:t>
      </w:r>
    </w:p>
    <w:p>
      <w:pPr>
        <w:pStyle w:val="ListParagraph"/>
      </w:pPr>
      <w:r>
        <w:rPr>
          <w:sz w:val="22"/>
        </w:rPr>
        <w:t>B. Đặt ra các ràng buộc hoặc giới hạn cho kết quả đầu ra như độ dài, định dạng hay các từ khóa cụ thể</w:t>
      </w:r>
    </w:p>
    <w:p>
      <w:pPr>
        <w:pStyle w:val="ListParagraph"/>
      </w:pPr>
      <w:r>
        <w:rPr>
          <w:sz w:val="22"/>
        </w:rPr>
        <w:t>C. Loại bỏ hoàn toàn các từ khóa không cần thiết</w:t>
      </w:r>
    </w:p>
    <w:p>
      <w:pPr>
        <w:pStyle w:val="ListParagraph"/>
      </w:pPr>
      <w:r>
        <w:rPr>
          <w:sz w:val="22"/>
        </w:rPr>
        <w:t>D. Tạo các câu lệnh ngắn gọn mà không cần thông tin bổ sung</w:t>
      </w:r>
    </w:p>
    <w:p/>
    <w:p>
      <w:r>
        <w:rPr>
          <w:b/>
          <w:sz w:val="24"/>
        </w:rPr>
        <w:t>Câu 7: Câu 67: Tác dụng của việc sử dụng “few-shot prompting” là gì?</w:t>
      </w:r>
    </w:p>
    <w:p>
      <w:pPr>
        <w:pStyle w:val="ListParagraph"/>
      </w:pPr>
      <w:r>
        <w:rPr>
          <w:sz w:val="22"/>
        </w:rPr>
        <w:t>A. Giảm chi phí tính toán</w:t>
      </w:r>
    </w:p>
    <w:p>
      <w:pPr>
        <w:pStyle w:val="ListParagraph"/>
      </w:pPr>
      <w:r>
        <w:rPr>
          <w:sz w:val="22"/>
        </w:rPr>
        <w:t>B. Tăng thời gian xử lý của mô hình</w:t>
      </w:r>
    </w:p>
    <w:p>
      <w:pPr>
        <w:pStyle w:val="ListParagraph"/>
      </w:pPr>
      <w:r>
        <w:rPr>
          <w:sz w:val="22"/>
        </w:rPr>
        <w:t>C. Cung cấp các ví dụ mẫu giúp mô hình hiểu rõ định dạng và phong cách mong muốn</w:t>
      </w:r>
    </w:p>
    <w:p>
      <w:pPr>
        <w:pStyle w:val="ListParagraph"/>
      </w:pPr>
      <w:r>
        <w:rPr>
          <w:sz w:val="22"/>
        </w:rPr>
        <w:t>D. Giảm số lượng từ khóa cần sử dụng</w:t>
      </w:r>
    </w:p>
    <w:p/>
    <w:p>
      <w:r>
        <w:rPr>
          <w:b/>
          <w:sz w:val="24"/>
        </w:rPr>
        <w:t>Câu 8: Câu 68: Tại sao có thể nói rằng kỹ năng Prompt Engineering trở thành “kỹ năng không thể thiếu” trong kỷ nguyên AI?</w:t>
      </w:r>
    </w:p>
    <w:p>
      <w:pPr>
        <w:pStyle w:val="ListParagraph"/>
      </w:pPr>
      <w:r>
        <w:rPr>
          <w:sz w:val="22"/>
        </w:rPr>
        <w:t>A. Vì nó giúp giảm chi phí phần cứng</w:t>
      </w:r>
    </w:p>
    <w:p>
      <w:pPr>
        <w:pStyle w:val="ListParagraph"/>
      </w:pPr>
      <w:r>
        <w:rPr>
          <w:sz w:val="22"/>
        </w:rPr>
        <w:t>B. Vì nó là cầu nối giữa con người và các mô hình ngôn ngữ lớn, tối ưu hóa hiệu suất và độ chính xác của ứng dụng AI</w:t>
      </w:r>
    </w:p>
    <w:p>
      <w:pPr>
        <w:pStyle w:val="ListParagraph"/>
      </w:pPr>
      <w:r>
        <w:rPr>
          <w:sz w:val="22"/>
        </w:rPr>
        <w:t>C. Vì nó thay thế hoàn toàn việc sử dụng ngôn ngữ tự nhiên</w:t>
      </w:r>
    </w:p>
    <w:p>
      <w:pPr>
        <w:pStyle w:val="ListParagraph"/>
      </w:pPr>
      <w:r>
        <w:rPr>
          <w:sz w:val="22"/>
        </w:rPr>
        <w:t>D. Vì nó đảm bảo an ninh mạng cho doanh nghiệp</w:t>
      </w:r>
    </w:p>
    <w:p/>
    <w:p>
      <w:r>
        <w:rPr>
          <w:b/>
          <w:sz w:val="24"/>
        </w:rPr>
        <w:t>Câu 9: Câu 69: Trong lĩnh vực Prompt Engineering, “role prompting” đề cập đến kỹ thuật nào?</w:t>
      </w:r>
    </w:p>
    <w:p>
      <w:pPr>
        <w:pStyle w:val="ListParagraph"/>
      </w:pPr>
      <w:r>
        <w:rPr>
          <w:sz w:val="22"/>
        </w:rPr>
        <w:t>A. Sử dụng các tham số kỹ thuật để tăng độ chính xác của mô hình</w:t>
      </w:r>
    </w:p>
    <w:p>
      <w:pPr>
        <w:pStyle w:val="ListParagraph"/>
      </w:pPr>
      <w:r>
        <w:rPr>
          <w:sz w:val="22"/>
        </w:rPr>
        <w:t>B. Yêu cầu mô hình đóng vai một nhân vật cụ thể để điều chỉnh phong cách và giọng văn của câu trả lời</w:t>
      </w:r>
    </w:p>
    <w:p>
      <w:pPr>
        <w:pStyle w:val="ListParagraph"/>
      </w:pPr>
      <w:r>
        <w:rPr>
          <w:sz w:val="22"/>
        </w:rPr>
        <w:t>C. Sử dụng công cụ quản lý và lưu trữ các câu lệnh</w:t>
      </w:r>
    </w:p>
    <w:p>
      <w:pPr>
        <w:pStyle w:val="ListParagraph"/>
      </w:pPr>
      <w:r>
        <w:rPr>
          <w:sz w:val="22"/>
        </w:rPr>
        <w:t>D. Tạo ra các câu lệnh ngẫu nhiên để kiểm tra hiệu quả mô hình</w:t>
      </w:r>
    </w:p>
    <w:p/>
    <w:p>
      <w:r>
        <w:rPr>
          <w:b/>
          <w:sz w:val="24"/>
        </w:rPr>
        <w:t>Câu 10: Câu 70: Tại sao việc cung cấp đầy đủ ngữ cảnh cho câu lệnh lại quan trọng khi tương tác với mô hình ngôn ngữ?</w:t>
      </w:r>
    </w:p>
    <w:p>
      <w:pPr>
        <w:pStyle w:val="ListParagraph"/>
      </w:pPr>
      <w:r>
        <w:rPr>
          <w:sz w:val="22"/>
        </w:rPr>
        <w:t>A. Giúp mô hình giảm độ phức tạp trong quá trình tính toán</w:t>
      </w:r>
    </w:p>
    <w:p>
      <w:pPr>
        <w:pStyle w:val="ListParagraph"/>
      </w:pPr>
      <w:r>
        <w:rPr>
          <w:sz w:val="22"/>
        </w:rPr>
        <w:t>B. Giúp mô hình tăng tốc độ xử lý dữ liệu</w:t>
      </w:r>
    </w:p>
    <w:p>
      <w:pPr>
        <w:pStyle w:val="ListParagraph"/>
      </w:pPr>
      <w:r>
        <w:rPr>
          <w:sz w:val="22"/>
        </w:rPr>
        <w:t>C. Giúp mô hình hiểu rõ đối tượng, mục đích và yêu cầu cụ thể của tác vụ</w:t>
      </w:r>
    </w:p>
    <w:p>
      <w:pPr>
        <w:pStyle w:val="ListParagraph"/>
      </w:pPr>
      <w:r>
        <w:rPr>
          <w:sz w:val="22"/>
        </w:rPr>
        <w:t>D. Giúp mô hình tránh được lỗi kỹ thuật trong quá trình huấn luyện</w:t>
      </w:r>
    </w:p>
    <w:p/>
    <w:p>
      <w:r>
        <w:rPr>
          <w:b/>
          <w:sz w:val="24"/>
        </w:rPr>
        <w:t>Câu 11: Câu 71: Prompt Engineer đóng vai trò gì trong việc khai thác sức mạnh của mô hình ngôn ngữ lớn?</w:t>
      </w:r>
    </w:p>
    <w:p>
      <w:pPr>
        <w:pStyle w:val="ListParagraph"/>
      </w:pPr>
      <w:r>
        <w:rPr>
          <w:sz w:val="22"/>
        </w:rPr>
        <w:t>A. Quản lý tài chính dự án</w:t>
      </w:r>
    </w:p>
    <w:p>
      <w:pPr>
        <w:pStyle w:val="ListParagraph"/>
      </w:pPr>
      <w:r>
        <w:rPr>
          <w:sz w:val="22"/>
        </w:rPr>
        <w:t>B. Thiết kế và tối ưu hóa câu lệnh</w:t>
      </w:r>
    </w:p>
    <w:p>
      <w:pPr>
        <w:pStyle w:val="ListParagraph"/>
      </w:pPr>
      <w:r>
        <w:rPr>
          <w:sz w:val="22"/>
        </w:rPr>
        <w:t>C. Bảo trì phần cứng máy tính</w:t>
      </w:r>
    </w:p>
    <w:p>
      <w:pPr>
        <w:pStyle w:val="ListParagraph"/>
      </w:pPr>
      <w:r>
        <w:rPr>
          <w:sz w:val="22"/>
        </w:rPr>
        <w:t>D. Phân tích đối thủ cạnh tranh</w:t>
      </w:r>
    </w:p>
    <w:p/>
    <w:p>
      <w:r>
        <w:rPr>
          <w:b/>
          <w:sz w:val="24"/>
        </w:rPr>
        <w:t>Câu 12: Câu 72: Loại hình sáng tạo văn bản nào mà Prompt Engineer có thể thực hiện?</w:t>
      </w:r>
    </w:p>
    <w:p>
      <w:pPr>
        <w:pStyle w:val="ListParagraph"/>
      </w:pPr>
      <w:r>
        <w:rPr>
          <w:sz w:val="22"/>
        </w:rPr>
        <w:t>A. Thiết kế đồ họa</w:t>
      </w:r>
    </w:p>
    <w:p>
      <w:pPr>
        <w:pStyle w:val="ListParagraph"/>
      </w:pPr>
      <w:r>
        <w:rPr>
          <w:sz w:val="22"/>
        </w:rPr>
        <w:t>B. Lập trình web</w:t>
      </w:r>
    </w:p>
    <w:p>
      <w:pPr>
        <w:pStyle w:val="ListParagraph"/>
      </w:pPr>
      <w:r>
        <w:rPr>
          <w:sz w:val="22"/>
        </w:rPr>
        <w:t>C. Quản lý dự án</w:t>
      </w:r>
    </w:p>
    <w:p>
      <w:pPr>
        <w:pStyle w:val="ListParagraph"/>
      </w:pPr>
      <w:r>
        <w:rPr>
          <w:sz w:val="22"/>
        </w:rPr>
        <w:t>D. Kể chuyện</w:t>
      </w:r>
    </w:p>
    <w:p/>
    <w:p>
      <w:r>
        <w:rPr>
          <w:b/>
          <w:sz w:val="24"/>
        </w:rPr>
        <w:t>Câu 13: Câu 73: Khi viết kịch bản phim, Prompt Engineer có thể hỗ trợ những gì?</w:t>
      </w:r>
    </w:p>
    <w:p>
      <w:pPr>
        <w:pStyle w:val="ListParagraph"/>
      </w:pPr>
      <w:r>
        <w:rPr>
          <w:sz w:val="22"/>
        </w:rPr>
        <w:t>A. Chọn diễn viên</w:t>
      </w:r>
    </w:p>
    <w:p>
      <w:pPr>
        <w:pStyle w:val="ListParagraph"/>
      </w:pPr>
      <w:r>
        <w:rPr>
          <w:sz w:val="22"/>
        </w:rPr>
        <w:t>B. Thiết kế âm thanh</w:t>
      </w:r>
    </w:p>
    <w:p>
      <w:pPr>
        <w:pStyle w:val="ListParagraph"/>
      </w:pPr>
      <w:r>
        <w:rPr>
          <w:sz w:val="22"/>
        </w:rPr>
        <w:t>C. Viết lời thoại nhân vật</w:t>
      </w:r>
    </w:p>
    <w:p>
      <w:pPr>
        <w:pStyle w:val="ListParagraph"/>
      </w:pPr>
      <w:r>
        <w:rPr>
          <w:sz w:val="22"/>
        </w:rPr>
        <w:t>D. Quản lý ngân sách</w:t>
      </w:r>
    </w:p>
    <w:p/>
    <w:p>
      <w:r>
        <w:rPr>
          <w:b/>
          <w:sz w:val="24"/>
        </w:rPr>
        <w:t>Câu 14: Câu 75: Kỹ thuật Prompt Engineering nào giúp mô hình tạo ra câu chuyện mạch lạc?</w:t>
      </w:r>
    </w:p>
    <w:p>
      <w:pPr>
        <w:pStyle w:val="ListParagraph"/>
      </w:pPr>
      <w:r>
        <w:rPr>
          <w:sz w:val="22"/>
        </w:rPr>
        <w:t>A. Giới hạn độ dài</w:t>
      </w:r>
    </w:p>
    <w:p>
      <w:pPr>
        <w:pStyle w:val="ListParagraph"/>
      </w:pPr>
      <w:r>
        <w:rPr>
          <w:sz w:val="22"/>
        </w:rPr>
        <w:t>B. Ràng buộc về từ ngữ</w:t>
      </w:r>
    </w:p>
    <w:p>
      <w:pPr>
        <w:pStyle w:val="ListParagraph"/>
      </w:pPr>
      <w:r>
        <w:rPr>
          <w:sz w:val="22"/>
        </w:rPr>
        <w:t>C. Thiết lập bối cảnh và nhân vật</w:t>
      </w:r>
    </w:p>
    <w:p>
      <w:pPr>
        <w:pStyle w:val="ListParagraph"/>
      </w:pPr>
      <w:r>
        <w:rPr>
          <w:sz w:val="22"/>
        </w:rPr>
        <w:t>D. Chỉ định giọng văn</w:t>
      </w:r>
    </w:p>
    <w:p/>
    <w:p>
      <w:r>
        <w:rPr>
          <w:b/>
          <w:sz w:val="24"/>
        </w:rPr>
        <w:t>Câu 15: Câu 76: Điều gì cần cung cấp để mô hình viết theo phong cách của một tác giả nổi tiếng?</w:t>
      </w:r>
    </w:p>
    <w:p>
      <w:pPr>
        <w:pStyle w:val="ListParagraph"/>
      </w:pPr>
      <w:r>
        <w:rPr>
          <w:sz w:val="22"/>
        </w:rPr>
        <w:t>A. Mô tả nhân vật</w:t>
      </w:r>
    </w:p>
    <w:p>
      <w:pPr>
        <w:pStyle w:val="ListParagraph"/>
      </w:pPr>
      <w:r>
        <w:rPr>
          <w:sz w:val="22"/>
        </w:rPr>
        <w:t>B. Yêu cầu phong cách cụ thể</w:t>
      </w:r>
    </w:p>
    <w:p>
      <w:pPr>
        <w:pStyle w:val="ListParagraph"/>
      </w:pPr>
      <w:r>
        <w:rPr>
          <w:sz w:val="22"/>
        </w:rPr>
        <w:t>C. Xây dựng tình huống khởi đầu</w:t>
      </w:r>
    </w:p>
    <w:p>
      <w:pPr>
        <w:pStyle w:val="ListParagraph"/>
      </w:pPr>
      <w:r>
        <w:rPr>
          <w:sz w:val="22"/>
        </w:rPr>
        <w:t>D. Giới hạn độ dài</w:t>
      </w:r>
    </w:p>
    <w:p/>
    <w:p>
      <w:r>
        <w:rPr>
          <w:b/>
          <w:sz w:val="24"/>
        </w:rPr>
        <w:t>Câu 16: Câu 77: Loại ràng buộc nào kích thích sáng tạo khi tạo văn bản?</w:t>
      </w:r>
    </w:p>
    <w:p>
      <w:pPr>
        <w:pStyle w:val="ListParagraph"/>
      </w:pPr>
      <w:r>
        <w:rPr>
          <w:sz w:val="22"/>
        </w:rPr>
        <w:t>A. Giới hạn độ dài</w:t>
      </w:r>
    </w:p>
    <w:p>
      <w:pPr>
        <w:pStyle w:val="ListParagraph"/>
      </w:pPr>
      <w:r>
        <w:rPr>
          <w:sz w:val="22"/>
        </w:rPr>
        <w:t>B. Thiết lập bối cảnh</w:t>
      </w:r>
    </w:p>
    <w:p>
      <w:pPr>
        <w:pStyle w:val="ListParagraph"/>
      </w:pPr>
      <w:r>
        <w:rPr>
          <w:sz w:val="22"/>
        </w:rPr>
        <w:t>C. Mô tả nhân vật</w:t>
      </w:r>
    </w:p>
    <w:p>
      <w:pPr>
        <w:pStyle w:val="ListParagraph"/>
      </w:pPr>
      <w:r>
        <w:rPr>
          <w:sz w:val="22"/>
        </w:rPr>
        <w:t>D. Chỉ định giọng văn</w:t>
      </w:r>
    </w:p>
    <w:p/>
    <w:p>
      <w:r>
        <w:rPr>
          <w:b/>
          <w:sz w:val="24"/>
        </w:rPr>
        <w:t>Câu 17: Câu 78: Kỹ thuật nào hướng dẫn mô hình đóng vai một nhân vật cụ thể?</w:t>
      </w:r>
    </w:p>
    <w:p>
      <w:pPr>
        <w:pStyle w:val="ListParagraph"/>
      </w:pPr>
      <w:r>
        <w:rPr>
          <w:sz w:val="22"/>
        </w:rPr>
        <w:t>A. Sử dụng ràng buộc</w:t>
      </w:r>
    </w:p>
    <w:p>
      <w:pPr>
        <w:pStyle w:val="ListParagraph"/>
      </w:pPr>
      <w:r>
        <w:rPr>
          <w:sz w:val="22"/>
        </w:rPr>
        <w:t>B. Cung cấp thông tin nền</w:t>
      </w:r>
    </w:p>
    <w:p>
      <w:pPr>
        <w:pStyle w:val="ListParagraph"/>
      </w:pPr>
      <w:r>
        <w:rPr>
          <w:sz w:val="22"/>
        </w:rPr>
        <w:t>C. Giới hạn độ dài</w:t>
      </w:r>
    </w:p>
    <w:p>
      <w:pPr>
        <w:pStyle w:val="ListParagraph"/>
      </w:pPr>
      <w:r>
        <w:rPr>
          <w:sz w:val="22"/>
        </w:rPr>
        <w:t>D. Giao vai</w:t>
      </w:r>
    </w:p>
    <w:p/>
    <w:p>
      <w:r>
        <w:rPr>
          <w:b/>
          <w:sz w:val="24"/>
        </w:rPr>
        <w:t>Câu 18: Câu 79: Trong dịch thuật, điều gì cần xác định rõ trong câu lệnh cơ bản nhất?</w:t>
      </w:r>
    </w:p>
    <w:p>
      <w:pPr>
        <w:pStyle w:val="ListParagraph"/>
      </w:pPr>
      <w:r>
        <w:rPr>
          <w:sz w:val="22"/>
        </w:rPr>
        <w:t>A. Phong cách dịch</w:t>
      </w:r>
    </w:p>
    <w:p>
      <w:pPr>
        <w:pStyle w:val="ListParagraph"/>
      </w:pPr>
      <w:r>
        <w:rPr>
          <w:sz w:val="22"/>
        </w:rPr>
        <w:t>B. Ngôn ngữ nguồn và ngôn ngữ đích</w:t>
      </w:r>
    </w:p>
    <w:p>
      <w:pPr>
        <w:pStyle w:val="ListParagraph"/>
      </w:pPr>
      <w:r>
        <w:rPr>
          <w:sz w:val="22"/>
        </w:rPr>
        <w:t>C. Lĩnh vực chuyên ngành</w:t>
      </w:r>
    </w:p>
    <w:p>
      <w:pPr>
        <w:pStyle w:val="ListParagraph"/>
      </w:pPr>
      <w:r>
        <w:rPr>
          <w:sz w:val="22"/>
        </w:rPr>
        <w:t>D. Ngữ cảnh</w:t>
      </w:r>
    </w:p>
    <w:p/>
    <w:p>
      <w:r>
        <w:rPr>
          <w:b/>
          <w:sz w:val="24"/>
        </w:rPr>
        <w:t>Câu 19: Câu 80: Để có bản dịch phù hợp với ngữ cảnh, có thể chỉ định điều gì?</w:t>
      </w:r>
    </w:p>
    <w:p>
      <w:pPr>
        <w:pStyle w:val="ListParagraph"/>
      </w:pPr>
      <w:r>
        <w:rPr>
          <w:sz w:val="22"/>
        </w:rPr>
        <w:t>A. Phong cách</w:t>
      </w:r>
    </w:p>
    <w:p>
      <w:pPr>
        <w:pStyle w:val="ListParagraph"/>
      </w:pPr>
      <w:r>
        <w:rPr>
          <w:sz w:val="22"/>
        </w:rPr>
        <w:t>B. Độ dài văn bản</w:t>
      </w:r>
    </w:p>
    <w:p>
      <w:pPr>
        <w:pStyle w:val="ListParagraph"/>
      </w:pPr>
      <w:r>
        <w:rPr>
          <w:sz w:val="22"/>
        </w:rPr>
        <w:t>C. Số lượng từ</w:t>
      </w:r>
    </w:p>
    <w:p>
      <w:pPr>
        <w:pStyle w:val="ListParagraph"/>
      </w:pPr>
      <w:r>
        <w:rPr>
          <w:sz w:val="22"/>
        </w:rPr>
        <w:t>D. Kích thước font chữ</w:t>
      </w:r>
    </w:p>
    <w:p/>
    <w:p>
      <w:r>
        <w:rPr>
          <w:b/>
          <w:sz w:val="24"/>
        </w:rPr>
        <w:t>Câu 20: Câu 81: Khi dịch văn bản chuyên ngành, điều gì giúp cải thiện độ chính xác?</w:t>
      </w:r>
    </w:p>
    <w:p>
      <w:pPr>
        <w:pStyle w:val="ListParagraph"/>
      </w:pPr>
      <w:r>
        <w:rPr>
          <w:sz w:val="22"/>
        </w:rPr>
        <w:t>A. Sử dụng phong cách thân mật</w:t>
      </w:r>
    </w:p>
    <w:p>
      <w:pPr>
        <w:pStyle w:val="ListParagraph"/>
      </w:pPr>
      <w:r>
        <w:rPr>
          <w:sz w:val="22"/>
        </w:rPr>
        <w:t>B. Giới hạn số lượng từ</w:t>
      </w:r>
    </w:p>
    <w:p>
      <w:pPr>
        <w:pStyle w:val="ListParagraph"/>
      </w:pPr>
      <w:r>
        <w:rPr>
          <w:sz w:val="22"/>
        </w:rPr>
        <w:t>C. Cung cấp thêm ngữ cảnh hoặc từ khóa chuyên ngành</w:t>
      </w:r>
    </w:p>
    <w:p>
      <w:pPr>
        <w:pStyle w:val="ListParagraph"/>
      </w:pPr>
      <w:r>
        <w:rPr>
          <w:sz w:val="22"/>
        </w:rPr>
        <w:t>D. Dịch lặp đi lặp lại</w:t>
      </w:r>
    </w:p>
    <w:p/>
    <w:p>
      <w:r>
        <w:rPr>
          <w:b/>
          <w:sz w:val="24"/>
        </w:rPr>
        <w:t>Câu 21: Câu 82: Mục đích của tóm tắt văn bản là gì?</w:t>
      </w:r>
    </w:p>
    <w:p>
      <w:pPr>
        <w:pStyle w:val="ListParagraph"/>
      </w:pPr>
      <w:r>
        <w:rPr>
          <w:sz w:val="22"/>
        </w:rPr>
        <w:t>A. Làm ngắn văn bản</w:t>
      </w:r>
    </w:p>
    <w:p>
      <w:pPr>
        <w:pStyle w:val="ListParagraph"/>
      </w:pPr>
      <w:r>
        <w:rPr>
          <w:sz w:val="22"/>
        </w:rPr>
        <w:t>B. Thay đổi ý nghĩa của văn bản</w:t>
      </w:r>
    </w:p>
    <w:p>
      <w:pPr>
        <w:pStyle w:val="ListParagraph"/>
      </w:pPr>
      <w:r>
        <w:rPr>
          <w:sz w:val="22"/>
        </w:rPr>
        <w:t>C. Rút gọn văn bản nhưng vẫn giữ thông tin quan trọng</w:t>
      </w:r>
    </w:p>
    <w:p>
      <w:pPr>
        <w:pStyle w:val="ListParagraph"/>
      </w:pPr>
      <w:r>
        <w:rPr>
          <w:sz w:val="22"/>
        </w:rPr>
        <w:t>D. Thêm thông tin mới vào văn bản</w:t>
      </w:r>
    </w:p>
    <w:p/>
    <w:p>
      <w:r>
        <w:rPr>
          <w:b/>
          <w:sz w:val="24"/>
        </w:rPr>
        <w:t>Câu 22: Câu 83: Điều gì có thể yêu cầu khi chỉ định độ dài tóm tắt?</w:t>
      </w:r>
    </w:p>
    <w:p>
      <w:pPr>
        <w:pStyle w:val="ListParagraph"/>
      </w:pPr>
      <w:r>
        <w:rPr>
          <w:sz w:val="22"/>
        </w:rPr>
        <w:t>A. Số lượng hình ảnh</w:t>
      </w:r>
    </w:p>
    <w:p>
      <w:pPr>
        <w:pStyle w:val="ListParagraph"/>
      </w:pPr>
      <w:r>
        <w:rPr>
          <w:sz w:val="22"/>
        </w:rPr>
        <w:t>B. Số lượng tiêu đề</w:t>
      </w:r>
    </w:p>
    <w:p>
      <w:pPr>
        <w:pStyle w:val="ListParagraph"/>
      </w:pPr>
      <w:r>
        <w:rPr>
          <w:sz w:val="22"/>
        </w:rPr>
        <w:t>C. Số từ, số câu, hoặc tỷ lệ phần trăm so với văn bản gốc</w:t>
      </w:r>
    </w:p>
    <w:p>
      <w:pPr>
        <w:pStyle w:val="ListParagraph"/>
      </w:pPr>
      <w:r>
        <w:rPr>
          <w:sz w:val="22"/>
        </w:rPr>
        <w:t>D. Kích thước font chữ</w:t>
      </w:r>
    </w:p>
    <w:p/>
    <w:p>
      <w:r>
        <w:rPr>
          <w:b/>
          <w:sz w:val="24"/>
        </w:rPr>
        <w:t>Câu 23: Câu 84: Loại tóm tắt nào tập trung vào những ý tưởng quan trọng nhất?</w:t>
      </w:r>
    </w:p>
    <w:p>
      <w:pPr>
        <w:pStyle w:val="ListParagraph"/>
      </w:pPr>
      <w:r>
        <w:rPr>
          <w:sz w:val="22"/>
        </w:rPr>
        <w:t>A. Tóm tắt khái quát</w:t>
      </w:r>
    </w:p>
    <w:p>
      <w:pPr>
        <w:pStyle w:val="ListParagraph"/>
      </w:pPr>
      <w:r>
        <w:rPr>
          <w:sz w:val="22"/>
        </w:rPr>
        <w:t>B. Tóm tắt tập trung vào ý chính</w:t>
      </w:r>
    </w:p>
    <w:p>
      <w:pPr>
        <w:pStyle w:val="ListParagraph"/>
      </w:pPr>
      <w:r>
        <w:rPr>
          <w:sz w:val="22"/>
        </w:rPr>
        <w:t>C. Tóm tắt theo chủ đề</w:t>
      </w:r>
    </w:p>
    <w:p>
      <w:pPr>
        <w:pStyle w:val="ListParagraph"/>
      </w:pPr>
      <w:r>
        <w:rPr>
          <w:sz w:val="22"/>
        </w:rPr>
        <w:t>D. Tóm tắt trích đoạn</w:t>
      </w:r>
    </w:p>
    <w:p/>
    <w:p>
      <w:r>
        <w:rPr>
          <w:b/>
          <w:sz w:val="24"/>
        </w:rPr>
        <w:t>Câu 24: Câu 85: Ứng dụng nào của tóm tắt văn bản giúp nắm bắt ý chính nhanh chóng?</w:t>
      </w:r>
    </w:p>
    <w:p>
      <w:pPr>
        <w:pStyle w:val="ListParagraph"/>
      </w:pPr>
      <w:r>
        <w:rPr>
          <w:sz w:val="22"/>
        </w:rPr>
        <w:t>A. Tạo nội dung dài</w:t>
      </w:r>
    </w:p>
    <w:p>
      <w:pPr>
        <w:pStyle w:val="ListParagraph"/>
      </w:pPr>
      <w:r>
        <w:rPr>
          <w:sz w:val="22"/>
        </w:rPr>
        <w:t>B. Xử lý thông tin quá tải</w:t>
      </w:r>
    </w:p>
    <w:p>
      <w:pPr>
        <w:pStyle w:val="ListParagraph"/>
      </w:pPr>
      <w:r>
        <w:rPr>
          <w:sz w:val="22"/>
        </w:rPr>
        <w:t>C. Viết sách</w:t>
      </w:r>
    </w:p>
    <w:p>
      <w:pPr>
        <w:pStyle w:val="ListParagraph"/>
      </w:pPr>
      <w:r>
        <w:rPr>
          <w:sz w:val="22"/>
        </w:rPr>
        <w:t>D. Soạn email</w:t>
      </w:r>
    </w:p>
    <w:p/>
    <w:p>
      <w:r>
        <w:rPr>
          <w:b/>
          <w:sz w:val="24"/>
        </w:rPr>
        <w:t>Câu 25: Câu 86: Trong phân tích dữ liệu, Prompt Engineer có thể yêu cầu mô hình làm gì?</w:t>
      </w:r>
    </w:p>
    <w:p>
      <w:pPr>
        <w:pStyle w:val="ListParagraph"/>
      </w:pPr>
      <w:r>
        <w:rPr>
          <w:sz w:val="22"/>
        </w:rPr>
        <w:t>A. Thiết kế giao diện người dùng</w:t>
      </w:r>
    </w:p>
    <w:p>
      <w:pPr>
        <w:pStyle w:val="ListParagraph"/>
      </w:pPr>
      <w:r>
        <w:rPr>
          <w:sz w:val="22"/>
        </w:rPr>
        <w:t>B. Lập trình ứng dụng</w:t>
      </w:r>
    </w:p>
    <w:p>
      <w:pPr>
        <w:pStyle w:val="ListParagraph"/>
      </w:pPr>
      <w:r>
        <w:rPr>
          <w:sz w:val="22"/>
        </w:rPr>
        <w:t>C. Phân tích cảm xúc</w:t>
      </w:r>
    </w:p>
    <w:p>
      <w:pPr>
        <w:pStyle w:val="ListParagraph"/>
      </w:pPr>
      <w:r>
        <w:rPr>
          <w:sz w:val="22"/>
        </w:rPr>
        <w:t>D. Quản lý dự án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D</w:t>
      </w:r>
    </w:p>
    <w:p>
      <w:r>
        <w:rPr>
          <w:b/>
        </w:rPr>
        <w:t>Câu 4: Đáp án đúng: D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C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D</w:t>
      </w:r>
    </w:p>
    <w:p>
      <w:r>
        <w:rPr>
          <w:b/>
        </w:rPr>
        <w:t>Câu 13: Đáp án đúng: C</w:t>
      </w:r>
    </w:p>
    <w:p>
      <w:r>
        <w:rPr>
          <w:b/>
        </w:rPr>
        <w:t>Câu 14: Đáp án đúng: C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D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C</w:t>
      </w:r>
    </w:p>
    <w:p>
      <w:r>
        <w:rPr>
          <w:b/>
        </w:rPr>
        <w:t>Câu 21: Đáp án đúng: C</w:t>
      </w:r>
    </w:p>
    <w:p>
      <w:r>
        <w:rPr>
          <w:b/>
        </w:rPr>
        <w:t>Câu 22: Đáp án đúng: C</w:t>
      </w:r>
    </w:p>
    <w:p>
      <w:r>
        <w:rPr>
          <w:b/>
        </w:rPr>
        <w:t>Câu 23: Đáp án đúng: B</w:t>
      </w:r>
    </w:p>
    <w:p>
      <w:r>
        <w:rPr>
          <w:b/>
        </w:rPr>
        <w:t>Câu 24: Đáp án đúng: B</w:t>
      </w:r>
    </w:p>
    <w:p>
      <w:r>
        <w:rPr>
          <w:b/>
        </w:rPr>
        <w:t>Câu 25: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