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Bài trắc nghiệm Hóa học - Chu 1: Dung cu dùng de do thè tich chat long la</w:t>
      </w:r>
    </w:p>
    <w:p>
      <w:pPr>
        <w:jc w:val="center"/>
      </w:pPr>
      <w:r>
        <w:rPr>
          <w:sz w:val="22"/>
        </w:rPr>
        <w:t>Số câu: 15    Thời gian: _____ phút    Họ và tên: _________________________</w:t>
      </w:r>
    </w:p>
    <w:p/>
    <w:p>
      <w:r>
        <w:rPr>
          <w:b/>
          <w:sz w:val="24"/>
        </w:rPr>
        <w:t>Câu 1: Dụng cụ dùng để đo thể tích chất lỏng là</w:t>
      </w:r>
    </w:p>
    <w:p>
      <w:pPr>
        <w:pStyle w:val="ListParagraph"/>
      </w:pPr>
      <w:r>
        <w:rPr>
          <w:sz w:val="22"/>
        </w:rPr>
        <w:t>A. cốc thủy tinh.</w:t>
      </w:r>
    </w:p>
    <w:p>
      <w:pPr>
        <w:pStyle w:val="ListParagraph"/>
      </w:pPr>
      <w:r>
        <w:rPr>
          <w:sz w:val="22"/>
        </w:rPr>
        <w:t>B. ống đong.</w:t>
      </w:r>
    </w:p>
    <w:p>
      <w:pPr>
        <w:pStyle w:val="ListParagraph"/>
      </w:pPr>
      <w:r>
        <w:rPr>
          <w:sz w:val="22"/>
        </w:rPr>
        <w:t>C. đũa thủy tinh.</w:t>
      </w:r>
    </w:p>
    <w:p>
      <w:pPr>
        <w:pStyle w:val="ListParagraph"/>
      </w:pPr>
      <w:r>
        <w:rPr>
          <w:sz w:val="22"/>
        </w:rPr>
        <w:t>D. chén sứ.</w:t>
      </w:r>
    </w:p>
    <w:p/>
    <w:p>
      <w:r>
        <w:rPr>
          <w:b/>
          <w:sz w:val="24"/>
        </w:rPr>
        <w:t>Câu 2: Vì sao không được dùng tay lấy trực tiếp hóa chất?</w:t>
      </w:r>
    </w:p>
    <w:p>
      <w:pPr>
        <w:pStyle w:val="ListParagraph"/>
      </w:pPr>
      <w:r>
        <w:rPr>
          <w:sz w:val="22"/>
        </w:rPr>
        <w:t>A. Vì hóa chất có giá thành cao.</w:t>
      </w:r>
    </w:p>
    <w:p>
      <w:pPr>
        <w:pStyle w:val="ListParagraph"/>
      </w:pPr>
      <w:r>
        <w:rPr>
          <w:sz w:val="22"/>
        </w:rPr>
        <w:t>B. Vì hóa chất có thể gây hại cho cơ thể.</w:t>
      </w:r>
    </w:p>
    <w:p>
      <w:pPr>
        <w:pStyle w:val="ListParagraph"/>
      </w:pPr>
      <w:r>
        <w:rPr>
          <w:sz w:val="22"/>
        </w:rPr>
        <w:t>C. Vì hóa chất dễ bay hơi.</w:t>
      </w:r>
    </w:p>
    <w:p>
      <w:pPr>
        <w:pStyle w:val="ListParagraph"/>
      </w:pPr>
      <w:r>
        <w:rPr>
          <w:sz w:val="22"/>
        </w:rPr>
        <w:t>D. Vì tay sẽ làm hóa chất đổi màu.</w:t>
      </w:r>
    </w:p>
    <w:p/>
    <w:p>
      <w:r>
        <w:rPr>
          <w:b/>
          <w:sz w:val="24"/>
        </w:rPr>
        <w:t>Câu 3: Đèn cồn cần được tắt bằng cách</w:t>
      </w:r>
    </w:p>
    <w:p>
      <w:pPr>
        <w:pStyle w:val="ListParagraph"/>
      </w:pPr>
      <w:r>
        <w:rPr>
          <w:sz w:val="22"/>
        </w:rPr>
        <w:t>A. thổi mạnh.</w:t>
      </w:r>
    </w:p>
    <w:p>
      <w:pPr>
        <w:pStyle w:val="ListParagraph"/>
      </w:pPr>
      <w:r>
        <w:rPr>
          <w:sz w:val="22"/>
        </w:rPr>
        <w:t>B. đổ nước vào.</w:t>
      </w:r>
    </w:p>
    <w:p>
      <w:pPr>
        <w:pStyle w:val="ListParagraph"/>
      </w:pPr>
      <w:r>
        <w:rPr>
          <w:sz w:val="22"/>
        </w:rPr>
        <w:t>C. đậy nắp đèn.</w:t>
      </w:r>
    </w:p>
    <w:p>
      <w:pPr>
        <w:pStyle w:val="ListParagraph"/>
      </w:pPr>
      <w:r>
        <w:rPr>
          <w:sz w:val="22"/>
        </w:rPr>
        <w:t>D. dùng khăn phủ lên.</w:t>
      </w:r>
    </w:p>
    <w:p/>
    <w:p>
      <w:r>
        <w:rPr>
          <w:b/>
          <w:sz w:val="24"/>
        </w:rPr>
        <w:t>Câu 4: Trong khi đun nóng, em phát hiện ống nghiệm bị nứt. Em cần</w:t>
      </w:r>
    </w:p>
    <w:p>
      <w:pPr>
        <w:pStyle w:val="ListParagraph"/>
      </w:pPr>
      <w:r>
        <w:rPr>
          <w:sz w:val="22"/>
        </w:rPr>
        <w:t>A. tiếp tục đun.</w:t>
      </w:r>
    </w:p>
    <w:p>
      <w:pPr>
        <w:pStyle w:val="ListParagraph"/>
      </w:pPr>
      <w:r>
        <w:rPr>
          <w:sz w:val="22"/>
        </w:rPr>
        <w:t>B. thay ngay bằng ống nghiệm khác.</w:t>
      </w:r>
    </w:p>
    <w:p>
      <w:pPr>
        <w:pStyle w:val="ListParagraph"/>
      </w:pPr>
      <w:r>
        <w:rPr>
          <w:sz w:val="22"/>
        </w:rPr>
        <w:t>C. dùng tay giữ chặt.</w:t>
      </w:r>
    </w:p>
    <w:p>
      <w:pPr>
        <w:pStyle w:val="ListParagraph"/>
      </w:pPr>
      <w:r>
        <w:rPr>
          <w:sz w:val="22"/>
        </w:rPr>
        <w:t>D. đổ thêm nước.</w:t>
      </w:r>
    </w:p>
    <w:p/>
    <w:p>
      <w:r>
        <w:rPr>
          <w:b/>
          <w:sz w:val="24"/>
        </w:rPr>
        <w:t>Câu 5: Hiện tượng nào sau đây là hiện tượng vật lí?</w:t>
      </w:r>
    </w:p>
    <w:p>
      <w:pPr>
        <w:pStyle w:val="ListParagraph"/>
      </w:pPr>
      <w:r>
        <w:rPr>
          <w:sz w:val="22"/>
        </w:rPr>
        <w:t>A. Đốt cháy than.</w:t>
      </w:r>
    </w:p>
    <w:p>
      <w:pPr>
        <w:pStyle w:val="ListParagraph"/>
      </w:pPr>
      <w:r>
        <w:rPr>
          <w:sz w:val="22"/>
        </w:rPr>
        <w:t>B. Nước sôi.</w:t>
      </w:r>
    </w:p>
    <w:p>
      <w:pPr>
        <w:pStyle w:val="ListParagraph"/>
      </w:pPr>
      <w:r>
        <w:rPr>
          <w:sz w:val="22"/>
        </w:rPr>
        <w:t>C. Giấm tác dụng với đá vôi.</w:t>
      </w:r>
    </w:p>
    <w:p>
      <w:pPr>
        <w:pStyle w:val="ListParagraph"/>
      </w:pPr>
      <w:r>
        <w:rPr>
          <w:sz w:val="22"/>
        </w:rPr>
        <w:t>D. Sắt bị gỉ.</w:t>
      </w:r>
    </w:p>
    <w:p/>
    <w:p>
      <w:r>
        <w:rPr>
          <w:b/>
          <w:sz w:val="24"/>
        </w:rPr>
        <w:t>Câu 6: Việc viết phản ứng hóa học bằng công thức hóa học gọi là</w:t>
      </w:r>
    </w:p>
    <w:p>
      <w:pPr>
        <w:pStyle w:val="ListParagraph"/>
      </w:pPr>
      <w:r>
        <w:rPr>
          <w:sz w:val="22"/>
        </w:rPr>
        <w:t>A. sơ đồ phản ứng hóa học.</w:t>
      </w:r>
    </w:p>
    <w:p>
      <w:pPr>
        <w:pStyle w:val="ListParagraph"/>
      </w:pPr>
      <w:r>
        <w:rPr>
          <w:sz w:val="22"/>
        </w:rPr>
        <w:t>B. công thức hóa trị.</w:t>
      </w:r>
    </w:p>
    <w:p>
      <w:pPr>
        <w:pStyle w:val="ListParagraph"/>
      </w:pPr>
      <w:r>
        <w:rPr>
          <w:sz w:val="22"/>
        </w:rPr>
        <w:t>C. công thức phân tử.</w:t>
      </w:r>
    </w:p>
    <w:p>
      <w:pPr>
        <w:pStyle w:val="ListParagraph"/>
      </w:pPr>
      <w:r>
        <w:rPr>
          <w:sz w:val="22"/>
        </w:rPr>
        <w:t>D. dãy hoạt động hóa học.</w:t>
      </w:r>
    </w:p>
    <w:p/>
    <w:p>
      <w:r>
        <w:rPr>
          <w:b/>
          <w:sz w:val="24"/>
        </w:rPr>
        <w:t>Câu 7: Khi đốt nến, hiện tượng nào là phản ứng hóa học?</w:t>
      </w:r>
    </w:p>
    <w:p>
      <w:pPr>
        <w:pStyle w:val="ListParagraph"/>
      </w:pPr>
      <w:r>
        <w:rPr>
          <w:sz w:val="22"/>
        </w:rPr>
        <w:t>A. Sáp nến nóng chảy.</w:t>
      </w:r>
    </w:p>
    <w:p>
      <w:pPr>
        <w:pStyle w:val="ListParagraph"/>
      </w:pPr>
      <w:r>
        <w:rPr>
          <w:sz w:val="22"/>
        </w:rPr>
        <w:t>B. Sáp nến đông đặc.</w:t>
      </w:r>
    </w:p>
    <w:p>
      <w:pPr>
        <w:pStyle w:val="ListParagraph"/>
      </w:pPr>
      <w:r>
        <w:rPr>
          <w:sz w:val="22"/>
        </w:rPr>
        <w:t>C. Sáp nến cháy tạo khí carbon dioxide và hơi nước.</w:t>
      </w:r>
    </w:p>
    <w:p>
      <w:pPr>
        <w:pStyle w:val="ListParagraph"/>
      </w:pPr>
      <w:r>
        <w:rPr>
          <w:sz w:val="22"/>
        </w:rPr>
        <w:t>D. Sáp nến mềm ra.</w:t>
      </w:r>
    </w:p>
    <w:p/>
    <w:p>
      <w:r>
        <w:rPr>
          <w:b/>
          <w:sz w:val="24"/>
        </w:rPr>
        <w:t>Câu 8: Để chứng minh có phản ứng hóa học xảy ra khi cho giấm ăn vào đá vôi, dấu hiệu dễ nhận thấy nhất là</w:t>
      </w:r>
    </w:p>
    <w:p>
      <w:pPr>
        <w:pStyle w:val="ListParagraph"/>
      </w:pPr>
      <w:r>
        <w:rPr>
          <w:sz w:val="22"/>
        </w:rPr>
        <w:t>A. đá vôi nóng lên.</w:t>
      </w:r>
    </w:p>
    <w:p>
      <w:pPr>
        <w:pStyle w:val="ListParagraph"/>
      </w:pPr>
      <w:r>
        <w:rPr>
          <w:sz w:val="22"/>
        </w:rPr>
        <w:t>B. xuất hiện bọt khí.</w:t>
      </w:r>
    </w:p>
    <w:p>
      <w:pPr>
        <w:pStyle w:val="ListParagraph"/>
      </w:pPr>
      <w:r>
        <w:rPr>
          <w:sz w:val="22"/>
        </w:rPr>
        <w:t>C. đá vôi đổi màu.</w:t>
      </w:r>
    </w:p>
    <w:p>
      <w:pPr>
        <w:pStyle w:val="ListParagraph"/>
      </w:pPr>
      <w:r>
        <w:rPr>
          <w:sz w:val="22"/>
        </w:rPr>
        <w:t>D. nước bay hơi.</w:t>
      </w:r>
    </w:p>
    <w:p/>
    <w:p>
      <w:r>
        <w:rPr>
          <w:b/>
          <w:sz w:val="24"/>
        </w:rPr>
        <w:t>Câu 9: Mol là lượng chất chứa</w:t>
      </w:r>
    </w:p>
    <w:p>
      <w:pPr>
        <w:pStyle w:val="ListParagraph"/>
      </w:pPr>
      <w:r>
        <w:rPr>
          <w:sz w:val="22"/>
        </w:rPr>
        <w:t>A. $6,022 \times 10^{20}$ hạt.</w:t>
      </w:r>
    </w:p>
    <w:p>
      <w:pPr>
        <w:pStyle w:val="ListParagraph"/>
      </w:pPr>
      <w:r>
        <w:rPr>
          <w:sz w:val="22"/>
        </w:rPr>
        <w:t>B. $6,022 \times 10^{22}$ hạt.</w:t>
      </w:r>
    </w:p>
    <w:p>
      <w:pPr>
        <w:pStyle w:val="ListParagraph"/>
      </w:pPr>
      <w:r>
        <w:rPr>
          <w:sz w:val="22"/>
        </w:rPr>
        <w:t>C. $6,022 \times 10^{21}$ hạt.</w:t>
      </w:r>
    </w:p>
    <w:p>
      <w:pPr>
        <w:pStyle w:val="ListParagraph"/>
      </w:pPr>
      <w:r>
        <w:rPr>
          <w:sz w:val="22"/>
        </w:rPr>
        <w:t>D. $6,022 \times 10^{23}$ hạt.</w:t>
      </w:r>
    </w:p>
    <w:p/>
    <w:p>
      <w:r>
        <w:rPr>
          <w:b/>
          <w:sz w:val="24"/>
        </w:rPr>
        <w:t>Câu 10: Ở điều kiện chuẩn, 1 mol chất khí có thể tích bằng</w:t>
      </w:r>
    </w:p>
    <w:p>
      <w:pPr>
        <w:pStyle w:val="ListParagraph"/>
      </w:pPr>
      <w:r>
        <w:rPr>
          <w:sz w:val="22"/>
        </w:rPr>
        <w:t>A. 12,395 L.</w:t>
      </w:r>
    </w:p>
    <w:p>
      <w:pPr>
        <w:pStyle w:val="ListParagraph"/>
      </w:pPr>
      <w:r>
        <w:rPr>
          <w:sz w:val="22"/>
        </w:rPr>
        <w:t>B. 24,79 L.</w:t>
      </w:r>
    </w:p>
    <w:p>
      <w:pPr>
        <w:pStyle w:val="ListParagraph"/>
      </w:pPr>
      <w:r>
        <w:rPr>
          <w:sz w:val="22"/>
        </w:rPr>
        <w:t>C. 24,0 L.</w:t>
      </w:r>
    </w:p>
    <w:p>
      <w:pPr>
        <w:pStyle w:val="ListParagraph"/>
      </w:pPr>
      <w:r>
        <w:rPr>
          <w:sz w:val="22"/>
        </w:rPr>
        <w:t>D. 49,58 L.</w:t>
      </w:r>
    </w:p>
    <w:p/>
    <w:p>
      <w:r>
        <w:rPr>
          <w:b/>
          <w:sz w:val="24"/>
        </w:rPr>
        <w:t>Câu 11: Khối lượng mol cho biết</w:t>
      </w:r>
    </w:p>
    <w:p>
      <w:pPr>
        <w:pStyle w:val="ListParagraph"/>
      </w:pPr>
      <w:r>
        <w:rPr>
          <w:sz w:val="22"/>
        </w:rPr>
        <w:t>A. số phân tử của chất.</w:t>
      </w:r>
    </w:p>
    <w:p>
      <w:pPr>
        <w:pStyle w:val="ListParagraph"/>
      </w:pPr>
      <w:r>
        <w:rPr>
          <w:sz w:val="22"/>
        </w:rPr>
        <w:t>B. thể tích của chất.</w:t>
      </w:r>
    </w:p>
    <w:p>
      <w:pPr>
        <w:pStyle w:val="ListParagraph"/>
      </w:pPr>
      <w:r>
        <w:rPr>
          <w:sz w:val="22"/>
        </w:rPr>
        <w:t>C. khối lượng của 1 mol chất.</w:t>
      </w:r>
    </w:p>
    <w:p>
      <w:pPr>
        <w:pStyle w:val="ListParagraph"/>
      </w:pPr>
      <w:r>
        <w:rPr>
          <w:sz w:val="22"/>
        </w:rPr>
        <w:t>D. số nguyên tử.</w:t>
      </w:r>
    </w:p>
    <w:p/>
    <w:p>
      <w:r>
        <w:rPr>
          <w:b/>
          <w:sz w:val="24"/>
        </w:rPr>
        <w:t>Câu 12: Khí có khối lượng mol càng lớn thì</w:t>
      </w:r>
    </w:p>
    <w:p>
      <w:pPr>
        <w:pStyle w:val="ListParagraph"/>
      </w:pPr>
      <w:r>
        <w:rPr>
          <w:sz w:val="22"/>
        </w:rPr>
        <w:t>A. càng nhẹ.</w:t>
      </w:r>
    </w:p>
    <w:p>
      <w:pPr>
        <w:pStyle w:val="ListParagraph"/>
      </w:pPr>
      <w:r>
        <w:rPr>
          <w:sz w:val="22"/>
        </w:rPr>
        <w:t>B. càng nặng so với khí có khối lượng mol nhỏ hơn.</w:t>
      </w:r>
    </w:p>
    <w:p>
      <w:pPr>
        <w:pStyle w:val="ListParagraph"/>
      </w:pPr>
      <w:r>
        <w:rPr>
          <w:sz w:val="22"/>
        </w:rPr>
        <w:t>C. luôn có thể tích lớn hơn.</w:t>
      </w:r>
    </w:p>
    <w:p>
      <w:pPr>
        <w:pStyle w:val="ListParagraph"/>
      </w:pPr>
      <w:r>
        <w:rPr>
          <w:sz w:val="22"/>
        </w:rPr>
        <w:t>D. luôn có số mol lớn hơn.</w:t>
      </w:r>
    </w:p>
    <w:p/>
    <w:p>
      <w:r>
        <w:rPr>
          <w:b/>
          <w:sz w:val="24"/>
        </w:rPr>
        <w:t>Câu 13: Trong dung dịch sodium chloride, nước đóng vai trò</w:t>
      </w:r>
    </w:p>
    <w:p>
      <w:pPr>
        <w:pStyle w:val="ListParagraph"/>
      </w:pPr>
      <w:r>
        <w:rPr>
          <w:sz w:val="22"/>
        </w:rPr>
        <w:t>A. chất tan.</w:t>
      </w:r>
    </w:p>
    <w:p>
      <w:pPr>
        <w:pStyle w:val="ListParagraph"/>
      </w:pPr>
      <w:r>
        <w:rPr>
          <w:sz w:val="22"/>
        </w:rPr>
        <w:t>B. chất kết tủa.</w:t>
      </w:r>
    </w:p>
    <w:p>
      <w:pPr>
        <w:pStyle w:val="ListParagraph"/>
      </w:pPr>
      <w:r>
        <w:rPr>
          <w:sz w:val="22"/>
        </w:rPr>
        <w:t>C. chất chỉ thị.</w:t>
      </w:r>
    </w:p>
    <w:p>
      <w:pPr>
        <w:pStyle w:val="ListParagraph"/>
      </w:pPr>
      <w:r>
        <w:rPr>
          <w:sz w:val="22"/>
        </w:rPr>
        <w:t>D. dung môi.</w:t>
      </w:r>
    </w:p>
    <w:p/>
    <w:p>
      <w:r>
        <w:rPr>
          <w:b/>
          <w:sz w:val="24"/>
        </w:rPr>
        <w:t>Câu 14: Muốn tăng nồng độ phần trăm của dung dịch có thể</w:t>
      </w:r>
    </w:p>
    <w:p>
      <w:pPr>
        <w:pStyle w:val="ListParagraph"/>
      </w:pPr>
      <w:r>
        <w:rPr>
          <w:sz w:val="22"/>
        </w:rPr>
        <w:t>A. thêm nước.</w:t>
      </w:r>
    </w:p>
    <w:p>
      <w:pPr>
        <w:pStyle w:val="ListParagraph"/>
      </w:pPr>
      <w:r>
        <w:rPr>
          <w:sz w:val="22"/>
        </w:rPr>
        <w:t>B. thêm dung môi.</w:t>
      </w:r>
    </w:p>
    <w:p>
      <w:pPr>
        <w:pStyle w:val="ListParagraph"/>
      </w:pPr>
      <w:r>
        <w:rPr>
          <w:sz w:val="22"/>
        </w:rPr>
        <w:t>C. thêm chất tan.</w:t>
      </w:r>
    </w:p>
    <w:p>
      <w:pPr>
        <w:pStyle w:val="ListParagraph"/>
      </w:pPr>
      <w:r>
        <w:rPr>
          <w:sz w:val="22"/>
        </w:rPr>
        <w:t>D. lọc dung dịch.</w:t>
      </w:r>
    </w:p>
    <w:p/>
    <w:p>
      <w:r>
        <w:rPr>
          <w:b/>
          <w:sz w:val="24"/>
        </w:rPr>
        <w:t>Câu 15: Dung dịch có nồng độ mol càng lớn thì</w:t>
      </w:r>
    </w:p>
    <w:p>
      <w:pPr>
        <w:pStyle w:val="ListParagraph"/>
      </w:pPr>
      <w:r>
        <w:rPr>
          <w:sz w:val="22"/>
        </w:rPr>
        <w:t>A. số mol chất tan trong 1 lít dung dịch càng nhiều.</w:t>
      </w:r>
    </w:p>
    <w:p>
      <w:pPr>
        <w:pStyle w:val="ListParagraph"/>
      </w:pPr>
      <w:r>
        <w:rPr>
          <w:sz w:val="22"/>
        </w:rPr>
        <w:t>B. dung dịch càng loãng.</w:t>
      </w:r>
    </w:p>
    <w:p>
      <w:pPr>
        <w:pStyle w:val="ListParagraph"/>
      </w:pPr>
      <w:r>
        <w:rPr>
          <w:sz w:val="22"/>
        </w:rPr>
        <w:t>C. thể tích càng nhỏ.</w:t>
      </w:r>
    </w:p>
    <w:p>
      <w:pPr>
        <w:pStyle w:val="ListParagraph"/>
      </w:pPr>
      <w:r>
        <w:rPr>
          <w:sz w:val="22"/>
        </w:rPr>
        <w:t>D. khối lượng càng nhỏ.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B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D</w:t>
      </w:r>
    </w:p>
    <w:p>
      <w:r>
        <w:rPr>
          <w:b/>
        </w:rPr>
        <w:t>Câu 10: Đáp án đúng: B</w:t>
      </w:r>
    </w:p>
    <w:p>
      <w:r>
        <w:rPr>
          <w:b/>
        </w:rPr>
        <w:t>Câu 11: Đáp án đúng: C</w:t>
      </w:r>
    </w:p>
    <w:p>
      <w:r>
        <w:rPr>
          <w:b/>
        </w:rPr>
        <w:t>Câu 12: Đáp án đúng: B</w:t>
      </w:r>
    </w:p>
    <w:p>
      <w:r>
        <w:rPr>
          <w:b/>
        </w:rPr>
        <w:t>Câu 13: Đáp án đúng: D</w:t>
      </w:r>
    </w:p>
    <w:p>
      <w:r>
        <w:rPr>
          <w:b/>
        </w:rPr>
        <w:t>Câu 14: Đáp án đúng: C</w:t>
      </w:r>
    </w:p>
    <w:p>
      <w:r>
        <w:rPr>
          <w:b/>
        </w:rPr>
        <w:t>Câu 15: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