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Toán Lớp 9 Căn bậc hai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Căn bậc hai số học của 81 là:</w:t>
      </w:r>
    </w:p>
    <w:p>
      <w:pPr>
        <w:pStyle w:val="ListParagraph"/>
      </w:pPr>
      <w:r>
        <w:rPr>
          <w:sz w:val="22"/>
        </w:rPr>
        <w:t>A. -9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9 và -9</w:t>
      </w:r>
    </w:p>
    <w:p>
      <w:pPr>
        <w:pStyle w:val="ListParagraph"/>
      </w:pPr>
      <w:r>
        <w:rPr>
          <w:sz w:val="22"/>
        </w:rPr>
        <w:t>D. 81</w:t>
      </w:r>
    </w:p>
    <w:p/>
    <w:p>
      <w:r>
        <w:rPr>
          <w:b/>
          <w:sz w:val="24"/>
        </w:rPr>
        <w:t>Câu 2: Điều kiện xác định của căn thức $\sqrt{2x-6}$ là:</w:t>
      </w:r>
    </w:p>
    <w:p>
      <w:pPr>
        <w:pStyle w:val="ListParagraph"/>
      </w:pPr>
      <w:r>
        <w:rPr>
          <w:sz w:val="22"/>
        </w:rPr>
        <w:t>A. x ≥ 3</w:t>
      </w:r>
    </w:p>
    <w:p>
      <w:pPr>
        <w:pStyle w:val="ListParagraph"/>
      </w:pPr>
      <w:r>
        <w:rPr>
          <w:sz w:val="22"/>
        </w:rPr>
        <w:t>B. x &gt; 3</w:t>
      </w:r>
    </w:p>
    <w:p>
      <w:pPr>
        <w:pStyle w:val="ListParagraph"/>
      </w:pPr>
      <w:r>
        <w:rPr>
          <w:sz w:val="22"/>
        </w:rPr>
        <w:t>C. x ≤ 3</w:t>
      </w:r>
    </w:p>
    <w:p>
      <w:pPr>
        <w:pStyle w:val="ListParagraph"/>
      </w:pPr>
      <w:r>
        <w:rPr>
          <w:sz w:val="22"/>
        </w:rPr>
        <w:t>D. x &lt; 3</w:t>
      </w:r>
    </w:p>
    <w:p/>
    <w:p>
      <w:r>
        <w:rPr>
          <w:b/>
          <w:sz w:val="24"/>
        </w:rPr>
        <w:t>Câu 3: Rút gọn biểu thức $\sqrt{(3-\sqrt{5})^2}$</w:t>
      </w:r>
    </w:p>
    <w:p>
      <w:pPr>
        <w:pStyle w:val="ListParagraph"/>
      </w:pPr>
      <w:r>
        <w:rPr>
          <w:sz w:val="22"/>
        </w:rPr>
        <w:t>A. $3-\sqrt{5}$</w:t>
      </w:r>
    </w:p>
    <w:p>
      <w:pPr>
        <w:pStyle w:val="ListParagraph"/>
      </w:pPr>
      <w:r>
        <w:rPr>
          <w:sz w:val="22"/>
        </w:rPr>
        <w:t>B. $\sqrt{5}-3$</w:t>
      </w:r>
    </w:p>
    <w:p>
      <w:pPr>
        <w:pStyle w:val="ListParagraph"/>
      </w:pPr>
      <w:r>
        <w:rPr>
          <w:sz w:val="22"/>
        </w:rPr>
        <w:t>C. $3+\sqrt{5}$</w:t>
      </w:r>
    </w:p>
    <w:p>
      <w:pPr>
        <w:pStyle w:val="ListParagraph"/>
      </w:pPr>
      <w:r>
        <w:rPr>
          <w:sz w:val="22"/>
        </w:rPr>
        <w:t>D. $6-2\sqrt{5}$</w:t>
      </w:r>
    </w:p>
    <w:p/>
    <w:p>
      <w:r>
        <w:rPr>
          <w:b/>
          <w:sz w:val="24"/>
        </w:rPr>
        <w:t>Câu 4: Tính $\sqrt{12}-\sqrt{27}+\sqrt{75}$.</w:t>
      </w:r>
    </w:p>
    <w:p>
      <w:pPr>
        <w:pStyle w:val="ListParagraph"/>
      </w:pPr>
      <w:r>
        <w:rPr>
          <w:sz w:val="22"/>
        </w:rPr>
        <w:t>A. $2\sqrt{3}$</w:t>
      </w:r>
    </w:p>
    <w:p>
      <w:pPr>
        <w:pStyle w:val="ListParagraph"/>
      </w:pPr>
      <w:r>
        <w:rPr>
          <w:sz w:val="22"/>
        </w:rPr>
        <w:t>B. $3\sqrt{3}$</w:t>
      </w:r>
    </w:p>
    <w:p>
      <w:pPr>
        <w:pStyle w:val="ListParagraph"/>
      </w:pPr>
      <w:r>
        <w:rPr>
          <w:sz w:val="22"/>
        </w:rPr>
        <w:t>C. $4\sqrt{3}$</w:t>
      </w:r>
    </w:p>
    <w:p>
      <w:pPr>
        <w:pStyle w:val="ListParagraph"/>
      </w:pPr>
      <w:r>
        <w:rPr>
          <w:sz w:val="22"/>
        </w:rPr>
        <w:t>D. $6\sqrt{3}$</w:t>
      </w:r>
    </w:p>
    <w:p/>
    <w:p>
      <w:r>
        <w:rPr>
          <w:b/>
          <w:sz w:val="24"/>
        </w:rPr>
        <w:t>Câu 5: Khai phương $\sqrt{0,09}$ được kết quả là:</w:t>
      </w:r>
    </w:p>
    <w:p>
      <w:pPr>
        <w:pStyle w:val="ListParagraph"/>
      </w:pPr>
      <w:r>
        <w:rPr>
          <w:sz w:val="22"/>
        </w:rPr>
        <w:t>A. 0,3</w:t>
      </w:r>
    </w:p>
    <w:p>
      <w:pPr>
        <w:pStyle w:val="ListParagraph"/>
      </w:pPr>
      <w:r>
        <w:rPr>
          <w:sz w:val="22"/>
        </w:rPr>
        <w:t>B. 0,03</w:t>
      </w:r>
    </w:p>
    <w:p>
      <w:pPr>
        <w:pStyle w:val="ListParagraph"/>
      </w:pPr>
      <w:r>
        <w:rPr>
          <w:sz w:val="22"/>
        </w:rPr>
        <w:t>C. 0,9</w:t>
      </w:r>
    </w:p>
    <w:p>
      <w:pPr>
        <w:pStyle w:val="ListParagraph"/>
      </w:pPr>
      <w:r>
        <w:rPr>
          <w:sz w:val="22"/>
        </w:rPr>
        <w:t>D. -0,3</w:t>
      </w:r>
    </w:p>
    <w:p/>
    <w:p>
      <w:r>
        <w:rPr>
          <w:b/>
          <w:sz w:val="24"/>
        </w:rPr>
        <w:t>Câu 6: Trục căn thức ở mẫu của $\frac{5}{\sqrt{7}-\sqrt{2}}$ ta được:</w:t>
      </w:r>
    </w:p>
    <w:p>
      <w:pPr>
        <w:pStyle w:val="ListParagraph"/>
      </w:pPr>
      <w:r>
        <w:rPr>
          <w:sz w:val="22"/>
        </w:rPr>
        <w:t>A. $\sqrt{7}-\sqrt{2}$</w:t>
      </w:r>
    </w:p>
    <w:p>
      <w:pPr>
        <w:pStyle w:val="ListParagraph"/>
      </w:pPr>
      <w:r>
        <w:rPr>
          <w:sz w:val="22"/>
        </w:rPr>
        <w:t>B. $\sqrt{7}+\sqrt{2}$</w:t>
      </w:r>
    </w:p>
    <w:p>
      <w:pPr>
        <w:pStyle w:val="ListParagraph"/>
      </w:pPr>
      <w:r>
        <w:rPr>
          <w:sz w:val="22"/>
        </w:rPr>
        <w:t>C. $\frac{\sqrt{7}+\sqrt{2}}{5}$</w:t>
      </w:r>
    </w:p>
    <w:p>
      <w:pPr>
        <w:pStyle w:val="ListParagraph"/>
      </w:pPr>
      <w:r>
        <w:rPr>
          <w:sz w:val="22"/>
        </w:rPr>
        <w:t>D. $5(\sqrt{7}+\sqrt{2})$</w:t>
      </w:r>
    </w:p>
    <w:p/>
    <w:p>
      <w:r>
        <w:rPr>
          <w:b/>
          <w:sz w:val="24"/>
        </w:rPr>
        <w:t>Câu 7: So sánh $2\sqrt{3}$ và $3\sqrt{2}$, ta có:</w:t>
      </w:r>
    </w:p>
    <w:p>
      <w:pPr>
        <w:pStyle w:val="ListParagraph"/>
      </w:pPr>
      <w:r>
        <w:rPr>
          <w:sz w:val="22"/>
        </w:rPr>
        <w:t>A. $2\sqrt{3} &gt; 3\sqrt{2}$</w:t>
      </w:r>
    </w:p>
    <w:p>
      <w:pPr>
        <w:pStyle w:val="ListParagraph"/>
      </w:pPr>
      <w:r>
        <w:rPr>
          <w:sz w:val="22"/>
        </w:rPr>
        <w:t>B. $2\sqrt{3} &lt; 3\sqrt{2}$</w:t>
      </w:r>
    </w:p>
    <w:p>
      <w:pPr>
        <w:pStyle w:val="ListParagraph"/>
      </w:pPr>
      <w:r>
        <w:rPr>
          <w:sz w:val="22"/>
        </w:rPr>
        <w:t>C. $2\sqrt{3} = 3\sqrt{2}$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8: Giá trị của biểu thức $\sqrt{25}+\sqrt{9}-\sqrt{4}$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9: Tìm x biết $\sqrt{x-1}=4$.</w:t>
      </w:r>
    </w:p>
    <w:p>
      <w:pPr>
        <w:pStyle w:val="ListParagraph"/>
      </w:pPr>
      <w:r>
        <w:rPr>
          <w:sz w:val="22"/>
        </w:rPr>
        <w:t>A. x = 15</w:t>
      </w:r>
    </w:p>
    <w:p>
      <w:pPr>
        <w:pStyle w:val="ListParagraph"/>
      </w:pPr>
      <w:r>
        <w:rPr>
          <w:sz w:val="22"/>
        </w:rPr>
        <w:t>B. x = 16</w:t>
      </w:r>
    </w:p>
    <w:p>
      <w:pPr>
        <w:pStyle w:val="ListParagraph"/>
      </w:pPr>
      <w:r>
        <w:rPr>
          <w:sz w:val="22"/>
        </w:rPr>
        <w:t>C. x = 17</w:t>
      </w:r>
    </w:p>
    <w:p>
      <w:pPr>
        <w:pStyle w:val="ListParagraph"/>
      </w:pPr>
      <w:r>
        <w:rPr>
          <w:sz w:val="22"/>
        </w:rPr>
        <w:t>D. x = 18</w:t>
      </w:r>
    </w:p>
    <w:p/>
    <w:p>
      <w:r>
        <w:rPr>
          <w:b/>
          <w:sz w:val="24"/>
        </w:rPr>
        <w:t>Câu 10: Biểu thức $A=\sqrt{x^2-6x+9}$ bằng:</w:t>
      </w:r>
    </w:p>
    <w:p>
      <w:pPr>
        <w:pStyle w:val="ListParagraph"/>
      </w:pPr>
      <w:r>
        <w:rPr>
          <w:sz w:val="22"/>
        </w:rPr>
        <w:t>A. $x-3$</w:t>
      </w:r>
    </w:p>
    <w:p>
      <w:pPr>
        <w:pStyle w:val="ListParagraph"/>
      </w:pPr>
      <w:r>
        <w:rPr>
          <w:sz w:val="22"/>
        </w:rPr>
        <w:t>B. $3-x$</w:t>
      </w:r>
    </w:p>
    <w:p>
      <w:pPr>
        <w:pStyle w:val="ListParagraph"/>
      </w:pPr>
      <w:r>
        <w:rPr>
          <w:sz w:val="22"/>
        </w:rPr>
        <w:t>C. $|x-3|$</w:t>
      </w:r>
    </w:p>
    <w:p>
      <w:pPr>
        <w:pStyle w:val="ListParagraph"/>
      </w:pPr>
      <w:r>
        <w:rPr>
          <w:sz w:val="22"/>
        </w:rPr>
        <w:t>D. $x^2-3$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