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Kiểm tra ngữ văn deadline 7h ngày 27/10/2026</w:t>
      </w:r>
    </w:p>
    <w:p>
      <w:pPr>
        <w:jc w:val="center"/>
      </w:pPr>
      <w:r>
        <w:rPr>
          <w:sz w:val="22"/>
        </w:rPr>
        <w:t>Số câu: 30    Thời gian: _____ phút    Họ và tên: _________________________</w:t>
      </w:r>
    </w:p>
    <w:p/>
    <w:p>
      <w:r>
        <w:rPr>
          <w:b/>
          <w:sz w:val="24"/>
        </w:rPr>
        <w:t>Câu 1: Theo tài liệu, Lí luận văn học đóng vai trò cốt lõi nào trong bài viết Nghị luận văn học?</w:t>
      </w:r>
    </w:p>
    <w:p>
      <w:pPr>
        <w:pStyle w:val="ListParagraph"/>
      </w:pPr>
      <w:r>
        <w:rPr>
          <w:sz w:val="22"/>
        </w:rPr>
        <w:t>A. Giúp bài viết đạt điểm hình thức trình bày sạch đẹp.</w:t>
      </w:r>
    </w:p>
    <w:p>
      <w:pPr>
        <w:pStyle w:val="ListParagraph"/>
      </w:pPr>
      <w:r>
        <w:rPr>
          <w:sz w:val="22"/>
        </w:rPr>
        <w:t>B. Giúp bài viết đạt chiều sâu tư tưởng, thể hiện tư duy khái quát và năng lực cảm thụ văn học vượt trội.</w:t>
      </w:r>
    </w:p>
    <w:p>
      <w:pPr>
        <w:pStyle w:val="ListParagraph"/>
      </w:pPr>
      <w:r>
        <w:rPr>
          <w:sz w:val="22"/>
        </w:rPr>
        <w:t>C. Giúp tăng số lượng từ ngữ và độ dài cho bài văn.</w:t>
      </w:r>
    </w:p>
    <w:p>
      <w:pPr>
        <w:pStyle w:val="ListParagraph"/>
      </w:pPr>
      <w:r>
        <w:rPr>
          <w:sz w:val="22"/>
        </w:rPr>
        <w:t>D. Giúp người viết dễ dàng tóm tắt cốt truyện tác phẩm.</w:t>
      </w:r>
    </w:p>
    <w:p/>
    <w:p>
      <w:r>
        <w:rPr>
          <w:b/>
          <w:sz w:val="24"/>
        </w:rPr>
        <w:t>Câu 2: Có bao nhiêu chủ đề lí luận văn học trọng tâm được hệ thống trong Phần I của tài liệu?</w:t>
      </w:r>
    </w:p>
    <w:p>
      <w:pPr>
        <w:pStyle w:val="ListParagraph"/>
      </w:pPr>
      <w:r>
        <w:rPr>
          <w:sz w:val="22"/>
        </w:rPr>
        <w:t>A. 5 chủ đề</w:t>
      </w:r>
    </w:p>
    <w:p>
      <w:pPr>
        <w:pStyle w:val="ListParagraph"/>
      </w:pPr>
      <w:r>
        <w:rPr>
          <w:sz w:val="22"/>
        </w:rPr>
        <w:t>B. 6 chủ đề</w:t>
      </w:r>
    </w:p>
    <w:p>
      <w:pPr>
        <w:pStyle w:val="ListParagraph"/>
      </w:pPr>
      <w:r>
        <w:rPr>
          <w:sz w:val="22"/>
        </w:rPr>
        <w:t>C. 7 chủ đề</w:t>
      </w:r>
    </w:p>
    <w:p>
      <w:pPr>
        <w:pStyle w:val="ListParagraph"/>
      </w:pPr>
      <w:r>
        <w:rPr>
          <w:sz w:val="22"/>
        </w:rPr>
        <w:t>D. 8 chủ đề</w:t>
      </w:r>
    </w:p>
    <w:p/>
    <w:p>
      <w:r>
        <w:rPr>
          <w:b/>
          <w:sz w:val="24"/>
        </w:rPr>
        <w:t>Câu 3: Chủ đề nào sau đây không nằm trong 7 chủ đề lí luận văn học trọng tâm của tài liệu?</w:t>
      </w:r>
    </w:p>
    <w:p>
      <w:pPr>
        <w:pStyle w:val="ListParagraph"/>
      </w:pPr>
      <w:r>
        <w:rPr>
          <w:sz w:val="22"/>
        </w:rPr>
        <w:t>A. Các đặc trưng của văn học</w:t>
      </w:r>
    </w:p>
    <w:p>
      <w:pPr>
        <w:pStyle w:val="ListParagraph"/>
      </w:pPr>
      <w:r>
        <w:rPr>
          <w:sz w:val="22"/>
        </w:rPr>
        <w:t>B. Các chức năng của văn học</w:t>
      </w:r>
    </w:p>
    <w:p>
      <w:pPr>
        <w:pStyle w:val="ListParagraph"/>
      </w:pPr>
      <w:r>
        <w:rPr>
          <w:sz w:val="22"/>
        </w:rPr>
        <w:t>C. Lịch sử phát triển của văn học cận đại</w:t>
      </w:r>
    </w:p>
    <w:p>
      <w:pPr>
        <w:pStyle w:val="ListParagraph"/>
      </w:pPr>
      <w:r>
        <w:rPr>
          <w:sz w:val="22"/>
        </w:rPr>
        <w:t>D. Tiếp nhận văn học</w:t>
      </w:r>
    </w:p>
    <w:p/>
    <w:p>
      <w:r>
        <w:rPr>
          <w:b/>
          <w:sz w:val="24"/>
        </w:rPr>
        <w:t>Câu 4: Nhận định "Thơ là tiếng nói đầu tiên của tâm hồn" là của ai?</w:t>
      </w:r>
    </w:p>
    <w:p>
      <w:pPr>
        <w:pStyle w:val="ListParagraph"/>
      </w:pPr>
      <w:r>
        <w:rPr>
          <w:sz w:val="22"/>
        </w:rPr>
        <w:t>A. Tố Hữu</w:t>
      </w:r>
    </w:p>
    <w:p>
      <w:pPr>
        <w:pStyle w:val="ListParagraph"/>
      </w:pPr>
      <w:r>
        <w:rPr>
          <w:sz w:val="22"/>
        </w:rPr>
        <w:t>B. Sóng Hồng</w:t>
      </w:r>
    </w:p>
    <w:p>
      <w:pPr>
        <w:pStyle w:val="ListParagraph"/>
      </w:pPr>
      <w:r>
        <w:rPr>
          <w:sz w:val="22"/>
        </w:rPr>
        <w:t>C. Nguyễn Đình Thi</w:t>
      </w:r>
    </w:p>
    <w:p>
      <w:pPr>
        <w:pStyle w:val="ListParagraph"/>
      </w:pPr>
      <w:r>
        <w:rPr>
          <w:sz w:val="22"/>
        </w:rPr>
        <w:t>D. Diệp Tiếp</w:t>
      </w:r>
    </w:p>
    <w:p/>
    <w:p>
      <w:r>
        <w:rPr>
          <w:b/>
          <w:sz w:val="24"/>
        </w:rPr>
        <w:t>Câu 5: Tác giả của câu nhận định "Thơ là tấm gương của tâm hồn" là ai?</w:t>
      </w:r>
    </w:p>
    <w:p>
      <w:pPr>
        <w:pStyle w:val="ListParagraph"/>
      </w:pPr>
      <w:r>
        <w:rPr>
          <w:sz w:val="22"/>
        </w:rPr>
        <w:t>A. Tố Hữu</w:t>
      </w:r>
    </w:p>
    <w:p>
      <w:pPr>
        <w:pStyle w:val="ListParagraph"/>
      </w:pPr>
      <w:r>
        <w:rPr>
          <w:sz w:val="22"/>
        </w:rPr>
        <w:t>B. Nguyễn Đình Thi</w:t>
      </w:r>
    </w:p>
    <w:p>
      <w:pPr>
        <w:pStyle w:val="ListParagraph"/>
      </w:pPr>
      <w:r>
        <w:rPr>
          <w:sz w:val="22"/>
        </w:rPr>
        <w:t>C. M. Gorki</w:t>
      </w:r>
    </w:p>
    <w:p>
      <w:pPr>
        <w:pStyle w:val="ListParagraph"/>
      </w:pPr>
      <w:r>
        <w:rPr>
          <w:sz w:val="22"/>
        </w:rPr>
        <w:t>D. Sóng Hồng</w:t>
      </w:r>
    </w:p>
    <w:p/>
    <w:p>
      <w:r>
        <w:rPr>
          <w:b/>
          <w:sz w:val="24"/>
        </w:rPr>
        <w:t>Câu 6: Nhận định "Thơ là nhạc, là hoạ, là chạm khắc theo một cách riêng" thuộc về nhà thơ/lý luận nào?</w:t>
      </w:r>
    </w:p>
    <w:p>
      <w:pPr>
        <w:pStyle w:val="ListParagraph"/>
      </w:pPr>
      <w:r>
        <w:rPr>
          <w:sz w:val="22"/>
        </w:rPr>
        <w:t>A. Nguyễn Đình Thi</w:t>
      </w:r>
    </w:p>
    <w:p>
      <w:pPr>
        <w:pStyle w:val="ListParagraph"/>
      </w:pPr>
      <w:r>
        <w:rPr>
          <w:sz w:val="22"/>
        </w:rPr>
        <w:t>B. Sóng Hồng</w:t>
      </w:r>
    </w:p>
    <w:p>
      <w:pPr>
        <w:pStyle w:val="ListParagraph"/>
      </w:pPr>
      <w:r>
        <w:rPr>
          <w:sz w:val="22"/>
        </w:rPr>
        <w:t>C. Diệp Tiếp</w:t>
      </w:r>
    </w:p>
    <w:p>
      <w:pPr>
        <w:pStyle w:val="ListParagraph"/>
      </w:pPr>
      <w:r>
        <w:rPr>
          <w:sz w:val="22"/>
        </w:rPr>
        <w:t>D. Maia Cốp-xki</w:t>
      </w:r>
    </w:p>
    <w:p/>
    <w:p>
      <w:r>
        <w:rPr>
          <w:b/>
          <w:sz w:val="24"/>
        </w:rPr>
        <w:t>Câu 7: Ai là tác giả của câu nói nổi tiếng: "Làm thơ là cân một phần nghìn miligam quặng chữ"?</w:t>
      </w:r>
    </w:p>
    <w:p>
      <w:pPr>
        <w:pStyle w:val="ListParagraph"/>
      </w:pPr>
      <w:r>
        <w:rPr>
          <w:sz w:val="22"/>
        </w:rPr>
        <w:t>A. Tô Hoài</w:t>
      </w:r>
    </w:p>
    <w:p>
      <w:pPr>
        <w:pStyle w:val="ListParagraph"/>
      </w:pPr>
      <w:r>
        <w:rPr>
          <w:sz w:val="22"/>
        </w:rPr>
        <w:t>B. K. Paustovsky</w:t>
      </w:r>
    </w:p>
    <w:p>
      <w:pPr>
        <w:pStyle w:val="ListParagraph"/>
      </w:pPr>
      <w:r>
        <w:rPr>
          <w:sz w:val="22"/>
        </w:rPr>
        <w:t>C. Maia Cốp-xki</w:t>
      </w:r>
    </w:p>
    <w:p>
      <w:pPr>
        <w:pStyle w:val="ListParagraph"/>
      </w:pPr>
      <w:r>
        <w:rPr>
          <w:sz w:val="22"/>
        </w:rPr>
        <w:t>D. Nguyễn Đình Thi</w:t>
      </w:r>
    </w:p>
    <w:p/>
    <w:p>
      <w:r>
        <w:rPr>
          <w:b/>
          <w:sz w:val="24"/>
        </w:rPr>
        <w:t>Câu 8: Nhận định "Mỗi chữ phải là một hạt ngọc buông xuống trang bản thảo" là quan điểm nghệ thuật của ai?</w:t>
      </w:r>
    </w:p>
    <w:p>
      <w:pPr>
        <w:pStyle w:val="ListParagraph"/>
      </w:pPr>
      <w:r>
        <w:rPr>
          <w:sz w:val="22"/>
        </w:rPr>
        <w:t>A. Nguyễn Đình Thi</w:t>
      </w:r>
    </w:p>
    <w:p>
      <w:pPr>
        <w:pStyle w:val="ListParagraph"/>
      </w:pPr>
      <w:r>
        <w:rPr>
          <w:sz w:val="22"/>
        </w:rPr>
        <w:t>B. Tô Hoài</w:t>
      </w:r>
    </w:p>
    <w:p>
      <w:pPr>
        <w:pStyle w:val="ListParagraph"/>
      </w:pPr>
      <w:r>
        <w:rPr>
          <w:sz w:val="22"/>
        </w:rPr>
        <w:t>C. M. Gorki</w:t>
      </w:r>
    </w:p>
    <w:p>
      <w:pPr>
        <w:pStyle w:val="ListParagraph"/>
      </w:pPr>
      <w:r>
        <w:rPr>
          <w:sz w:val="22"/>
        </w:rPr>
        <w:t>D. Tố Hữu</w:t>
      </w:r>
    </w:p>
    <w:p/>
    <w:p>
      <w:r>
        <w:rPr>
          <w:b/>
          <w:sz w:val="24"/>
        </w:rPr>
        <w:t>Câu 9: Nhận định nào sau đây bàn về bản chất của nhà văn và mối quan hệ với đời sống: "Văn học và đời sống là hai vòng tròn đồng tâm mà tâm điểm là con người"?</w:t>
      </w:r>
    </w:p>
    <w:p>
      <w:pPr>
        <w:pStyle w:val="ListParagraph"/>
      </w:pPr>
      <w:r>
        <w:rPr>
          <w:sz w:val="22"/>
        </w:rPr>
        <w:t>A. M. Gorki</w:t>
      </w:r>
    </w:p>
    <w:p>
      <w:pPr>
        <w:pStyle w:val="ListParagraph"/>
      </w:pPr>
      <w:r>
        <w:rPr>
          <w:sz w:val="22"/>
        </w:rPr>
        <w:t>B. Tố Hữu</w:t>
      </w:r>
    </w:p>
    <w:p>
      <w:pPr>
        <w:pStyle w:val="ListParagraph"/>
      </w:pPr>
      <w:r>
        <w:rPr>
          <w:sz w:val="22"/>
        </w:rPr>
        <w:t>C. Nguyễn Minh Châu</w:t>
      </w:r>
    </w:p>
    <w:p>
      <w:pPr>
        <w:pStyle w:val="ListParagraph"/>
      </w:pPr>
      <w:r>
        <w:rPr>
          <w:sz w:val="22"/>
        </w:rPr>
        <w:t>D. Nguyễn Đình Thi</w:t>
      </w:r>
    </w:p>
    <w:p/>
    <w:p>
      <w:r>
        <w:rPr>
          <w:b/>
          <w:sz w:val="24"/>
        </w:rPr>
        <w:t>Câu 10: Theo M. Gorki, đặc điểm của người nghệ sĩ là gì?</w:t>
      </w:r>
    </w:p>
    <w:p>
      <w:pPr>
        <w:pStyle w:val="ListParagraph"/>
      </w:pPr>
      <w:r>
        <w:rPr>
          <w:sz w:val="22"/>
        </w:rPr>
        <w:t>A. "Người nghệ sĩ là người bị khai thác tàn nhẫn và chủ quan của mình."</w:t>
      </w:r>
    </w:p>
    <w:p>
      <w:pPr>
        <w:pStyle w:val="ListParagraph"/>
      </w:pPr>
      <w:r>
        <w:rPr>
          <w:sz w:val="22"/>
        </w:rPr>
        <w:t>B. "Nhà văn là người cho máu."</w:t>
      </w:r>
    </w:p>
    <w:p>
      <w:pPr>
        <w:pStyle w:val="ListParagraph"/>
      </w:pPr>
      <w:r>
        <w:rPr>
          <w:sz w:val="22"/>
        </w:rPr>
        <w:t>C. "Văn học là nhân học."</w:t>
      </w:r>
    </w:p>
    <w:p>
      <w:pPr>
        <w:pStyle w:val="ListParagraph"/>
      </w:pPr>
      <w:r>
        <w:rPr>
          <w:sz w:val="22"/>
        </w:rPr>
        <w:t>D. "Chi tiết nhỏ làm nên nhà văn lớn."</w:t>
      </w:r>
    </w:p>
    <w:p/>
    <w:p>
      <w:r>
        <w:rPr>
          <w:b/>
          <w:sz w:val="24"/>
        </w:rPr>
        <w:t>Câu 11: Trong quy trình 3 bước tìm hướng dẫn dắt Mở bài, Bước 1 yêu cầu điều gì?</w:t>
      </w:r>
    </w:p>
    <w:p>
      <w:pPr>
        <w:pStyle w:val="ListParagraph"/>
      </w:pPr>
      <w:r>
        <w:rPr>
          <w:sz w:val="22"/>
        </w:rPr>
        <w:t>A. Lựa chọn 1 trong 5 hướng dẫn dắt.</w:t>
      </w:r>
    </w:p>
    <w:p>
      <w:pPr>
        <w:pStyle w:val="ListParagraph"/>
      </w:pPr>
      <w:r>
        <w:rPr>
          <w:sz w:val="22"/>
        </w:rPr>
        <w:t>B. Xác định vấn đề trung tâm của nhận định (bắt từ khóa cốt lõi của đề).</w:t>
      </w:r>
    </w:p>
    <w:p>
      <w:pPr>
        <w:pStyle w:val="ListParagraph"/>
      </w:pPr>
      <w:r>
        <w:rPr>
          <w:sz w:val="22"/>
        </w:rPr>
        <w:t>C. Kết nối vấn đề trung tâm với nhóm lí luận tương ứng.</w:t>
      </w:r>
    </w:p>
    <w:p>
      <w:pPr>
        <w:pStyle w:val="ListParagraph"/>
      </w:pPr>
      <w:r>
        <w:rPr>
          <w:sz w:val="22"/>
        </w:rPr>
        <w:t>D. Viết câu chuyển ý mượt mà vào nhận định.</w:t>
      </w:r>
    </w:p>
    <w:p/>
    <w:p>
      <w:r>
        <w:rPr>
          <w:b/>
          <w:sz w:val="24"/>
        </w:rPr>
        <w:t>Câu 12: Tài liệu giới thiệu bao nhiêu kiểu Mở bài Lí luận văn học nâng cao dành cho học sinh giỏi?</w:t>
      </w:r>
    </w:p>
    <w:p>
      <w:pPr>
        <w:pStyle w:val="ListParagraph"/>
      </w:pPr>
      <w:r>
        <w:rPr>
          <w:sz w:val="22"/>
        </w:rPr>
        <w:t>A. 3 kiểu</w:t>
      </w:r>
    </w:p>
    <w:p>
      <w:pPr>
        <w:pStyle w:val="ListParagraph"/>
      </w:pPr>
      <w:r>
        <w:rPr>
          <w:sz w:val="22"/>
        </w:rPr>
        <w:t>B. 4 kiểu</w:t>
      </w:r>
    </w:p>
    <w:p>
      <w:pPr>
        <w:pStyle w:val="ListParagraph"/>
      </w:pPr>
      <w:r>
        <w:rPr>
          <w:sz w:val="22"/>
        </w:rPr>
        <w:t>C. 5 kiểu</w:t>
      </w:r>
    </w:p>
    <w:p>
      <w:pPr>
        <w:pStyle w:val="ListParagraph"/>
      </w:pPr>
      <w:r>
        <w:rPr>
          <w:sz w:val="22"/>
        </w:rPr>
        <w:t>D. 6 kiểu</w:t>
      </w:r>
    </w:p>
    <w:p/>
    <w:p>
      <w:r>
        <w:rPr>
          <w:b/>
          <w:sz w:val="24"/>
        </w:rPr>
        <w:t>Câu 13: Khi đề bài yêu cầu bàn về thơ ca, hình tượng thơ, ngôn ngữ hoặc nhạc điệu, ta nên sử dụng kiểu Mở bài nào?</w:t>
      </w:r>
    </w:p>
    <w:p>
      <w:pPr>
        <w:pStyle w:val="ListParagraph"/>
      </w:pPr>
      <w:r>
        <w:rPr>
          <w:sz w:val="22"/>
        </w:rPr>
        <w:t>A. MB từ Vai trò của Nhà văn</w:t>
      </w:r>
    </w:p>
    <w:p>
      <w:pPr>
        <w:pStyle w:val="ListParagraph"/>
      </w:pPr>
      <w:r>
        <w:rPr>
          <w:sz w:val="22"/>
        </w:rPr>
        <w:t>B. MB từ Mối quan hệ Văn học &amp; Hiện thực</w:t>
      </w:r>
    </w:p>
    <w:p>
      <w:pPr>
        <w:pStyle w:val="ListParagraph"/>
      </w:pPr>
      <w:r>
        <w:rPr>
          <w:sz w:val="22"/>
        </w:rPr>
        <w:t>C. MB từ Đặc trưng Thể loại</w:t>
      </w:r>
    </w:p>
    <w:p>
      <w:pPr>
        <w:pStyle w:val="ListParagraph"/>
      </w:pPr>
      <w:r>
        <w:rPr>
          <w:sz w:val="22"/>
        </w:rPr>
        <w:t>D. MB từ Vấn đề trung tâm của Nhận định</w:t>
      </w:r>
    </w:p>
    <w:p/>
    <w:p>
      <w:r>
        <w:rPr>
          <w:b/>
          <w:sz w:val="24"/>
        </w:rPr>
        <w:t>Câu 14: Kiểu Mở bài nào xuất phát từ thiên chức, vai trò chủ thể sáng tạo, phong cách nghệ thuật của nhà văn?</w:t>
      </w:r>
    </w:p>
    <w:p>
      <w:pPr>
        <w:pStyle w:val="ListParagraph"/>
      </w:pPr>
      <w:r>
        <w:rPr>
          <w:sz w:val="22"/>
        </w:rPr>
        <w:t>A. MB từ Đặc trưng Thể loại</w:t>
      </w:r>
    </w:p>
    <w:p>
      <w:pPr>
        <w:pStyle w:val="ListParagraph"/>
      </w:pPr>
      <w:r>
        <w:rPr>
          <w:sz w:val="22"/>
        </w:rPr>
        <w:t>B. MB từ Vai trò của Nhà văn</w:t>
      </w:r>
    </w:p>
    <w:p>
      <w:pPr>
        <w:pStyle w:val="ListParagraph"/>
      </w:pPr>
      <w:r>
        <w:rPr>
          <w:sz w:val="22"/>
        </w:rPr>
        <w:t>C. MB từ Mối quan hệ Văn học &amp; Hiện thực</w:t>
      </w:r>
    </w:p>
    <w:p>
      <w:pPr>
        <w:pStyle w:val="ListParagraph"/>
      </w:pPr>
      <w:r>
        <w:rPr>
          <w:sz w:val="22"/>
        </w:rPr>
        <w:t>D. MB từ Nhận định Lí luận liên quan</w:t>
      </w:r>
    </w:p>
    <w:p/>
    <w:p>
      <w:r>
        <w:rPr>
          <w:b/>
          <w:sz w:val="24"/>
        </w:rPr>
        <w:t>Câu 15: Kiểu Mở bài nào phù hợp khi muốn tạo màu sắc lí luận sắc sảo, hàn lâm ngay từ câu mở đầu bằng cách nêu một nhận định tương đồng?</w:t>
      </w:r>
    </w:p>
    <w:p>
      <w:pPr>
        <w:pStyle w:val="ListParagraph"/>
      </w:pPr>
      <w:r>
        <w:rPr>
          <w:sz w:val="22"/>
        </w:rPr>
        <w:t>A. MB từ Đặc trưng Thể loại</w:t>
      </w:r>
    </w:p>
    <w:p>
      <w:pPr>
        <w:pStyle w:val="ListParagraph"/>
      </w:pPr>
      <w:r>
        <w:rPr>
          <w:sz w:val="22"/>
        </w:rPr>
        <w:t>B. MB từ Vai trò của Nhà văn</w:t>
      </w:r>
    </w:p>
    <w:p>
      <w:pPr>
        <w:pStyle w:val="ListParagraph"/>
      </w:pPr>
      <w:r>
        <w:rPr>
          <w:sz w:val="22"/>
        </w:rPr>
        <w:t>C. MB từ Nhận định Lí luận liên quan (Dành cho HSG)</w:t>
      </w:r>
    </w:p>
    <w:p>
      <w:pPr>
        <w:pStyle w:val="ListParagraph"/>
      </w:pPr>
      <w:r>
        <w:rPr>
          <w:sz w:val="22"/>
        </w:rPr>
        <w:t>D. MB từ Vấn đề trung tâm của Nhận định</w:t>
      </w:r>
    </w:p>
    <w:p/>
    <w:p>
      <w:r>
        <w:rPr>
          <w:b/>
          <w:sz w:val="24"/>
        </w:rPr>
        <w:t>Câu 16: Bước khởi đầu Thân bài nghị luận thơ/đoạn thơ cần thực hiện điều gì?</w:t>
      </w:r>
    </w:p>
    <w:p>
      <w:pPr>
        <w:pStyle w:val="ListParagraph"/>
      </w:pPr>
      <w:r>
        <w:rPr>
          <w:sz w:val="22"/>
        </w:rPr>
        <w:t>A. Tóm tắt toàn bộ tiểu sử tác giả và hoàn cảnh sáng tác chi tiết.</w:t>
      </w:r>
    </w:p>
    <w:p>
      <w:pPr>
        <w:pStyle w:val="ListParagraph"/>
      </w:pPr>
      <w:r>
        <w:rPr>
          <w:sz w:val="22"/>
        </w:rPr>
        <w:t>B. Nêu 2–3 câu ngắn gọn giới thiệu văn bản và dựng điểm tựa đọc gắn chặt với vấn đề lí luận ("Trục đọc").</w:t>
      </w:r>
    </w:p>
    <w:p>
      <w:pPr>
        <w:pStyle w:val="ListParagraph"/>
      </w:pPr>
      <w:r>
        <w:rPr>
          <w:sz w:val="22"/>
        </w:rPr>
        <w:t>C. Phân tích ngay lập tức các biện pháp tu từ trong khổ thơ đầu.</w:t>
      </w:r>
    </w:p>
    <w:p>
      <w:pPr>
        <w:pStyle w:val="ListParagraph"/>
      </w:pPr>
      <w:r>
        <w:rPr>
          <w:sz w:val="22"/>
        </w:rPr>
        <w:t>D. Đánh giá khái quát giá trị toàn bộ nền văn học dân tộc.</w:t>
      </w:r>
    </w:p>
    <w:p/>
    <w:p>
      <w:r>
        <w:rPr>
          <w:b/>
          <w:sz w:val="24"/>
        </w:rPr>
        <w:t>Câu 17: Trong Luận điểm 1 của phần Thân bài, nội dung nào cần được phân tích bên cạnh ý nghĩa nhan đề và nhân vật trữ tình?</w:t>
      </w:r>
    </w:p>
    <w:p>
      <w:pPr>
        <w:pStyle w:val="ListParagraph"/>
      </w:pPr>
      <w:r>
        <w:rPr>
          <w:sz w:val="22"/>
        </w:rPr>
        <w:t>A. Hoàn cảnh sáng tác cụ thể của tác giả</w:t>
      </w:r>
    </w:p>
    <w:p>
      <w:pPr>
        <w:pStyle w:val="ListParagraph"/>
      </w:pPr>
      <w:r>
        <w:rPr>
          <w:sz w:val="22"/>
        </w:rPr>
        <w:t>B. Mạch cảm xúc (sự chuyển biến cảm xúc dọc theo tác phẩm)</w:t>
      </w:r>
    </w:p>
    <w:p>
      <w:pPr>
        <w:pStyle w:val="ListParagraph"/>
      </w:pPr>
      <w:r>
        <w:rPr>
          <w:sz w:val="22"/>
        </w:rPr>
        <w:t>C. Tiểu sử và các tác phẩm cùng thời của nhà thơ</w:t>
      </w:r>
    </w:p>
    <w:p>
      <w:pPr>
        <w:pStyle w:val="ListParagraph"/>
      </w:pPr>
      <w:r>
        <w:rPr>
          <w:sz w:val="22"/>
        </w:rPr>
        <w:t>D. Sự đón nhận của công chúng qua các thời kỳ lịch sử</w:t>
      </w:r>
    </w:p>
    <w:p/>
    <w:p>
      <w:r>
        <w:rPr>
          <w:b/>
          <w:sz w:val="24"/>
        </w:rPr>
        <w:t>Câu 18: Công thức triển khai từng khổ thơ ở Luận điểm 2 bao gồm các bước nào?</w:t>
      </w:r>
    </w:p>
    <w:p>
      <w:pPr>
        <w:pStyle w:val="ListParagraph"/>
      </w:pPr>
      <w:r>
        <w:rPr>
          <w:sz w:val="22"/>
        </w:rPr>
        <w:t>A. Nêu câu chủ đề luận điểm \(\rightarrow\) Dẫn đoạn thơ trích dẫn \(\rightarrow\) Phân tích sâu 2 hình ảnh thơ tiêu biểu nhất \(\rightarrow\) Đánh giá nâng tầm bằng lí luận văn học.</w:t>
      </w:r>
    </w:p>
    <w:p>
      <w:pPr>
        <w:pStyle w:val="ListParagraph"/>
      </w:pPr>
      <w:r>
        <w:rPr>
          <w:sz w:val="22"/>
        </w:rPr>
        <w:t>B. Đọc thuộc lòng khổ thơ \(\rightarrow\) Dịch nghĩa \(\rightarrow\) Nhận xét chung.</w:t>
      </w:r>
    </w:p>
    <w:p>
      <w:pPr>
        <w:pStyle w:val="ListParagraph"/>
      </w:pPr>
      <w:r>
        <w:rPr>
          <w:sz w:val="22"/>
        </w:rPr>
        <w:t>C. Nêu tên tác giả \(\rightarrow\) Kể tên các tác phẩm tiêu biểu \(\rightarrow\) Kết luận.</w:t>
      </w:r>
    </w:p>
    <w:p>
      <w:pPr>
        <w:pStyle w:val="ListParagraph"/>
      </w:pPr>
      <w:r>
        <w:rPr>
          <w:sz w:val="22"/>
        </w:rPr>
        <w:t>D. Phân tích toàn bộ bài thơ cùng một lúc mà không chia khổ.</w:t>
      </w:r>
    </w:p>
    <w:p/>
    <w:p>
      <w:r>
        <w:rPr>
          <w:b/>
          <w:sz w:val="24"/>
        </w:rPr>
        <w:t>Câu 19: Luận điểm Nghệ thuật trong phần Thân bài yêu cầu khai phá bao nhiêu yếu tố nghệ thuật độc đáo?</w:t>
      </w:r>
    </w:p>
    <w:p>
      <w:pPr>
        <w:pStyle w:val="ListParagraph"/>
      </w:pPr>
      <w:r>
        <w:rPr>
          <w:sz w:val="22"/>
        </w:rPr>
        <w:t>A. 3 yếu tố</w:t>
      </w:r>
    </w:p>
    <w:p>
      <w:pPr>
        <w:pStyle w:val="ListParagraph"/>
      </w:pPr>
      <w:r>
        <w:rPr>
          <w:sz w:val="22"/>
        </w:rPr>
        <w:t>B. 4 yếu tố</w:t>
      </w:r>
    </w:p>
    <w:p>
      <w:pPr>
        <w:pStyle w:val="ListParagraph"/>
      </w:pPr>
      <w:r>
        <w:rPr>
          <w:sz w:val="22"/>
        </w:rPr>
        <w:t>C. 5 yếu tố</w:t>
      </w:r>
    </w:p>
    <w:p>
      <w:pPr>
        <w:pStyle w:val="ListParagraph"/>
      </w:pPr>
      <w:r>
        <w:rPr>
          <w:sz w:val="22"/>
        </w:rPr>
        <w:t>D. 6 yếu tố</w:t>
      </w:r>
    </w:p>
    <w:p/>
    <w:p>
      <w:r>
        <w:rPr>
          <w:b/>
          <w:sz w:val="24"/>
        </w:rPr>
        <w:t>Câu 20: Yếu tố nào sau đây không nằm trong 5 yếu tố nghệ thuật độc đáo cần khai phá ở Thân bài?</w:t>
      </w:r>
    </w:p>
    <w:p>
      <w:pPr>
        <w:pStyle w:val="ListParagraph"/>
      </w:pPr>
      <w:r>
        <w:rPr>
          <w:sz w:val="22"/>
        </w:rPr>
        <w:t>A. Từ ngữ thơ</w:t>
      </w:r>
    </w:p>
    <w:p>
      <w:pPr>
        <w:pStyle w:val="ListParagraph"/>
      </w:pPr>
      <w:r>
        <w:rPr>
          <w:sz w:val="22"/>
        </w:rPr>
        <w:t>B. Hình ảnh thơ</w:t>
      </w:r>
    </w:p>
    <w:p>
      <w:pPr>
        <w:pStyle w:val="ListParagraph"/>
      </w:pPr>
      <w:r>
        <w:rPr>
          <w:sz w:val="22"/>
        </w:rPr>
        <w:t>C. Cốt truyện kịch nói</w:t>
      </w:r>
    </w:p>
    <w:p>
      <w:pPr>
        <w:pStyle w:val="ListParagraph"/>
      </w:pPr>
      <w:r>
        <w:rPr>
          <w:sz w:val="22"/>
        </w:rPr>
        <w:t>D. Nhịp điệu &amp; Thể thơ</w:t>
      </w:r>
    </w:p>
    <w:p/>
    <w:p>
      <w:r>
        <w:rPr>
          <w:b/>
          <w:sz w:val="24"/>
        </w:rPr>
        <w:t>Câu 21: Trong hình ảnh so sánh về nội dung và nghệ thuật thơ được nhắc đến trong tài liệu: Nếu coi nội dung thơ là "cánh diều" thì nghệ thuật thơ chính là gì?</w:t>
      </w:r>
    </w:p>
    <w:p>
      <w:pPr>
        <w:pStyle w:val="ListParagraph"/>
      </w:pPr>
      <w:r>
        <w:rPr>
          <w:sz w:val="22"/>
        </w:rPr>
        <w:t>A. Sợi dây diều</w:t>
      </w:r>
    </w:p>
    <w:p>
      <w:pPr>
        <w:pStyle w:val="ListParagraph"/>
      </w:pPr>
      <w:r>
        <w:rPr>
          <w:sz w:val="22"/>
        </w:rPr>
        <w:t>B. Bầu trời xanh</w:t>
      </w:r>
    </w:p>
    <w:p>
      <w:pPr>
        <w:pStyle w:val="ListParagraph"/>
      </w:pPr>
      <w:r>
        <w:rPr>
          <w:sz w:val="22"/>
        </w:rPr>
        <w:t>C. Những "ngọn gió" nâng cánh diều bay cao, bay xa</w:t>
      </w:r>
    </w:p>
    <w:p>
      <w:pPr>
        <w:pStyle w:val="ListParagraph"/>
      </w:pPr>
      <w:r>
        <w:rPr>
          <w:sz w:val="22"/>
        </w:rPr>
        <w:t>D. Người thả diều</w:t>
      </w:r>
    </w:p>
    <w:p/>
    <w:p>
      <w:r>
        <w:rPr>
          <w:b/>
          <w:sz w:val="24"/>
        </w:rPr>
        <w:t>Câu 22: Theo Phần IV của tài liệu (Bảng tổng hợp công thức từ khóa đề tài), từ khóa nội dung (Cái Hồn) của chủ đề Quê hương gồm những gì?</w:t>
      </w:r>
    </w:p>
    <w:p>
      <w:pPr>
        <w:pStyle w:val="ListParagraph"/>
      </w:pPr>
      <w:r>
        <w:rPr>
          <w:sz w:val="22"/>
        </w:rPr>
        <w:t>A. Hoài niệm, gốc rễ, máu thịt, thiêng liêng, bình dị</w:t>
      </w:r>
    </w:p>
    <w:p>
      <w:pPr>
        <w:pStyle w:val="ListParagraph"/>
      </w:pPr>
      <w:r>
        <w:rPr>
          <w:sz w:val="22"/>
        </w:rPr>
        <w:t>B. Nồng cháy, thủy chung, đổ vỡ, băn khoăn</w:t>
      </w:r>
    </w:p>
    <w:p>
      <w:pPr>
        <w:pStyle w:val="ListParagraph"/>
      </w:pPr>
      <w:r>
        <w:rPr>
          <w:sz w:val="22"/>
        </w:rPr>
        <w:t>C. Xót xa, nhỏ bé, cô đơn, trăn trở</w:t>
      </w:r>
    </w:p>
    <w:p>
      <w:pPr>
        <w:pStyle w:val="ListParagraph"/>
      </w:pPr>
      <w:r>
        <w:rPr>
          <w:sz w:val="22"/>
        </w:rPr>
        <w:t>D. Vĩnh hằng, vô thường, tàn phai, hối hả</w:t>
      </w:r>
    </w:p>
    <w:p/>
    <w:p>
      <w:r>
        <w:rPr>
          <w:b/>
          <w:sz w:val="24"/>
        </w:rPr>
        <w:t>Câu 23: Từ khóa nghệ thuật (Cái Xác) tương ứng với chủ đề Thời gian là gì?</w:t>
      </w:r>
    </w:p>
    <w:p>
      <w:pPr>
        <w:pStyle w:val="ListParagraph"/>
      </w:pPr>
      <w:r>
        <w:rPr>
          <w:sz w:val="22"/>
        </w:rPr>
        <w:t>A. Hình ảnh mộc mạc, từ ngữ dân dã, thể thơ lục bát</w:t>
      </w:r>
    </w:p>
    <w:p>
      <w:pPr>
        <w:pStyle w:val="ListParagraph"/>
      </w:pPr>
      <w:r>
        <w:rPr>
          <w:sz w:val="22"/>
        </w:rPr>
        <w:t>B. Nhạc điệu du dương, ẩn dụ biểu tượng</w:t>
      </w:r>
    </w:p>
    <w:p>
      <w:pPr>
        <w:pStyle w:val="ListParagraph"/>
      </w:pPr>
      <w:r>
        <w:rPr>
          <w:sz w:val="22"/>
        </w:rPr>
        <w:t>C. Đối lập xưa - nay, ẩn dụ thời gian, câu hỏi tu từ</w:t>
      </w:r>
    </w:p>
    <w:p>
      <w:pPr>
        <w:pStyle w:val="ListParagraph"/>
      </w:pPr>
      <w:r>
        <w:rPr>
          <w:sz w:val="22"/>
        </w:rPr>
        <w:t>D. Giọng hào hùng, động từ mạnh, câu thơ hướng ngoại</w:t>
      </w:r>
    </w:p>
    <w:p/>
    <w:p>
      <w:r>
        <w:rPr>
          <w:b/>
          <w:sz w:val="24"/>
        </w:rPr>
        <w:t>Câu 24: Trong chủ đề Mẹ / Gia đình, những từ khóa nội dung (Cái Hồn) đặc trưng là gì?</w:t>
      </w:r>
    </w:p>
    <w:p>
      <w:pPr>
        <w:pStyle w:val="ListParagraph"/>
      </w:pPr>
      <w:r>
        <w:rPr>
          <w:sz w:val="22"/>
        </w:rPr>
        <w:t>A. Khát vọng, cống hiến, dấn thân, bản lĩnh</w:t>
      </w:r>
    </w:p>
    <w:p>
      <w:pPr>
        <w:pStyle w:val="ListParagraph"/>
      </w:pPr>
      <w:r>
        <w:rPr>
          <w:sz w:val="22"/>
        </w:rPr>
        <w:t>B. Tần tảo, đức hy sinh, bao dung, bến đỗ, biết ơn</w:t>
      </w:r>
    </w:p>
    <w:p>
      <w:pPr>
        <w:pStyle w:val="ListParagraph"/>
      </w:pPr>
      <w:r>
        <w:rPr>
          <w:sz w:val="22"/>
        </w:rPr>
        <w:t>C. Sự thức tỉnh, bản chất cái đẹp, mối quan hệ con người - vũ trụ</w:t>
      </w:r>
    </w:p>
    <w:p>
      <w:pPr>
        <w:pStyle w:val="ListParagraph"/>
      </w:pPr>
      <w:r>
        <w:rPr>
          <w:sz w:val="22"/>
        </w:rPr>
        <w:t>D. Xót xa, nhỏ bé, cô đơn, kiên cường</w:t>
      </w:r>
    </w:p>
    <w:p/>
    <w:p>
      <w:r>
        <w:rPr>
          <w:b/>
          <w:sz w:val="24"/>
        </w:rPr>
        <w:t>Câu 25: Sau khi hoàn thành phần phân tích chính, việc thực hiện "Mở rộng &amp; Phản biện lí luận" nhằm mục đích gì?</w:t>
      </w:r>
    </w:p>
    <w:p>
      <w:pPr>
        <w:pStyle w:val="ListParagraph"/>
      </w:pPr>
      <w:r>
        <w:rPr>
          <w:sz w:val="22"/>
        </w:rPr>
        <w:t>A. Chứng minh lí luận văn học là hoàn toàn sai lệch.</w:t>
      </w:r>
    </w:p>
    <w:p>
      <w:pPr>
        <w:pStyle w:val="ListParagraph"/>
      </w:pPr>
      <w:r>
        <w:rPr>
          <w:sz w:val="22"/>
        </w:rPr>
        <w:t>B. Tạo chiều sâu tư duy khi nhận thấy quy luật lí luận có tính phổ quát nhưng vẫn có những trường hợp tác phẩm mang giá trị riêng vượt qua khuôn khổ thông thường.</w:t>
      </w:r>
    </w:p>
    <w:p>
      <w:pPr>
        <w:pStyle w:val="ListParagraph"/>
      </w:pPr>
      <w:r>
        <w:rPr>
          <w:sz w:val="22"/>
        </w:rPr>
        <w:t>C. Làm cho bài văn ngắn gọn hơn.</w:t>
      </w:r>
    </w:p>
    <w:p>
      <w:pPr>
        <w:pStyle w:val="ListParagraph"/>
      </w:pPr>
      <w:r>
        <w:rPr>
          <w:sz w:val="22"/>
        </w:rPr>
        <w:t>D. Thay thế hoàn toàn cho phần kết bài.</w:t>
      </w:r>
    </w:p>
    <w:p/>
    <w:p>
      <w:r>
        <w:rPr>
          <w:b/>
          <w:sz w:val="24"/>
        </w:rPr>
        <w:t>Câu 26: Bài học lao động nghệ thuật dành cho nhà văn/nhà thơ được nêu trong tài liệu là gì?</w:t>
      </w:r>
    </w:p>
    <w:p>
      <w:pPr>
        <w:pStyle w:val="ListParagraph"/>
      </w:pPr>
      <w:r>
        <w:rPr>
          <w:sz w:val="22"/>
        </w:rPr>
        <w:t>A. Cần trung thành với thiên chức, nâng cao trách nhiệm trước cuộc đời, không ngừng tìm tòi, sáng tạo ra "hạt ngọc" ngôn từ riêng.</w:t>
      </w:r>
    </w:p>
    <w:p>
      <w:pPr>
        <w:pStyle w:val="ListParagraph"/>
      </w:pPr>
      <w:r>
        <w:rPr>
          <w:sz w:val="22"/>
        </w:rPr>
        <w:t>B. Chỉ cần viết theo cảm hứng ngẫu nhiên mà không cần trau dồi chữ nghĩa.</w:t>
      </w:r>
    </w:p>
    <w:p>
      <w:pPr>
        <w:pStyle w:val="ListParagraph"/>
      </w:pPr>
      <w:r>
        <w:rPr>
          <w:sz w:val="22"/>
        </w:rPr>
        <w:t>C. Phải sao chép lại phong cách của các nhà văn đi trước.</w:t>
      </w:r>
    </w:p>
    <w:p>
      <w:pPr>
        <w:pStyle w:val="ListParagraph"/>
      </w:pPr>
      <w:r>
        <w:rPr>
          <w:sz w:val="22"/>
        </w:rPr>
        <w:t>D. Tránh xa các vấn đề của hiện thực đời sống.</w:t>
      </w:r>
    </w:p>
    <w:p/>
    <w:p>
      <w:r>
        <w:rPr>
          <w:b/>
          <w:sz w:val="24"/>
        </w:rPr>
        <w:t>Câu 27: Bài học dành cho người đọc (chủ thể tiếp nhận) khi tiếp cận văn học là gì?</w:t>
      </w:r>
    </w:p>
    <w:p>
      <w:pPr>
        <w:pStyle w:val="ListParagraph"/>
      </w:pPr>
      <w:r>
        <w:rPr>
          <w:sz w:val="22"/>
        </w:rPr>
        <w:t>A. Đọc lướt qua nội dung cốt truyện để tiết kiệm thời gian.</w:t>
      </w:r>
    </w:p>
    <w:p>
      <w:pPr>
        <w:pStyle w:val="ListParagraph"/>
      </w:pPr>
      <w:r>
        <w:rPr>
          <w:sz w:val="22"/>
        </w:rPr>
        <w:t>B. Biết vận dụng lí luận văn học để chủ động đọc - hiểu tác phẩm sâu sắc hơn, nuôi dưỡng tâm hồn và hoàn thiện nhân cách cá nhân.</w:t>
      </w:r>
    </w:p>
    <w:p>
      <w:pPr>
        <w:pStyle w:val="ListParagraph"/>
      </w:pPr>
      <w:r>
        <w:rPr>
          <w:sz w:val="22"/>
        </w:rPr>
        <w:t>C. Chỉ tiếp nhận các tác phẩm hiện đại, bỏ qua văn học cổ.</w:t>
      </w:r>
    </w:p>
    <w:p>
      <w:pPr>
        <w:pStyle w:val="ListParagraph"/>
      </w:pPr>
      <w:r>
        <w:rPr>
          <w:sz w:val="22"/>
        </w:rPr>
        <w:t>D. Đánh giá tác phẩm thuần túy theo sở thích cá nhân không cần căn cứ.</w:t>
      </w:r>
    </w:p>
    <w:p/>
    <w:p>
      <w:r>
        <w:rPr>
          <w:b/>
          <w:sz w:val="24"/>
        </w:rPr>
        <w:t>Câu 28: Yêu cầu chung cho phần Kết bài đẳng cấp không bao gồm nội dung nào dưới đây?</w:t>
      </w:r>
    </w:p>
    <w:p>
      <w:pPr>
        <w:pStyle w:val="ListParagraph"/>
      </w:pPr>
      <w:r>
        <w:rPr>
          <w:sz w:val="22"/>
        </w:rPr>
        <w:t>A. Khẳng định lại tính đúng đắn và giá trị của vấn đề lí luận.</w:t>
      </w:r>
    </w:p>
    <w:p>
      <w:pPr>
        <w:pStyle w:val="ListParagraph"/>
      </w:pPr>
      <w:r>
        <w:rPr>
          <w:sz w:val="22"/>
        </w:rPr>
        <w:t>B. Nhấn mạnh giá trị dẫn dắt, định hướng của lí luận văn học trong hành trình sáng tác và tiếp nhận.</w:t>
      </w:r>
    </w:p>
    <w:p>
      <w:pPr>
        <w:pStyle w:val="ListParagraph"/>
      </w:pPr>
      <w:r>
        <w:rPr>
          <w:sz w:val="22"/>
        </w:rPr>
        <w:t>C. Khái quát lại dấu ấn nghệ thuật và cảm xúc đọng lại của tác phẩm.</w:t>
      </w:r>
    </w:p>
    <w:p>
      <w:pPr>
        <w:pStyle w:val="ListParagraph"/>
      </w:pPr>
      <w:r>
        <w:rPr>
          <w:sz w:val="22"/>
        </w:rPr>
        <w:t>D. Tóm tắt lại chi tiết từng luận điểm trong phần Thân bài một cách dài dòng.</w:t>
      </w:r>
    </w:p>
    <w:p/>
    <w:p>
      <w:r>
        <w:rPr>
          <w:b/>
          <w:sz w:val="24"/>
        </w:rPr>
        <w:t>Câu 29: Câu nói: "Thời gian hủy hoại các lâu đài nhưng lại làm giàu khu vườn thảo mộc văn chương" được sử dụng làm điểm tựa cho mẫu văn bản nào trong tài liệu?</w:t>
      </w:r>
    </w:p>
    <w:p>
      <w:pPr>
        <w:pStyle w:val="ListParagraph"/>
      </w:pPr>
      <w:r>
        <w:rPr>
          <w:sz w:val="22"/>
        </w:rPr>
        <w:t>A. Mẫu Mở bài trực tiếp</w:t>
      </w:r>
    </w:p>
    <w:p>
      <w:pPr>
        <w:pStyle w:val="ListParagraph"/>
      </w:pPr>
      <w:r>
        <w:rPr>
          <w:sz w:val="22"/>
        </w:rPr>
        <w:t>B. Mẫu Kết bài Gián tiếp nâng cao (Đạt điểm tối đa)</w:t>
      </w:r>
    </w:p>
    <w:p>
      <w:pPr>
        <w:pStyle w:val="ListParagraph"/>
      </w:pPr>
      <w:r>
        <w:rPr>
          <w:sz w:val="22"/>
        </w:rPr>
        <w:t>C. Mẫu chuyển ý giữa các đoạn Thân bài</w:t>
      </w:r>
    </w:p>
    <w:p>
      <w:pPr>
        <w:pStyle w:val="ListParagraph"/>
      </w:pPr>
      <w:r>
        <w:rPr>
          <w:sz w:val="22"/>
        </w:rPr>
        <w:t>D. Mẫu dựng trục đọc mở đầu Thân bài</w:t>
      </w:r>
    </w:p>
    <w:p/>
    <w:p>
      <w:r>
        <w:rPr>
          <w:b/>
          <w:sz w:val="24"/>
        </w:rPr>
        <w:t>Câu 30: Theo tài liệu, chi tiết nghệ thuật nhỏ có vai trò như thế nào đối với nhà văn?</w:t>
      </w:r>
    </w:p>
    <w:p>
      <w:pPr>
        <w:pStyle w:val="ListParagraph"/>
      </w:pPr>
      <w:r>
        <w:rPr>
          <w:sz w:val="22"/>
        </w:rPr>
        <w:t>A. Làm cho tác phẩm trở nên rườm rà.</w:t>
      </w:r>
    </w:p>
    <w:p>
      <w:pPr>
        <w:pStyle w:val="ListParagraph"/>
      </w:pPr>
      <w:r>
        <w:rPr>
          <w:sz w:val="22"/>
        </w:rPr>
        <w:t>B. "Chi tiết nhỏ làm nên nhà văn lớn" (theo M. Gorki).</w:t>
      </w:r>
    </w:p>
    <w:p>
      <w:pPr>
        <w:pStyle w:val="ListParagraph"/>
      </w:pPr>
      <w:r>
        <w:rPr>
          <w:sz w:val="22"/>
        </w:rPr>
        <w:t>C. Chỉ mang tính chất minh họa phụ trợ không quan trọng.</w:t>
      </w:r>
    </w:p>
    <w:p>
      <w:pPr>
        <w:pStyle w:val="ListParagraph"/>
      </w:pPr>
      <w:r>
        <w:rPr>
          <w:sz w:val="22"/>
        </w:rPr>
        <w:t>D. Giúp tăng dung lượng trang viết.</w:t>
      </w:r>
    </w:p>
    <w:p/>
    <w:p>
      <w:r>
        <w:t>──────────────────────────────────────────────────</w:t>
      </w:r>
    </w:p>
    <w:p>
      <w:r>
        <w:rPr>
          <w:b/>
        </w:rPr>
        <w:t>BẢNG ĐÁP ÁN &amp; LỜI GIẢI CHI TIẾT</w:t>
      </w:r>
    </w:p>
    <w:p>
      <w:r>
        <w:rPr>
          <w:b/>
        </w:rPr>
        <w:t>Câu 1: Đáp án đúng: B</w:t>
      </w:r>
    </w:p>
    <w:p>
      <w:r>
        <w:rPr>
          <w:b/>
        </w:rPr>
        <w:t>Câu 2: Đáp án đúng: C</w:t>
      </w:r>
    </w:p>
    <w:p>
      <w:r>
        <w:rPr>
          <w:b/>
        </w:rPr>
        <w:t>Câu 3: Đáp án đúng: C</w:t>
      </w:r>
    </w:p>
    <w:p>
      <w:r>
        <w:rPr>
          <w:b/>
        </w:rPr>
        <w:t>Câu 4: Đáp án đúng: C</w:t>
      </w:r>
    </w:p>
    <w:p>
      <w:r>
        <w:rPr>
          <w:b/>
        </w:rPr>
        <w:t>Câu 5: Đáp án đúng: A</w:t>
      </w:r>
    </w:p>
    <w:p>
      <w:r>
        <w:rPr>
          <w:b/>
        </w:rPr>
        <w:t>Câu 6: Đáp án đúng: B</w:t>
      </w:r>
    </w:p>
    <w:p>
      <w:r>
        <w:rPr>
          <w:b/>
        </w:rPr>
        <w:t>Câu 7: Đáp án đúng: C</w:t>
      </w:r>
    </w:p>
    <w:p>
      <w:r>
        <w:rPr>
          <w:b/>
        </w:rPr>
        <w:t>Câu 8: Đáp án đúng: B</w:t>
      </w:r>
    </w:p>
    <w:p>
      <w:r>
        <w:rPr>
          <w:b/>
        </w:rPr>
        <w:t>Câu 9: Đáp án đúng: C</w:t>
      </w:r>
    </w:p>
    <w:p>
      <w:r>
        <w:rPr>
          <w:b/>
        </w:rPr>
        <w:t>Câu 10: Đáp án đúng: A</w:t>
      </w:r>
    </w:p>
    <w:p>
      <w:r>
        <w:rPr>
          <w:b/>
        </w:rPr>
        <w:t>Câu 11: Đáp án đúng: B</w:t>
      </w:r>
    </w:p>
    <w:p>
      <w:r>
        <w:rPr>
          <w:b/>
        </w:rPr>
        <w:t>Câu 12: Đáp án đúng: C</w:t>
      </w:r>
    </w:p>
    <w:p>
      <w:r>
        <w:rPr>
          <w:b/>
        </w:rPr>
        <w:t>Câu 13: Đáp án đúng: C</w:t>
      </w:r>
    </w:p>
    <w:p>
      <w:r>
        <w:rPr>
          <w:b/>
        </w:rPr>
        <w:t>Câu 14: Đáp án đúng: B</w:t>
      </w:r>
    </w:p>
    <w:p>
      <w:r>
        <w:rPr>
          <w:b/>
        </w:rPr>
        <w:t>Câu 15: Đáp án đúng: C</w:t>
      </w:r>
    </w:p>
    <w:p>
      <w:r>
        <w:rPr>
          <w:b/>
        </w:rPr>
        <w:t>Câu 16: Đáp án đúng: B</w:t>
      </w:r>
    </w:p>
    <w:p>
      <w:r>
        <w:rPr>
          <w:b/>
        </w:rPr>
        <w:t>Câu 17: Đáp án đúng: B</w:t>
      </w:r>
    </w:p>
    <w:p>
      <w:r>
        <w:rPr>
          <w:b/>
        </w:rPr>
        <w:t>Câu 18: Đáp án đúng: A</w:t>
      </w:r>
    </w:p>
    <w:p>
      <w:r>
        <w:rPr>
          <w:b/>
        </w:rPr>
        <w:t>Câu 19: Đáp án đúng: C</w:t>
      </w:r>
    </w:p>
    <w:p>
      <w:r>
        <w:rPr>
          <w:b/>
        </w:rPr>
        <w:t>Câu 20: Đáp án đúng: C</w:t>
      </w:r>
    </w:p>
    <w:p>
      <w:r>
        <w:rPr>
          <w:b/>
        </w:rPr>
        <w:t>Câu 21: Đáp án đúng: C</w:t>
      </w:r>
    </w:p>
    <w:p>
      <w:r>
        <w:rPr>
          <w:b/>
        </w:rPr>
        <w:t>Câu 22: Đáp án đúng: A</w:t>
      </w:r>
    </w:p>
    <w:p>
      <w:r>
        <w:rPr>
          <w:b/>
        </w:rPr>
        <w:t>Câu 23: Đáp án đúng: C</w:t>
      </w:r>
    </w:p>
    <w:p>
      <w:r>
        <w:rPr>
          <w:b/>
        </w:rPr>
        <w:t>Câu 24: Đáp án đúng: B</w:t>
      </w:r>
    </w:p>
    <w:p>
      <w:r>
        <w:rPr>
          <w:b/>
        </w:rPr>
        <w:t>Câu 25: Đáp án đúng: B</w:t>
      </w:r>
    </w:p>
    <w:p>
      <w:r>
        <w:rPr>
          <w:b/>
        </w:rPr>
        <w:t>Câu 26: Đáp án đúng: A</w:t>
      </w:r>
    </w:p>
    <w:p>
      <w:r>
        <w:rPr>
          <w:b/>
        </w:rPr>
        <w:t>Câu 27: Đáp án đúng: B</w:t>
      </w:r>
    </w:p>
    <w:p>
      <w:r>
        <w:rPr>
          <w:b/>
        </w:rPr>
        <w:t>Câu 28: Đáp án đúng: D</w:t>
      </w:r>
    </w:p>
    <w:p>
      <w:r>
        <w:rPr>
          <w:b/>
        </w:rPr>
        <w:t>Câu 29: Đáp án đúng: B</w:t>
      </w:r>
    </w:p>
    <w:p>
      <w:r>
        <w:rPr>
          <w:b/>
        </w:rPr>
        <w:t>Câu 30: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