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Lịch sử - Đất trồng có những thành phần nào?</w:t>
      </w:r>
    </w:p>
    <w:p>
      <w:pPr>
        <w:jc w:val="center"/>
      </w:pPr>
      <w:r>
        <w:rPr>
          <w:sz w:val="22"/>
        </w:rPr>
        <w:t>Số câu: 32    Thời gian: _____ phút    Họ và tên: _________________________</w:t>
      </w:r>
    </w:p>
    <w:p/>
    <w:p>
      <w:r>
        <w:rPr>
          <w:b/>
          <w:sz w:val="24"/>
        </w:rPr>
        <w:t>Câu 1: Đất trồng có những thành phần nào?</w:t>
      </w:r>
    </w:p>
    <w:p>
      <w:pPr>
        <w:pStyle w:val="ListParagraph"/>
      </w:pPr>
      <w:r>
        <w:rPr>
          <w:sz w:val="22"/>
        </w:rPr>
        <w:t>A. Phần rắn, phần lỏng, phần phân bón.</w:t>
      </w:r>
    </w:p>
    <w:p>
      <w:pPr>
        <w:pStyle w:val="ListParagraph"/>
      </w:pPr>
      <w:r>
        <w:rPr>
          <w:sz w:val="22"/>
        </w:rPr>
        <w:t>B. Phần lỏng, phần khí, phần phân bón.</w:t>
      </w:r>
    </w:p>
    <w:p>
      <w:pPr>
        <w:pStyle w:val="ListParagraph"/>
      </w:pPr>
      <w:r>
        <w:rPr>
          <w:sz w:val="22"/>
        </w:rPr>
        <w:t>C. Phần khí, phần lỏng, phần nước.</w:t>
      </w:r>
    </w:p>
    <w:p>
      <w:pPr>
        <w:pStyle w:val="ListParagraph"/>
      </w:pPr>
      <w:r>
        <w:rPr>
          <w:sz w:val="22"/>
        </w:rPr>
        <w:t>D. Phần rắn, phần lỏng, phần khí.</w:t>
      </w:r>
    </w:p>
    <w:p/>
    <w:p>
      <w:r>
        <w:rPr>
          <w:b/>
          <w:sz w:val="24"/>
        </w:rPr>
        <w:t>Câu 2: Khi sử dụng phương thức trồng trọt có mái che có hạn chế gì so với phương thức canh tác khác?</w:t>
      </w:r>
    </w:p>
    <w:p>
      <w:pPr>
        <w:pStyle w:val="ListParagraph"/>
      </w:pPr>
      <w:r>
        <w:rPr>
          <w:sz w:val="22"/>
        </w:rPr>
        <w:t>A. Năng suất cao.</w:t>
      </w:r>
    </w:p>
    <w:p>
      <w:pPr>
        <w:pStyle w:val="ListParagraph"/>
      </w:pPr>
      <w:r>
        <w:rPr>
          <w:sz w:val="22"/>
        </w:rPr>
        <w:t>B. Ít bị sâu bệnh.</w:t>
      </w:r>
    </w:p>
    <w:p>
      <w:pPr>
        <w:pStyle w:val="ListParagraph"/>
      </w:pPr>
      <w:r>
        <w:rPr>
          <w:sz w:val="22"/>
        </w:rPr>
        <w:t>C. Chi phí đầu tư lớn.</w:t>
      </w:r>
    </w:p>
    <w:p>
      <w:pPr>
        <w:pStyle w:val="ListParagraph"/>
      </w:pPr>
      <w:r>
        <w:rPr>
          <w:sz w:val="22"/>
        </w:rPr>
        <w:t>D. Chủ động trong việc chăm sóc.</w:t>
      </w:r>
    </w:p>
    <w:p/>
    <w:p>
      <w:r>
        <w:rPr>
          <w:b/>
          <w:sz w:val="24"/>
        </w:rPr>
        <w:t>Câu 3: Kĩ sư trồng trọt là những người làm nhiệm vụ nào trong các nhiệm vụ dưới đây?</w:t>
      </w:r>
    </w:p>
    <w:p>
      <w:pPr>
        <w:pStyle w:val="ListParagraph"/>
      </w:pPr>
      <w:r>
        <w:rPr>
          <w:sz w:val="22"/>
        </w:rPr>
        <w:t>A. Làm nhiệm vụ giám sát và quản lý toàn bộ quá trình trồng trọt.</w:t>
      </w:r>
    </w:p>
    <w:p>
      <w:pPr>
        <w:pStyle w:val="ListParagraph"/>
      </w:pPr>
      <w:r>
        <w:rPr>
          <w:sz w:val="22"/>
        </w:rPr>
        <w:t>B. Làm nhiệm vụ nghiên cứu và phòng trừ các tác nhân gây hại để bảo vệ cây trồng.</w:t>
      </w:r>
    </w:p>
    <w:p>
      <w:pPr>
        <w:pStyle w:val="ListParagraph"/>
      </w:pPr>
      <w:r>
        <w:rPr>
          <w:sz w:val="22"/>
        </w:rPr>
        <w:t>C. Làm nhiệm vụ bảo tồn và phát triển các giống cây trồng hiện có.</w:t>
      </w:r>
    </w:p>
    <w:p>
      <w:pPr>
        <w:pStyle w:val="ListParagraph"/>
      </w:pPr>
      <w:r>
        <w:rPr>
          <w:sz w:val="22"/>
        </w:rPr>
        <w:t>D. Làm nhiệm vụ nghiên cứu chọn tạo giống cây trồng mới phục vụ cho các nhu cầu trong nước và xuất khẩu.</w:t>
      </w:r>
    </w:p>
    <w:p/>
    <w:p>
      <w:r>
        <w:rPr>
          <w:b/>
          <w:sz w:val="24"/>
        </w:rPr>
        <w:t>Câu 4: Bộ phận sử dụng của cây ngô là bộ phận nào?</w:t>
      </w:r>
    </w:p>
    <w:p>
      <w:pPr>
        <w:pStyle w:val="ListParagraph"/>
      </w:pPr>
      <w:r>
        <w:rPr>
          <w:sz w:val="22"/>
        </w:rPr>
        <w:t>A. Lá.</w:t>
      </w:r>
    </w:p>
    <w:p>
      <w:pPr>
        <w:pStyle w:val="ListParagraph"/>
      </w:pPr>
      <w:r>
        <w:rPr>
          <w:sz w:val="22"/>
        </w:rPr>
        <w:t>B. Hạt.</w:t>
      </w:r>
    </w:p>
    <w:p>
      <w:pPr>
        <w:pStyle w:val="ListParagraph"/>
      </w:pPr>
      <w:r>
        <w:rPr>
          <w:sz w:val="22"/>
        </w:rPr>
        <w:t>C. Thân.</w:t>
      </w:r>
    </w:p>
    <w:p>
      <w:pPr>
        <w:pStyle w:val="ListParagraph"/>
      </w:pPr>
      <w:r>
        <w:rPr>
          <w:sz w:val="22"/>
        </w:rPr>
        <w:t>D. Rễ.</w:t>
      </w:r>
    </w:p>
    <w:p/>
    <w:p>
      <w:r>
        <w:rPr>
          <w:b/>
          <w:sz w:val="24"/>
        </w:rPr>
        <w:t>Câu 5: Một số phương thức trồng trọt phổ biến ở Việt Nam gồm:</w:t>
      </w:r>
    </w:p>
    <w:p>
      <w:pPr>
        <w:pStyle w:val="ListParagraph"/>
      </w:pPr>
      <w:r>
        <w:rPr>
          <w:sz w:val="22"/>
        </w:rPr>
        <w:t>A. Trồng trọt ngoài tự nhiên, trồng trọt trong nhà có mái che, luân canh.</w:t>
      </w:r>
    </w:p>
    <w:p>
      <w:pPr>
        <w:pStyle w:val="ListParagraph"/>
      </w:pPr>
      <w:r>
        <w:rPr>
          <w:sz w:val="22"/>
        </w:rPr>
        <w:t>B. Trồng trọt ngoài tự nhiên, trồng trọt trong nhà có mái che, độc canh.</w:t>
      </w:r>
    </w:p>
    <w:p>
      <w:pPr>
        <w:pStyle w:val="ListParagraph"/>
      </w:pPr>
      <w:r>
        <w:rPr>
          <w:sz w:val="22"/>
        </w:rPr>
        <w:t>C. Trồng trọt ngoài tự nhiên, trồng trọt trong nhà có mái che, xen canh.</w:t>
      </w:r>
    </w:p>
    <w:p>
      <w:pPr>
        <w:pStyle w:val="ListParagraph"/>
      </w:pPr>
      <w:r>
        <w:rPr>
          <w:sz w:val="22"/>
        </w:rPr>
        <w:t>D. Trồng trọt ngoài tự nhiên, trồng trọt trong nhà có mái che, trồng trọt kết hợp.</w:t>
      </w:r>
    </w:p>
    <w:p/>
    <w:p>
      <w:r>
        <w:rPr>
          <w:b/>
          <w:sz w:val="24"/>
        </w:rPr>
        <w:t>Câu 6: Bón phân lót cho cây trồng nhằm mục đích gì?</w:t>
      </w:r>
    </w:p>
    <w:p>
      <w:pPr>
        <w:pStyle w:val="ListParagraph"/>
      </w:pPr>
      <w:r>
        <w:rPr>
          <w:sz w:val="22"/>
        </w:rPr>
        <w:t>A. Loại bỏ chất độc hại, cỏ dại.</w:t>
      </w:r>
    </w:p>
    <w:p>
      <w:pPr>
        <w:pStyle w:val="ListParagraph"/>
      </w:pPr>
      <w:r>
        <w:rPr>
          <w:sz w:val="22"/>
        </w:rPr>
        <w:t>B. Chống ngập úng và tạo tầng canh tác dày.</w:t>
      </w:r>
    </w:p>
    <w:p>
      <w:pPr>
        <w:pStyle w:val="ListParagraph"/>
      </w:pPr>
      <w:r>
        <w:rPr>
          <w:sz w:val="22"/>
        </w:rPr>
        <w:t>C. Làm đất tơi xốp, thoáng khí.</w:t>
      </w:r>
    </w:p>
    <w:p>
      <w:pPr>
        <w:pStyle w:val="ListParagraph"/>
      </w:pPr>
      <w:r>
        <w:rPr>
          <w:sz w:val="22"/>
        </w:rPr>
        <w:t>D. Chuẩn bị sẵn thức ăn cho cây hấp thụ ngay khi rễ vừa phát triển.</w:t>
      </w:r>
    </w:p>
    <w:p/>
    <w:p>
      <w:r>
        <w:rPr>
          <w:b/>
          <w:sz w:val="24"/>
        </w:rPr>
        <w:t>Câu 7: Khi cày đất làm xáo trộn lớp đất mặt ở độ sâu khoảng bao nhiêu?</w:t>
      </w:r>
    </w:p>
    <w:p>
      <w:pPr>
        <w:pStyle w:val="ListParagraph"/>
      </w:pPr>
      <w:r>
        <w:rPr>
          <w:sz w:val="22"/>
        </w:rPr>
        <w:t>A. Khoảng 5–10 cm.</w:t>
      </w:r>
    </w:p>
    <w:p>
      <w:pPr>
        <w:pStyle w:val="ListParagraph"/>
      </w:pPr>
      <w:r>
        <w:rPr>
          <w:sz w:val="22"/>
        </w:rPr>
        <w:t>B. Khoảng 20–30 cm.</w:t>
      </w:r>
    </w:p>
    <w:p>
      <w:pPr>
        <w:pStyle w:val="ListParagraph"/>
      </w:pPr>
      <w:r>
        <w:rPr>
          <w:sz w:val="22"/>
        </w:rPr>
        <w:t>C. Khoảng 30–40 cm.</w:t>
      </w:r>
    </w:p>
    <w:p>
      <w:pPr>
        <w:pStyle w:val="ListParagraph"/>
      </w:pPr>
      <w:r>
        <w:rPr>
          <w:sz w:val="22"/>
        </w:rPr>
        <w:t>D. Khoảng 40–50 cm.</w:t>
      </w:r>
    </w:p>
    <w:p/>
    <w:p>
      <w:r>
        <w:rPr>
          <w:b/>
          <w:sz w:val="24"/>
        </w:rPr>
        <w:t>Câu 8: Loại phân thường dùng để bón thúc:</w:t>
      </w:r>
    </w:p>
    <w:p>
      <w:pPr>
        <w:pStyle w:val="ListParagraph"/>
      </w:pPr>
      <w:r>
        <w:rPr>
          <w:sz w:val="22"/>
        </w:rPr>
        <w:t>A. Phân xanh.</w:t>
      </w:r>
    </w:p>
    <w:p>
      <w:pPr>
        <w:pStyle w:val="ListParagraph"/>
      </w:pPr>
      <w:r>
        <w:rPr>
          <w:sz w:val="22"/>
        </w:rPr>
        <w:t>B. Phân bắc.</w:t>
      </w:r>
    </w:p>
    <w:p>
      <w:pPr>
        <w:pStyle w:val="ListParagraph"/>
      </w:pPr>
      <w:r>
        <w:rPr>
          <w:sz w:val="22"/>
        </w:rPr>
        <w:t>C. Phân ure.</w:t>
      </w:r>
    </w:p>
    <w:p>
      <w:pPr>
        <w:pStyle w:val="ListParagraph"/>
      </w:pPr>
      <w:r>
        <w:rPr>
          <w:sz w:val="22"/>
        </w:rPr>
        <w:t>D. Phân lân.</w:t>
      </w:r>
    </w:p>
    <w:p/>
    <w:p>
      <w:r>
        <w:rPr>
          <w:b/>
          <w:sz w:val="24"/>
        </w:rPr>
        <w:t>Câu 9: Phương án nào sau đây nói đúng khi nói về bón phân thúc cho cây trồng?</w:t>
      </w:r>
    </w:p>
    <w:p>
      <w:pPr>
        <w:pStyle w:val="ListParagraph"/>
      </w:pPr>
      <w:r>
        <w:rPr>
          <w:sz w:val="22"/>
        </w:rPr>
        <w:t>A. Bón phân vào đất trước khi trồng cây.</w:t>
      </w:r>
    </w:p>
    <w:p>
      <w:pPr>
        <w:pStyle w:val="ListParagraph"/>
      </w:pPr>
      <w:r>
        <w:rPr>
          <w:sz w:val="22"/>
        </w:rPr>
        <w:t>B. Bón phân trước khi làm cỏ dại.</w:t>
      </w:r>
    </w:p>
    <w:p>
      <w:pPr>
        <w:pStyle w:val="ListParagraph"/>
      </w:pPr>
      <w:r>
        <w:rPr>
          <w:sz w:val="22"/>
        </w:rPr>
        <w:t>C. Bón phân sau khi thu hoạch.</w:t>
      </w:r>
    </w:p>
    <w:p>
      <w:pPr>
        <w:pStyle w:val="ListParagraph"/>
      </w:pPr>
      <w:r>
        <w:rPr>
          <w:sz w:val="22"/>
        </w:rPr>
        <w:t>D. Bón phân vào một số giai đoạn sinh trưởng, phát triển của cây trồng.</w:t>
      </w:r>
    </w:p>
    <w:p/>
    <w:p>
      <w:r>
        <w:rPr>
          <w:b/>
          <w:sz w:val="24"/>
        </w:rPr>
        <w:t>Câu 10: Chăm sóc kịp thời, bón phân hợp lí cho cây trồng có tác dụng sau đây?</w:t>
      </w:r>
    </w:p>
    <w:p>
      <w:pPr>
        <w:pStyle w:val="ListParagraph"/>
      </w:pPr>
      <w:r>
        <w:rPr>
          <w:sz w:val="22"/>
        </w:rPr>
        <w:t>A. Tiêu diệt sâu, bệnh hại cây trồng.</w:t>
      </w:r>
    </w:p>
    <w:p>
      <w:pPr>
        <w:pStyle w:val="ListParagraph"/>
      </w:pPr>
      <w:r>
        <w:rPr>
          <w:sz w:val="22"/>
        </w:rPr>
        <w:t>B. Xua đuổi sâu, bệnh hại cây trồng.</w:t>
      </w:r>
    </w:p>
    <w:p>
      <w:pPr>
        <w:pStyle w:val="ListParagraph"/>
      </w:pPr>
      <w:r>
        <w:rPr>
          <w:sz w:val="22"/>
        </w:rPr>
        <w:t>C. Tăng sức chống chịu sâu, bệnh hại của cây trồng.</w:t>
      </w:r>
    </w:p>
    <w:p>
      <w:pPr>
        <w:pStyle w:val="ListParagraph"/>
      </w:pPr>
      <w:r>
        <w:rPr>
          <w:sz w:val="22"/>
        </w:rPr>
        <w:t>D. Tránh thời kì sâu, bệnh hại phát triển mạnh.</w:t>
      </w:r>
    </w:p>
    <w:p/>
    <w:p>
      <w:r>
        <w:rPr>
          <w:b/>
          <w:sz w:val="24"/>
        </w:rPr>
        <w:t>Câu 11: Kĩ thuật làm đất trồng cây gồm những công việc chính nào?</w:t>
      </w:r>
    </w:p>
    <w:p>
      <w:pPr>
        <w:pStyle w:val="ListParagraph"/>
      </w:pPr>
      <w:r>
        <w:rPr>
          <w:sz w:val="22"/>
        </w:rPr>
        <w:t>A. Cày đất, bón phân, lên luống.</w:t>
      </w:r>
    </w:p>
    <w:p>
      <w:pPr>
        <w:pStyle w:val="ListParagraph"/>
      </w:pPr>
      <w:r>
        <w:rPr>
          <w:sz w:val="22"/>
        </w:rPr>
        <w:t>B. Cày đất, bừa/đập đất, lên luống.</w:t>
      </w:r>
    </w:p>
    <w:p>
      <w:pPr>
        <w:pStyle w:val="ListParagraph"/>
      </w:pPr>
      <w:r>
        <w:rPr>
          <w:sz w:val="22"/>
        </w:rPr>
        <w:t>C. Bừa/đập đất, lên luống, bón phân.</w:t>
      </w:r>
    </w:p>
    <w:p>
      <w:pPr>
        <w:pStyle w:val="ListParagraph"/>
      </w:pPr>
      <w:r>
        <w:rPr>
          <w:sz w:val="22"/>
        </w:rPr>
        <w:t>D. Cày đất, bón phân, lên luống.</w:t>
      </w:r>
    </w:p>
    <w:p/>
    <w:p>
      <w:r>
        <w:rPr>
          <w:b/>
          <w:sz w:val="24"/>
        </w:rPr>
        <w:t>Câu 12: Có những loại hình thức gieo trồng nào?</w:t>
      </w:r>
    </w:p>
    <w:p>
      <w:pPr>
        <w:pStyle w:val="ListParagraph"/>
      </w:pPr>
      <w:r>
        <w:rPr>
          <w:sz w:val="22"/>
        </w:rPr>
        <w:t>A. Cây con và cây con có bầu.</w:t>
      </w:r>
    </w:p>
    <w:p>
      <w:pPr>
        <w:pStyle w:val="ListParagraph"/>
      </w:pPr>
      <w:r>
        <w:rPr>
          <w:sz w:val="22"/>
        </w:rPr>
        <w:t>B. Gieo hạt và trồng bằng cây con.</w:t>
      </w:r>
    </w:p>
    <w:p>
      <w:pPr>
        <w:pStyle w:val="ListParagraph"/>
      </w:pPr>
      <w:r>
        <w:rPr>
          <w:sz w:val="22"/>
        </w:rPr>
        <w:t>C. Cây con và giâm cành.</w:t>
      </w:r>
    </w:p>
    <w:p>
      <w:pPr>
        <w:pStyle w:val="ListParagraph"/>
      </w:pPr>
      <w:r>
        <w:rPr>
          <w:sz w:val="22"/>
        </w:rPr>
        <w:t>D. Giâm cành và gieo hạt.</w:t>
      </w:r>
    </w:p>
    <w:p/>
    <w:p>
      <w:r>
        <w:rPr>
          <w:b/>
          <w:sz w:val="24"/>
        </w:rPr>
        <w:t>Câu 13: Khi gieo trồng cần đảm bảo yêu cầu về các yếu tố nào?</w:t>
      </w:r>
    </w:p>
    <w:p>
      <w:pPr>
        <w:pStyle w:val="ListParagraph"/>
      </w:pPr>
      <w:r>
        <w:rPr>
          <w:sz w:val="22"/>
        </w:rPr>
        <w:t>A. Thời vụ, mật độ, khoảng cách.</w:t>
      </w:r>
    </w:p>
    <w:p>
      <w:pPr>
        <w:pStyle w:val="ListParagraph"/>
      </w:pPr>
      <w:r>
        <w:rPr>
          <w:sz w:val="22"/>
        </w:rPr>
        <w:t>B. Thời vụ, mật độ, độ nông sâu.</w:t>
      </w:r>
    </w:p>
    <w:p>
      <w:pPr>
        <w:pStyle w:val="ListParagraph"/>
      </w:pPr>
      <w:r>
        <w:rPr>
          <w:sz w:val="22"/>
        </w:rPr>
        <w:t>C. Khoảng cách và độ nông sâu, thời vụ.</w:t>
      </w:r>
    </w:p>
    <w:p>
      <w:pPr>
        <w:pStyle w:val="ListParagraph"/>
      </w:pPr>
      <w:r>
        <w:rPr>
          <w:sz w:val="22"/>
        </w:rPr>
        <w:t>D. Thời vụ, mật độ, khoảng cách và độ nông sâu.</w:t>
      </w:r>
    </w:p>
    <w:p/>
    <w:p>
      <w:r>
        <w:rPr>
          <w:b/>
          <w:sz w:val="24"/>
        </w:rPr>
        <w:t>Câu 14: Nên tưới nước cho cây trồng vào thời gian nào trong ngày?</w:t>
      </w:r>
    </w:p>
    <w:p>
      <w:pPr>
        <w:pStyle w:val="ListParagraph"/>
      </w:pPr>
      <w:r>
        <w:rPr>
          <w:sz w:val="22"/>
        </w:rPr>
        <w:t>A. Buổi sáng sớm hoặc buổi trưa.</w:t>
      </w:r>
    </w:p>
    <w:p>
      <w:pPr>
        <w:pStyle w:val="ListParagraph"/>
      </w:pPr>
      <w:r>
        <w:rPr>
          <w:sz w:val="22"/>
        </w:rPr>
        <w:t>B. Buổi trưa hoặc buổi chiều muộn.</w:t>
      </w:r>
    </w:p>
    <w:p>
      <w:pPr>
        <w:pStyle w:val="ListParagraph"/>
      </w:pPr>
      <w:r>
        <w:rPr>
          <w:sz w:val="22"/>
        </w:rPr>
        <w:t>C. Vào bất kì thời gian nào trong ngày.</w:t>
      </w:r>
    </w:p>
    <w:p>
      <w:pPr>
        <w:pStyle w:val="ListParagraph"/>
      </w:pPr>
      <w:r>
        <w:rPr>
          <w:sz w:val="22"/>
        </w:rPr>
        <w:t>D. Buổi sáng sớm hoặc chiều muộn.</w:t>
      </w:r>
    </w:p>
    <w:p/>
    <w:p>
      <w:r>
        <w:rPr>
          <w:b/>
          <w:sz w:val="24"/>
        </w:rPr>
        <w:t>Câu 15: Tỉa bỏ cây yếu, cây bị sâu bệnh và dặm cây khỏe vào chỗ hạt không mọc nhằm mục đích gì?</w:t>
      </w:r>
    </w:p>
    <w:p>
      <w:pPr>
        <w:pStyle w:val="ListParagraph"/>
      </w:pPr>
      <w:r>
        <w:rPr>
          <w:sz w:val="22"/>
        </w:rPr>
        <w:t>A. Cung cấp nước kịp thời cho cây.</w:t>
      </w:r>
    </w:p>
    <w:p>
      <w:pPr>
        <w:pStyle w:val="ListParagraph"/>
      </w:pPr>
      <w:r>
        <w:rPr>
          <w:sz w:val="22"/>
        </w:rPr>
        <w:t>B. Làm cho đất tơi xốp.</w:t>
      </w:r>
    </w:p>
    <w:p>
      <w:pPr>
        <w:pStyle w:val="ListParagraph"/>
      </w:pPr>
      <w:r>
        <w:rPr>
          <w:sz w:val="22"/>
        </w:rPr>
        <w:t>C. Hạn chế nơi ẩn nấp của sâu bệnh.</w:t>
      </w:r>
    </w:p>
    <w:p>
      <w:pPr>
        <w:pStyle w:val="ListParagraph"/>
      </w:pPr>
      <w:r>
        <w:rPr>
          <w:sz w:val="22"/>
        </w:rPr>
        <w:t>D. Đảm bảo mật độ khoảng cách cây.</w:t>
      </w:r>
    </w:p>
    <w:p/>
    <w:p>
      <w:r>
        <w:rPr>
          <w:b/>
          <w:sz w:val="24"/>
        </w:rPr>
        <w:t>Câu 16: Khi cây trồng có dấu hiệu lá bị thủng, thân sần sùi là dấu hiệu của:</w:t>
      </w:r>
    </w:p>
    <w:p>
      <w:pPr>
        <w:pStyle w:val="ListParagraph"/>
      </w:pPr>
      <w:r>
        <w:rPr>
          <w:sz w:val="22"/>
        </w:rPr>
        <w:t>A. Cây thiếu nước.</w:t>
      </w:r>
    </w:p>
    <w:p>
      <w:pPr>
        <w:pStyle w:val="ListParagraph"/>
      </w:pPr>
      <w:r>
        <w:rPr>
          <w:sz w:val="22"/>
        </w:rPr>
        <w:t>B. Cây thiếu chất dinh dưỡng.</w:t>
      </w:r>
    </w:p>
    <w:p>
      <w:pPr>
        <w:pStyle w:val="ListParagraph"/>
      </w:pPr>
      <w:r>
        <w:rPr>
          <w:sz w:val="22"/>
        </w:rPr>
        <w:t>C. Cây bị sâu bệnh.</w:t>
      </w:r>
    </w:p>
    <w:p>
      <w:pPr>
        <w:pStyle w:val="ListParagraph"/>
      </w:pPr>
      <w:r>
        <w:rPr>
          <w:sz w:val="22"/>
        </w:rPr>
        <w:t>D. Cây bị úng nước.</w:t>
      </w:r>
    </w:p>
    <w:p/>
    <w:p>
      <w:r>
        <w:rPr>
          <w:b/>
          <w:sz w:val="24"/>
        </w:rPr>
        <w:t>Câu 17: Một số phương pháp thu hoạch sản phẩm trồng trọt phổ biến gồm:</w:t>
      </w:r>
    </w:p>
    <w:p>
      <w:pPr>
        <w:pStyle w:val="ListParagraph"/>
      </w:pPr>
      <w:r>
        <w:rPr>
          <w:sz w:val="22"/>
        </w:rPr>
        <w:t>A. Hái, nhổ, đào, đập.</w:t>
      </w:r>
    </w:p>
    <w:p>
      <w:pPr>
        <w:pStyle w:val="ListParagraph"/>
      </w:pPr>
      <w:r>
        <w:rPr>
          <w:sz w:val="22"/>
        </w:rPr>
        <w:t>B. Cắt, đào, nhổ, đập.</w:t>
      </w:r>
    </w:p>
    <w:p>
      <w:pPr>
        <w:pStyle w:val="ListParagraph"/>
      </w:pPr>
      <w:r>
        <w:rPr>
          <w:sz w:val="22"/>
        </w:rPr>
        <w:t>C. Hái, nhổ, đào, cắt.</w:t>
      </w:r>
    </w:p>
    <w:p>
      <w:pPr>
        <w:pStyle w:val="ListParagraph"/>
      </w:pPr>
      <w:r>
        <w:rPr>
          <w:sz w:val="22"/>
        </w:rPr>
        <w:t>D. Cắt, hái, nhổ, đập.</w:t>
      </w:r>
    </w:p>
    <w:p/>
    <w:p>
      <w:r>
        <w:rPr>
          <w:b/>
          <w:sz w:val="24"/>
        </w:rPr>
        <w:t>Câu 18: Nội dung nào sau đây là một trong những yêu cầu của thu hoạch sản phẩm trồng trọt?</w:t>
      </w:r>
    </w:p>
    <w:p>
      <w:pPr>
        <w:pStyle w:val="ListParagraph"/>
      </w:pPr>
      <w:r>
        <w:rPr>
          <w:sz w:val="22"/>
        </w:rPr>
        <w:t>A. Thu hoạch càng sớm càng tốt.</w:t>
      </w:r>
    </w:p>
    <w:p>
      <w:pPr>
        <w:pStyle w:val="ListParagraph"/>
      </w:pPr>
      <w:r>
        <w:rPr>
          <w:sz w:val="22"/>
        </w:rPr>
        <w:t>B. Thu hoạch càng muộn càng tốt.</w:t>
      </w:r>
    </w:p>
    <w:p>
      <w:pPr>
        <w:pStyle w:val="ListParagraph"/>
      </w:pPr>
      <w:r>
        <w:rPr>
          <w:sz w:val="22"/>
        </w:rPr>
        <w:t>C. Thu hoạch đúng thời điểm.</w:t>
      </w:r>
    </w:p>
    <w:p>
      <w:pPr>
        <w:pStyle w:val="ListParagraph"/>
      </w:pPr>
      <w:r>
        <w:rPr>
          <w:sz w:val="22"/>
        </w:rPr>
        <w:t>D. Thu hoạch khi có nhu cầu sử dụng.</w:t>
      </w:r>
    </w:p>
    <w:p/>
    <w:p>
      <w:r>
        <w:rPr>
          <w:b/>
          <w:sz w:val="24"/>
        </w:rPr>
        <w:t>Câu 19: Khi thu hoạch sản phẩm trồng trọt cần sử dụng dụng cụ thu hoạch phù hợp đối với từng loại cây trồng nhằm mục đích gì?</w:t>
      </w:r>
    </w:p>
    <w:p>
      <w:pPr>
        <w:pStyle w:val="ListParagraph"/>
      </w:pPr>
      <w:r>
        <w:rPr>
          <w:sz w:val="22"/>
        </w:rPr>
        <w:t>A. Thu hoạch đúng thời điểm.</w:t>
      </w:r>
    </w:p>
    <w:p>
      <w:pPr>
        <w:pStyle w:val="ListParagraph"/>
      </w:pPr>
      <w:r>
        <w:rPr>
          <w:sz w:val="22"/>
        </w:rPr>
        <w:t>B. Thu hoạch nhanh gọn.</w:t>
      </w:r>
    </w:p>
    <w:p>
      <w:pPr>
        <w:pStyle w:val="ListParagraph"/>
      </w:pPr>
      <w:r>
        <w:rPr>
          <w:sz w:val="22"/>
        </w:rPr>
        <w:t>C. Đảm bảo sự tổn thất nhỏ nhất.</w:t>
      </w:r>
    </w:p>
    <w:p>
      <w:pPr>
        <w:pStyle w:val="ListParagraph"/>
      </w:pPr>
      <w:r>
        <w:rPr>
          <w:sz w:val="22"/>
        </w:rPr>
        <w:t>D. Hạn chế rơi vãi.</w:t>
      </w:r>
    </w:p>
    <w:p/>
    <w:p>
      <w:r>
        <w:rPr>
          <w:b/>
          <w:sz w:val="24"/>
        </w:rPr>
        <w:t>Câu 20: Sản phẩm trồng trọt nào sau đây thường được thu hoạch bằng phương pháp cắt?</w:t>
      </w:r>
    </w:p>
    <w:p>
      <w:pPr>
        <w:pStyle w:val="ListParagraph"/>
      </w:pPr>
      <w:r>
        <w:rPr>
          <w:sz w:val="22"/>
        </w:rPr>
        <w:t>A. Hoa, bắp cải, lúa.</w:t>
      </w:r>
    </w:p>
    <w:p>
      <w:pPr>
        <w:pStyle w:val="ListParagraph"/>
      </w:pPr>
      <w:r>
        <w:rPr>
          <w:sz w:val="22"/>
        </w:rPr>
        <w:t>B. Ngô, su hào, hạt điều.</w:t>
      </w:r>
    </w:p>
    <w:p>
      <w:pPr>
        <w:pStyle w:val="ListParagraph"/>
      </w:pPr>
      <w:r>
        <w:rPr>
          <w:sz w:val="22"/>
        </w:rPr>
        <w:t>C. Mít, ổi, khoai lang.</w:t>
      </w:r>
    </w:p>
    <w:p>
      <w:pPr>
        <w:pStyle w:val="ListParagraph"/>
      </w:pPr>
      <w:r>
        <w:rPr>
          <w:sz w:val="22"/>
        </w:rPr>
        <w:t>D. Cà rốt, xoài, cam.</w:t>
      </w:r>
    </w:p>
    <w:p/>
    <w:p>
      <w:r>
        <w:rPr>
          <w:b/>
          <w:sz w:val="24"/>
        </w:rPr>
        <w:t>Câu 21: Khi nhân giống cây trồng bằng phương pháp giâm cành thì chọn cành giâm có đặc điểm nào?</w:t>
      </w:r>
    </w:p>
    <w:p>
      <w:pPr>
        <w:pStyle w:val="ListParagraph"/>
      </w:pPr>
      <w:r>
        <w:rPr>
          <w:sz w:val="22"/>
        </w:rPr>
        <w:t>A. Cành bánh tẻ.</w:t>
      </w:r>
    </w:p>
    <w:p>
      <w:pPr>
        <w:pStyle w:val="ListParagraph"/>
      </w:pPr>
      <w:r>
        <w:rPr>
          <w:sz w:val="22"/>
        </w:rPr>
        <w:t>B. Cành càng non càng tốt.</w:t>
      </w:r>
    </w:p>
    <w:p>
      <w:pPr>
        <w:pStyle w:val="ListParagraph"/>
      </w:pPr>
      <w:r>
        <w:rPr>
          <w:sz w:val="22"/>
        </w:rPr>
        <w:t>C. Cành càng già càng tốt.</w:t>
      </w:r>
    </w:p>
    <w:p>
      <w:pPr>
        <w:pStyle w:val="ListParagraph"/>
      </w:pPr>
      <w:r>
        <w:rPr>
          <w:sz w:val="22"/>
        </w:rPr>
        <w:t>D. Cành càng to càng tốt.</w:t>
      </w:r>
    </w:p>
    <w:p/>
    <w:p>
      <w:r>
        <w:rPr>
          <w:b/>
          <w:sz w:val="24"/>
        </w:rPr>
        <w:t>Câu 22: Ý nào sau đây là đúng với phương pháp giâm cành?</w:t>
      </w:r>
    </w:p>
    <w:p>
      <w:pPr>
        <w:pStyle w:val="ListParagraph"/>
      </w:pPr>
      <w:r>
        <w:rPr>
          <w:sz w:val="22"/>
        </w:rPr>
        <w:t>A. Dùng một bộ phận sinh dưỡng của cây để ghép vào cây khác.</w:t>
      </w:r>
    </w:p>
    <w:p>
      <w:pPr>
        <w:pStyle w:val="ListParagraph"/>
      </w:pPr>
      <w:r>
        <w:rPr>
          <w:sz w:val="22"/>
        </w:rPr>
        <w:t>B. Cắt cành bánh tẻ cắm xuống đất.</w:t>
      </w:r>
    </w:p>
    <w:p>
      <w:pPr>
        <w:pStyle w:val="ListParagraph"/>
      </w:pPr>
      <w:r>
        <w:rPr>
          <w:sz w:val="22"/>
        </w:rPr>
        <w:t>C. Lấy dao tách vỏ cây rồi cắt đem trồng.</w:t>
      </w:r>
    </w:p>
    <w:p>
      <w:pPr>
        <w:pStyle w:val="ListParagraph"/>
      </w:pPr>
      <w:r>
        <w:rPr>
          <w:sz w:val="22"/>
        </w:rPr>
        <w:t>D. Lấy tế bào cây mẹ tạo thành cây con.</w:t>
      </w:r>
    </w:p>
    <w:p/>
    <w:p>
      <w:r>
        <w:rPr>
          <w:b/>
          <w:sz w:val="24"/>
        </w:rPr>
        <w:t>Câu 23: Phương pháp ghép là:</w:t>
      </w:r>
    </w:p>
    <w:p>
      <w:pPr>
        <w:pStyle w:val="ListParagraph"/>
      </w:pPr>
      <w:r>
        <w:rPr>
          <w:sz w:val="22"/>
        </w:rPr>
        <w:t>A. Cắt một đoạn cành bánh tẻ có đủ mắt, nhúng phần gốc vào dung dịch kích thích ra rễ, sau đó cắm xuống đất ẩm cho cành ra rễ và phát triển thành cây mới.</w:t>
      </w:r>
    </w:p>
    <w:p>
      <w:pPr>
        <w:pStyle w:val="ListParagraph"/>
      </w:pPr>
      <w:r>
        <w:rPr>
          <w:sz w:val="22"/>
        </w:rPr>
        <w:t>B. Chọn cành khỏe mạnh trên cây mẹ. Lấy dao tách một đoạn vỏ, sau đó dùng thuốc kích thích ra rễ và hỗn hợp đất thích hợp bó vào đoạn cành vừa tách vỏ, bọc nilon ra ngoài và dùng dây buộc chặt hai đầu.</w:t>
      </w:r>
    </w:p>
    <w:p>
      <w:pPr>
        <w:pStyle w:val="ListParagraph"/>
      </w:pPr>
      <w:r>
        <w:rPr>
          <w:sz w:val="22"/>
        </w:rPr>
        <w:t>C. Dùng một bộ phận sinh dưỡng của một cây ghép vào một cây khác, sau đó bó lại.</w:t>
      </w:r>
    </w:p>
    <w:p>
      <w:pPr>
        <w:pStyle w:val="ListParagraph"/>
      </w:pPr>
      <w:r>
        <w:rPr>
          <w:sz w:val="22"/>
        </w:rPr>
        <w:t>D. Gieo hạt lấy cây con đem trồng.</w:t>
      </w:r>
    </w:p>
    <w:p/>
    <w:p>
      <w:r>
        <w:rPr>
          <w:b/>
          <w:sz w:val="24"/>
        </w:rPr>
        <w:t>Câu 24: Phương pháp ghép là:</w:t>
      </w:r>
    </w:p>
    <w:p>
      <w:pPr>
        <w:pStyle w:val="ListParagraph"/>
      </w:pPr>
      <w:r>
        <w:rPr>
          <w:sz w:val="22"/>
        </w:rPr>
        <w:t>A. Cắt một đoạn cành bánh tẻ có đủ mắt, nhúng phần gốc vào dung dịch kích thích ra rễ, sau đó cắm xuống đất ẩm cho cành ra rễ và phát triển thành cây mới.</w:t>
      </w:r>
    </w:p>
    <w:p>
      <w:pPr>
        <w:pStyle w:val="ListParagraph"/>
      </w:pPr>
      <w:r>
        <w:rPr>
          <w:sz w:val="22"/>
        </w:rPr>
        <w:t>B. Chọn cành khỏe mạnh trên cây mẹ. Lấy dao tách một đoạn vỏ, sau đó dùng thuốc kích thích ra rễ và hỗn hợp đất thích hợp bó vào đoạn cành vừa tách vỏ, bọc nilon ra ngoài và dùng dây buộc chặt hai đầu.</w:t>
      </w:r>
    </w:p>
    <w:p>
      <w:pPr>
        <w:pStyle w:val="ListParagraph"/>
      </w:pPr>
      <w:r>
        <w:rPr>
          <w:sz w:val="22"/>
        </w:rPr>
        <w:t>C. Dùng một bộ phận sinh dưỡng của một cây ghép vào một cây khác, sau đó bó lại.</w:t>
      </w:r>
    </w:p>
    <w:p>
      <w:pPr>
        <w:pStyle w:val="ListParagraph"/>
      </w:pPr>
      <w:r>
        <w:rPr>
          <w:sz w:val="22"/>
        </w:rPr>
        <w:t>D. Gieo hạt lấy cây con đem trồng.</w:t>
      </w:r>
    </w:p>
    <w:p/>
    <w:p>
      <w:r>
        <w:rPr>
          <w:b/>
          <w:sz w:val="24"/>
        </w:rPr>
        <w:t>Câu 25: Trồng cây ngoài tự nhiên có những ưu điểm nào?</w:t>
      </w:r>
    </w:p>
    <w:p>
      <w:pPr>
        <w:pStyle w:val="ListParagraph"/>
      </w:pPr>
      <w:r>
        <w:rPr>
          <w:sz w:val="22"/>
        </w:rPr>
        <w:t>A. Đơn giản, dễ thực hiện, ít bị tác động của sâu bệnh.</w:t>
      </w:r>
    </w:p>
    <w:p>
      <w:pPr>
        <w:pStyle w:val="ListParagraph"/>
      </w:pPr>
      <w:r>
        <w:rPr>
          <w:sz w:val="22"/>
        </w:rPr>
        <w:t>B. Đơn giản, dễ thực hiện, có thể sản xuất cây trái mùa.</w:t>
      </w:r>
    </w:p>
    <w:p>
      <w:pPr>
        <w:pStyle w:val="ListParagraph"/>
      </w:pPr>
      <w:r>
        <w:rPr>
          <w:sz w:val="22"/>
        </w:rPr>
        <w:t>C. Đơn giản, dễ thực hiện, tạo năng suất cao, chủ động trong chăm sóc.</w:t>
      </w:r>
    </w:p>
    <w:p>
      <w:pPr>
        <w:pStyle w:val="ListParagraph"/>
      </w:pPr>
      <w:r>
        <w:rPr>
          <w:sz w:val="22"/>
        </w:rPr>
        <w:t>D. Đơn giản, dễ thực hiện, có thể thực hiện trên diện tích lớn.</w:t>
      </w:r>
    </w:p>
    <w:p/>
    <w:p>
      <w:r>
        <w:rPr>
          <w:b/>
          <w:sz w:val="24"/>
        </w:rPr>
        <w:t>Câu 26: Đâu không phải là một trong các nguyên tắc phòng trừ sâu bệnh hại cây trồng?</w:t>
      </w:r>
    </w:p>
    <w:p>
      <w:pPr>
        <w:pStyle w:val="ListParagraph"/>
      </w:pPr>
      <w:r>
        <w:rPr>
          <w:sz w:val="22"/>
        </w:rPr>
        <w:t>A. Phòng là chính.</w:t>
      </w:r>
    </w:p>
    <w:p>
      <w:pPr>
        <w:pStyle w:val="ListParagraph"/>
      </w:pPr>
      <w:r>
        <w:rPr>
          <w:sz w:val="22"/>
        </w:rPr>
        <w:t>B. Trừ sớm, kịp thời, nhanh chóng và triệt để.</w:t>
      </w:r>
    </w:p>
    <w:p>
      <w:pPr>
        <w:pStyle w:val="ListParagraph"/>
      </w:pPr>
      <w:r>
        <w:rPr>
          <w:sz w:val="22"/>
        </w:rPr>
        <w:t>C. Sử dụng tổng hợp các biện pháp phòng trừ.</w:t>
      </w:r>
    </w:p>
    <w:p>
      <w:pPr>
        <w:pStyle w:val="ListParagraph"/>
      </w:pPr>
      <w:r>
        <w:rPr>
          <w:sz w:val="22"/>
        </w:rPr>
        <w:t>D. Sử dụng biện pháp thủ công và sinh học để trừ sâu hại.</w:t>
      </w:r>
    </w:p>
    <w:p/>
    <w:p>
      <w:r>
        <w:rPr>
          <w:b/>
          <w:sz w:val="24"/>
        </w:rPr>
        <w:t>Câu 27: Đơn giản, dễ thực hiện, có hiệu quả khi sâu, bệnh mới phát sinh là ưu điểm của biện pháp phòng trừ sâu bệnh nào?</w:t>
      </w:r>
    </w:p>
    <w:p>
      <w:pPr>
        <w:pStyle w:val="ListParagraph"/>
      </w:pPr>
      <w:r>
        <w:rPr>
          <w:sz w:val="22"/>
        </w:rPr>
        <w:t>A. Biện pháp canh tác và sử dụng giống chống sâu bệnh hại.</w:t>
      </w:r>
    </w:p>
    <w:p>
      <w:pPr>
        <w:pStyle w:val="ListParagraph"/>
      </w:pPr>
      <w:r>
        <w:rPr>
          <w:sz w:val="22"/>
        </w:rPr>
        <w:t>B. Biện pháp thủ công.</w:t>
      </w:r>
    </w:p>
    <w:p>
      <w:pPr>
        <w:pStyle w:val="ListParagraph"/>
      </w:pPr>
      <w:r>
        <w:rPr>
          <w:sz w:val="22"/>
        </w:rPr>
        <w:t>C. Biện pháp hóa học.</w:t>
      </w:r>
    </w:p>
    <w:p>
      <w:pPr>
        <w:pStyle w:val="ListParagraph"/>
      </w:pPr>
      <w:r>
        <w:rPr>
          <w:sz w:val="22"/>
        </w:rPr>
        <w:t>D. Biện pháp sinh học.</w:t>
      </w:r>
    </w:p>
    <w:p/>
    <w:p>
      <w:r>
        <w:rPr>
          <w:b/>
          <w:sz w:val="24"/>
        </w:rPr>
        <w:t>Câu 28: Phương pháp giâm cành được thực hiện theo các bước nào?</w:t>
      </w:r>
    </w:p>
    <w:p>
      <w:pPr>
        <w:pStyle w:val="ListParagraph"/>
      </w:pPr>
      <w:r>
        <w:rPr>
          <w:sz w:val="22"/>
        </w:rPr>
        <w:t>A. Chọn cành giâm → chăm sóc cành giâm → cắt cành giâm → cắm cành giâm → xử lí cành giâm.</w:t>
      </w:r>
    </w:p>
    <w:p>
      <w:pPr>
        <w:pStyle w:val="ListParagraph"/>
      </w:pPr>
      <w:r>
        <w:rPr>
          <w:sz w:val="22"/>
        </w:rPr>
        <w:t>B. Chọn cành giâm → xử lí cành giâm → cắt cành giâm → cắm cành giâm → chăm sóc cành giâm.</w:t>
      </w:r>
    </w:p>
    <w:p>
      <w:pPr>
        <w:pStyle w:val="ListParagraph"/>
      </w:pPr>
      <w:r>
        <w:rPr>
          <w:sz w:val="22"/>
        </w:rPr>
        <w:t>C. Chọn cành giâm → cắm cành giâm → xử lí cành giâm → cắt cành giâm → chăm sóc cành giâm.</w:t>
      </w:r>
    </w:p>
    <w:p>
      <w:pPr>
        <w:pStyle w:val="ListParagraph"/>
      </w:pPr>
      <w:r>
        <w:rPr>
          <w:sz w:val="22"/>
        </w:rPr>
        <w:t>D. Chọn cành giâm → cắt cành giâm → xử lí cành giâm → cắm cành giâm → chăm sóc cành giâm.</w:t>
      </w:r>
    </w:p>
    <w:p/>
    <w:p>
      <w:r>
        <w:rPr>
          <w:b/>
          <w:sz w:val="24"/>
        </w:rPr>
        <w:t>Câu 29: Chọn cành giâm như thế nào là đúng kĩ thuật?</w:t>
      </w:r>
    </w:p>
    <w:p>
      <w:pPr>
        <w:pStyle w:val="ListParagraph"/>
      </w:pPr>
      <w:r>
        <w:rPr>
          <w:sz w:val="22"/>
        </w:rPr>
        <w:t>A. Cành bánh tẻ, cành bị sâu, bệnh.</w:t>
      </w:r>
    </w:p>
    <w:p>
      <w:pPr>
        <w:pStyle w:val="ListParagraph"/>
      </w:pPr>
      <w:r>
        <w:rPr>
          <w:sz w:val="22"/>
        </w:rPr>
        <w:t>B. Cành non, không bị sâu bệnh.</w:t>
      </w:r>
    </w:p>
    <w:p>
      <w:pPr>
        <w:pStyle w:val="ListParagraph"/>
      </w:pPr>
      <w:r>
        <w:rPr>
          <w:sz w:val="22"/>
        </w:rPr>
        <w:t>C. Cành bánh tẻ, cành khỏe mạnh, không bị sâu bệnh.</w:t>
      </w:r>
    </w:p>
    <w:p>
      <w:pPr>
        <w:pStyle w:val="ListParagraph"/>
      </w:pPr>
      <w:r>
        <w:rPr>
          <w:sz w:val="22"/>
        </w:rPr>
        <w:t>D. Cành già, không bị sâu bệnh.</w:t>
      </w:r>
    </w:p>
    <w:p/>
    <w:p>
      <w:r>
        <w:rPr>
          <w:b/>
          <w:sz w:val="24"/>
        </w:rPr>
        <w:t>Câu 30: Làm đất và bón phân lót là các công việc được tiến hành trước khi gieo trồng. Một số học sinh có ý kiến như sau:</w:t>
        <w:br/>
        <w:t>a) Các công việc làm đất gồm cày đất; bừa và đập đất; lên luống.</w:t>
        <w:br/>
        <w:t>b) Bón phân lót là bón phân vào đất sau khi gieo trồng.</w:t>
        <w:br/>
        <w:t>c) Bừa đất nhiều lần theo các hướng khác nhau để đảm bảo đất được tơi xốp và san phẳng.</w:t>
        <w:br/>
        <w:t>d) Một người nông dân trước khi gieo trồng lạc đã bón lót bằng phân đạm để chuẩn bị sẵn thức ăn cho cây lạc hấp thụ khi rễ vừa phát triển.</w:t>
      </w:r>
    </w:p>
    <w:p/>
    <w:p>
      <w:r>
        <w:rPr>
          <w:b/>
          <w:sz w:val="24"/>
        </w:rPr>
        <w:t>Câu 31: Để phòng trừ sâu, bệnh hại cây trồng, người trồng trọt đã áp dụng nhiều biện pháp phòng trừ sâu, bệnh khác nhau. Một số học sinh đưa ra nhận định như sau:</w:t>
        <w:br/>
        <w:t>a) Biện pháp canh tác và sử dụng giống chống chịu sâu bệnh như làm đất, vệ sinh đồng ruộng, gieo trồng đúng thời vụ, chăm sóc kịp thời, bón phân hợp lý, luân canh cây trồng, sử dụng giống chống chịu sâu bệnh.</w:t>
        <w:br/>
        <w:t>b) Biện pháp sinh học và kiểm dịch thực vật là biện pháp sử dụng một số sinh vật như nấm, ong mắt đỏ... và chế phẩm sinh học để diệt sâu, bệnh.</w:t>
        <w:br/>
        <w:t>c) Khi sử dụng biện pháp hóa học trong phòng trừ sâu bệnh hại có ưu điểm là hiệu quả nhanh, không gây ô nhiễm môi trường.</w:t>
        <w:br/>
        <w:t>d) Một người nông dân trồng một vườn bắp cải, khi sâu cuốn lá xuất hiện trên tất cả cây bắp cải thì người nông dân sử dụng biện pháp thủ công để trừ sâu cuốn lá.</w:t>
      </w:r>
    </w:p>
    <w:p/>
    <w:p>
      <w:r>
        <w:rPr>
          <w:b/>
          <w:sz w:val="24"/>
        </w:rPr>
        <w:t>Câu 32: a) Mục đích chính của việc làm cỏ là để cung cấp thêm chất dinh dưỡng cho cây và làm cho đất tơi xốp.</w:t>
        <w:br/>
        <w:t>b) Trước khi tiến hành bón phân lót, chúng ta cần làm sạch cỏ để giảm sự cạnh tranh dinh dưỡng của cỏ với cây trồng và hạn chế nơi trú ẩn của sâu bệnh.</w:t>
        <w:br/>
        <w:t>c) Bừa đất nhiều lần theo các hướng khác nhau để đảm bảo đất được tơi xốp và san phẳng.</w:t>
        <w:br/>
        <w:t>d) Vun xới đất giúp cây đứng vững, tạo độ tơi xốp, thoáng khí cho đất, từ đó tạo điều kiện thuận lợi cho cây sinh trưởng và phát triển.</w:t>
      </w:r>
    </w:p>
    <w:p/>
    <w:p>
      <w:r>
        <w:t>──────────────────────────────────────────────────</w:t>
      </w:r>
    </w:p>
    <w:p>
      <w:r>
        <w:rPr>
          <w:b/>
        </w:rPr>
        <w:t>BẢNG ĐÁP ÁN &amp; LỜI GIẢI CHI TIẾT</w:t>
      </w:r>
    </w:p>
    <w:p>
      <w:r>
        <w:rPr>
          <w:b/>
        </w:rPr>
        <w:t>Câu 1: Đáp án đúng: D</w:t>
      </w:r>
    </w:p>
    <w:p>
      <w:r>
        <w:rPr>
          <w:b/>
        </w:rPr>
        <w:t>Câu 2: Đáp án đúng: C</w:t>
      </w:r>
    </w:p>
    <w:p>
      <w:r>
        <w:rPr>
          <w:b/>
        </w:rPr>
        <w:t>Câu 3: Đáp án đúng: A</w:t>
      </w:r>
    </w:p>
    <w:p>
      <w:r>
        <w:rPr>
          <w:b/>
        </w:rPr>
        <w:t>Câu 4: Đáp án đúng: B</w:t>
      </w:r>
    </w:p>
    <w:p>
      <w:r>
        <w:rPr>
          <w:b/>
        </w:rPr>
        <w:t>Câu 5: Đáp án đúng: D</w:t>
      </w:r>
    </w:p>
    <w:p>
      <w:r>
        <w:rPr>
          <w:b/>
        </w:rPr>
        <w:t>Câu 6: Đáp án đúng: D</w:t>
      </w:r>
    </w:p>
    <w:p>
      <w:r>
        <w:rPr>
          <w:b/>
        </w:rPr>
        <w:t>Câu 7: Đáp án đúng: B</w:t>
      </w:r>
    </w:p>
    <w:p>
      <w:r>
        <w:rPr>
          <w:b/>
        </w:rPr>
        <w:t>Câu 8: Đáp án đúng: C</w:t>
      </w:r>
    </w:p>
    <w:p>
      <w:r>
        <w:rPr>
          <w:b/>
        </w:rPr>
        <w:t>Câu 9: Đáp án đúng: D</w:t>
      </w:r>
    </w:p>
    <w:p>
      <w:r>
        <w:rPr>
          <w:b/>
        </w:rPr>
        <w:t>Câu 10: Đáp án đúng: C</w:t>
      </w:r>
    </w:p>
    <w:p>
      <w:r>
        <w:rPr>
          <w:b/>
        </w:rPr>
        <w:t>Câu 11: Đáp án đúng: B</w:t>
      </w:r>
    </w:p>
    <w:p>
      <w:r>
        <w:rPr>
          <w:b/>
        </w:rPr>
        <w:t>Câu 12: Đáp án đúng: B</w:t>
      </w:r>
    </w:p>
    <w:p>
      <w:r>
        <w:rPr>
          <w:b/>
        </w:rPr>
        <w:t>Câu 13: Đáp án đúng: D</w:t>
      </w:r>
    </w:p>
    <w:p>
      <w:r>
        <w:rPr>
          <w:b/>
        </w:rPr>
        <w:t>Câu 14: Đáp án đúng: D</w:t>
      </w:r>
    </w:p>
    <w:p>
      <w:r>
        <w:rPr>
          <w:b/>
        </w:rPr>
        <w:t>Câu 15: Đáp án đúng: D</w:t>
      </w:r>
    </w:p>
    <w:p>
      <w:r>
        <w:rPr>
          <w:b/>
        </w:rPr>
        <w:t>Câu 16: Đáp án đúng: C</w:t>
      </w:r>
    </w:p>
    <w:p>
      <w:r>
        <w:rPr>
          <w:b/>
        </w:rPr>
        <w:t>Câu 17: Đáp án đúng: C</w:t>
      </w:r>
    </w:p>
    <w:p>
      <w:r>
        <w:rPr>
          <w:b/>
        </w:rPr>
        <w:t>Câu 18: Đáp án đúng: C</w:t>
      </w:r>
    </w:p>
    <w:p>
      <w:r>
        <w:rPr>
          <w:b/>
        </w:rPr>
        <w:t>Câu 19: Đáp án đúng: C</w:t>
      </w:r>
    </w:p>
    <w:p>
      <w:r>
        <w:rPr>
          <w:b/>
        </w:rPr>
        <w:t>Câu 20: Đáp án đúng: A</w:t>
      </w:r>
    </w:p>
    <w:p>
      <w:r>
        <w:rPr>
          <w:b/>
        </w:rPr>
        <w:t>Câu 21: Đáp án đúng: A</w:t>
      </w:r>
    </w:p>
    <w:p>
      <w:r>
        <w:rPr>
          <w:b/>
        </w:rPr>
        <w:t>Câu 22: Đáp án đúng: B</w:t>
      </w:r>
    </w:p>
    <w:p>
      <w:r>
        <w:rPr>
          <w:b/>
        </w:rPr>
        <w:t>Câu 23: Đáp án đúng: C</w:t>
      </w:r>
    </w:p>
    <w:p>
      <w:r>
        <w:rPr>
          <w:b/>
        </w:rPr>
        <w:t>Câu 24: Đáp án đúng: C</w:t>
      </w:r>
    </w:p>
    <w:p>
      <w:r>
        <w:rPr>
          <w:b/>
        </w:rPr>
        <w:t>Câu 25: Đáp án đúng: D</w:t>
      </w:r>
    </w:p>
    <w:p>
      <w:r>
        <w:rPr>
          <w:b/>
        </w:rPr>
        <w:t>Câu 26: Đáp án đúng: D</w:t>
      </w:r>
    </w:p>
    <w:p>
      <w:r>
        <w:rPr>
          <w:b/>
        </w:rPr>
        <w:t>Câu 27: Đáp án đúng: B</w:t>
      </w:r>
    </w:p>
    <w:p>
      <w:r>
        <w:rPr>
          <w:b/>
        </w:rPr>
        <w:t>Câu 28: Đáp án đúng: D</w:t>
      </w:r>
    </w:p>
    <w:p>
      <w:r>
        <w:rPr>
          <w:b/>
        </w:rPr>
        <w:t>Câu 29: Đáp án đúng: C</w:t>
      </w:r>
    </w:p>
    <w:p>
      <w:r>
        <w:rPr>
          <w:b/>
        </w:rPr>
        <w:t>Câu 30: Đáp án đúng: None</w:t>
      </w:r>
    </w:p>
    <w:p>
      <w:r>
        <w:rPr>
          <w:b/>
        </w:rPr>
        <w:t>Câu 31: Đáp án đúng: None</w:t>
      </w:r>
    </w:p>
    <w:p>
      <w:r>
        <w:rPr>
          <w:b/>
        </w:rPr>
        <w:t>Câu 32: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