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 giũa kì 1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Thực dân Pháp tiến hành cuộc khai thác thuộc địa lần thứ hai ở Đông Dương trong khoảng thời gian nào?</w:t>
      </w:r>
    </w:p>
    <w:p>
      <w:pPr>
        <w:pStyle w:val="ListParagraph"/>
      </w:pPr>
      <w:r>
        <w:rPr>
          <w:sz w:val="22"/>
        </w:rPr>
        <w:t>A. 1897 - 1914</w:t>
      </w:r>
    </w:p>
    <w:p>
      <w:pPr>
        <w:pStyle w:val="ListParagraph"/>
      </w:pPr>
      <w:r>
        <w:rPr>
          <w:sz w:val="22"/>
        </w:rPr>
        <w:t>B. 1919 - 1929</w:t>
      </w:r>
    </w:p>
    <w:p>
      <w:pPr>
        <w:pStyle w:val="ListParagraph"/>
      </w:pPr>
      <w:r>
        <w:rPr>
          <w:sz w:val="22"/>
        </w:rPr>
        <w:t>C. 1930 - 1939</w:t>
      </w:r>
    </w:p>
    <w:p>
      <w:pPr>
        <w:pStyle w:val="ListParagraph"/>
      </w:pPr>
      <w:r>
        <w:rPr>
          <w:sz w:val="22"/>
        </w:rPr>
        <w:t>D. 1945 - 1954</w:t>
      </w:r>
    </w:p>
    <w:p/>
    <w:p>
      <w:r>
        <w:rPr>
          <w:b/>
          <w:sz w:val="24"/>
        </w:rPr>
        <w:t>Câu 2: Trong cuộc khai thác thuộc địa lần thứ hai, thực dân Pháp chủ yếu đầu tư vào ngành nào?</w:t>
      </w:r>
    </w:p>
    <w:p>
      <w:pPr>
        <w:pStyle w:val="ListParagraph"/>
      </w:pPr>
      <w:r>
        <w:rPr>
          <w:sz w:val="22"/>
        </w:rPr>
        <w:t>A. Công nghiệp nặng</w:t>
      </w:r>
    </w:p>
    <w:p>
      <w:pPr>
        <w:pStyle w:val="ListParagraph"/>
      </w:pPr>
      <w:r>
        <w:rPr>
          <w:sz w:val="22"/>
        </w:rPr>
        <w:t>B. Nông nghiệp và khai mỏ</w:t>
      </w:r>
    </w:p>
    <w:p>
      <w:pPr>
        <w:pStyle w:val="ListParagraph"/>
      </w:pPr>
      <w:r>
        <w:rPr>
          <w:sz w:val="22"/>
        </w:rPr>
        <w:t>C. Giao thông vận tải</w:t>
      </w:r>
    </w:p>
    <w:p>
      <w:pPr>
        <w:pStyle w:val="ListParagraph"/>
      </w:pPr>
      <w:r>
        <w:rPr>
          <w:sz w:val="22"/>
        </w:rPr>
        <w:t>D. Thương nghiệp</w:t>
      </w:r>
    </w:p>
    <w:p/>
    <w:p>
      <w:r>
        <w:rPr>
          <w:b/>
          <w:sz w:val="24"/>
        </w:rPr>
        <w:t>Câu 3: Sự kiện nào đánh dấu sự ra đời của Hội Việt Nam Cách mạng Thanh niên?</w:t>
      </w:r>
    </w:p>
    <w:p>
      <w:pPr>
        <w:pStyle w:val="ListParagraph"/>
      </w:pPr>
      <w:r>
        <w:rPr>
          <w:sz w:val="22"/>
        </w:rPr>
        <w:t>A. Thành lập tại Quảng Châu (Trung Quốc) năm 1925</w:t>
      </w:r>
    </w:p>
    <w:p>
      <w:pPr>
        <w:pStyle w:val="ListParagraph"/>
      </w:pPr>
      <w:r>
        <w:rPr>
          <w:sz w:val="22"/>
        </w:rPr>
        <w:t>B. Thành lập tại Hà Nội năm 1925</w:t>
      </w:r>
    </w:p>
    <w:p>
      <w:pPr>
        <w:pStyle w:val="ListParagraph"/>
      </w:pPr>
      <w:r>
        <w:rPr>
          <w:sz w:val="22"/>
        </w:rPr>
        <w:t>C. Thành lập tại Sài Gòn năm 1926</w:t>
      </w:r>
    </w:p>
    <w:p>
      <w:pPr>
        <w:pStyle w:val="ListParagraph"/>
      </w:pPr>
      <w:r>
        <w:rPr>
          <w:sz w:val="22"/>
        </w:rPr>
        <w:t>D. Thành lập tại Hương Cảng năm 1930</w:t>
      </w:r>
    </w:p>
    <w:p/>
    <w:p>
      <w:r>
        <w:rPr>
          <w:b/>
          <w:sz w:val="24"/>
        </w:rPr>
        <w:t>Câu 4: Tổ chức chính trị nào do Nguyễn Thái Học và Phạm Tuấn Tài thành lập năm 1927?</w:t>
      </w:r>
    </w:p>
    <w:p>
      <w:pPr>
        <w:pStyle w:val="ListParagraph"/>
      </w:pPr>
      <w:r>
        <w:rPr>
          <w:sz w:val="22"/>
        </w:rPr>
        <w:t>A. Tân Việt Cách mạng Đảng</w:t>
      </w:r>
    </w:p>
    <w:p>
      <w:pPr>
        <w:pStyle w:val="ListParagraph"/>
      </w:pPr>
      <w:r>
        <w:rPr>
          <w:sz w:val="22"/>
        </w:rPr>
        <w:t>B. Việt Nam Quốc dân Đảng</w:t>
      </w:r>
    </w:p>
    <w:p>
      <w:pPr>
        <w:pStyle w:val="ListParagraph"/>
      </w:pPr>
      <w:r>
        <w:rPr>
          <w:sz w:val="22"/>
        </w:rPr>
        <w:t>C. Hội Việt Nam Cách mạng Thanh niên</w:t>
      </w:r>
    </w:p>
    <w:p>
      <w:pPr>
        <w:pStyle w:val="ListParagraph"/>
      </w:pPr>
      <w:r>
        <w:rPr>
          <w:sz w:val="22"/>
        </w:rPr>
        <w:t>D. Đông Dương Cộng sản Đảng</w:t>
      </w:r>
    </w:p>
    <w:p/>
    <w:p>
      <w:r>
        <w:rPr>
          <w:b/>
          <w:sz w:val="24"/>
        </w:rPr>
        <w:t>Câu 5: Đảng Cộng sản Việt Nam được thành lập vào ngày nào?</w:t>
      </w:r>
    </w:p>
    <w:p>
      <w:pPr>
        <w:pStyle w:val="ListParagraph"/>
      </w:pPr>
      <w:r>
        <w:rPr>
          <w:sz w:val="22"/>
        </w:rPr>
        <w:t>A. 3/2/1930</w:t>
      </w:r>
    </w:p>
    <w:p>
      <w:pPr>
        <w:pStyle w:val="ListParagraph"/>
      </w:pPr>
      <w:r>
        <w:rPr>
          <w:sz w:val="22"/>
        </w:rPr>
        <w:t>B. 2/3/1930</w:t>
      </w:r>
    </w:p>
    <w:p>
      <w:pPr>
        <w:pStyle w:val="ListParagraph"/>
      </w:pPr>
      <w:r>
        <w:rPr>
          <w:sz w:val="22"/>
        </w:rPr>
        <w:t>C. 6/1/1930</w:t>
      </w:r>
    </w:p>
    <w:p>
      <w:pPr>
        <w:pStyle w:val="ListParagraph"/>
      </w:pPr>
      <w:r>
        <w:rPr>
          <w:sz w:val="22"/>
        </w:rPr>
        <w:t>D. 10/1930</w:t>
      </w:r>
    </w:p>
    <w:p/>
    <w:p>
      <w:r>
        <w:rPr>
          <w:b/>
          <w:sz w:val="24"/>
        </w:rPr>
        <w:t>Câu 6: Cương lĩnh chính trị đầu tiên của Đảng Cộng sản Việt Nam do ai soạn thảo?</w:t>
      </w:r>
    </w:p>
    <w:p>
      <w:pPr>
        <w:pStyle w:val="ListParagraph"/>
      </w:pPr>
      <w:r>
        <w:rPr>
          <w:sz w:val="22"/>
        </w:rPr>
        <w:t>A. Trần Phú</w:t>
      </w:r>
    </w:p>
    <w:p>
      <w:pPr>
        <w:pStyle w:val="ListParagraph"/>
      </w:pPr>
      <w:r>
        <w:rPr>
          <w:sz w:val="22"/>
        </w:rPr>
        <w:t>B. Nguyễn Ái Quốc</w:t>
      </w:r>
    </w:p>
    <w:p>
      <w:pPr>
        <w:pStyle w:val="ListParagraph"/>
      </w:pPr>
      <w:r>
        <w:rPr>
          <w:sz w:val="22"/>
        </w:rPr>
        <w:t>C. Lê Hồng Phong</w:t>
      </w:r>
    </w:p>
    <w:p>
      <w:pPr>
        <w:pStyle w:val="ListParagraph"/>
      </w:pPr>
      <w:r>
        <w:rPr>
          <w:sz w:val="22"/>
        </w:rPr>
        <w:t>D. Hà Huy Tập</w:t>
      </w:r>
    </w:p>
    <w:p/>
    <w:p>
      <w:r>
        <w:rPr>
          <w:b/>
          <w:sz w:val="24"/>
        </w:rPr>
        <w:t>Câu 7: Đỉnh cao của phong trào cách mạng 1930 - 1931 là gì?</w:t>
      </w:r>
    </w:p>
    <w:p>
      <w:pPr>
        <w:pStyle w:val="ListParagraph"/>
      </w:pPr>
      <w:r>
        <w:rPr>
          <w:sz w:val="22"/>
        </w:rPr>
        <w:t>A. Xô viết Nghệ - Tĩnh</w:t>
      </w:r>
    </w:p>
    <w:p>
      <w:pPr>
        <w:pStyle w:val="ListParagraph"/>
      </w:pPr>
      <w:r>
        <w:rPr>
          <w:sz w:val="22"/>
        </w:rPr>
        <w:t>B. Phong trào Đông Dương đại hội</w:t>
      </w:r>
    </w:p>
    <w:p>
      <w:pPr>
        <w:pStyle w:val="ListParagraph"/>
      </w:pPr>
      <w:r>
        <w:rPr>
          <w:sz w:val="22"/>
        </w:rPr>
        <w:t>C. Khởi nghĩa Yên Bái</w:t>
      </w:r>
    </w:p>
    <w:p>
      <w:pPr>
        <w:pStyle w:val="ListParagraph"/>
      </w:pPr>
      <w:r>
        <w:rPr>
          <w:sz w:val="22"/>
        </w:rPr>
        <w:t>D. Thành lập Mặt trận Việt Minh</w:t>
      </w:r>
    </w:p>
    <w:p/>
    <w:p>
      <w:r>
        <w:rPr>
          <w:b/>
          <w:sz w:val="24"/>
        </w:rPr>
        <w:t>Câu 8: Chiến tranh lạnh là cuộc đối đầu căng thẳng giữa hai cực nào?</w:t>
      </w:r>
    </w:p>
    <w:p>
      <w:pPr>
        <w:pStyle w:val="ListParagraph"/>
      </w:pPr>
      <w:r>
        <w:rPr>
          <w:sz w:val="22"/>
        </w:rPr>
        <w:t>A. Mỹ và Liên Xô</w:t>
      </w:r>
    </w:p>
    <w:p>
      <w:pPr>
        <w:pStyle w:val="ListParagraph"/>
      </w:pPr>
      <w:r>
        <w:rPr>
          <w:sz w:val="22"/>
        </w:rPr>
        <w:t>B. Anh và Pháp</w:t>
      </w:r>
    </w:p>
    <w:p>
      <w:pPr>
        <w:pStyle w:val="ListParagraph"/>
      </w:pPr>
      <w:r>
        <w:rPr>
          <w:sz w:val="22"/>
        </w:rPr>
        <w:t>C. Đức và Nhật</w:t>
      </w:r>
    </w:p>
    <w:p>
      <w:pPr>
        <w:pStyle w:val="ListParagraph"/>
      </w:pPr>
      <w:r>
        <w:rPr>
          <w:sz w:val="22"/>
        </w:rPr>
        <w:t>D. Trung Quốc và Mỹ</w:t>
      </w:r>
    </w:p>
    <w:p/>
    <w:p>
      <w:r>
        <w:rPr>
          <w:b/>
          <w:sz w:val="24"/>
        </w:rPr>
        <w:t>Câu 9: Sự kiện nào được coi là khởi đầu của Chiến tranh lạnh?</w:t>
      </w:r>
    </w:p>
    <w:p>
      <w:pPr>
        <w:pStyle w:val="ListParagraph"/>
      </w:pPr>
      <w:r>
        <w:rPr>
          <w:sz w:val="22"/>
        </w:rPr>
        <w:t>A. Học thuyết Truman (1947)</w:t>
      </w:r>
    </w:p>
    <w:p>
      <w:pPr>
        <w:pStyle w:val="ListParagraph"/>
      </w:pPr>
      <w:r>
        <w:rPr>
          <w:sz w:val="22"/>
        </w:rPr>
        <w:t>B. Kế hoạch Marshall (1947)</w:t>
      </w:r>
    </w:p>
    <w:p>
      <w:pPr>
        <w:pStyle w:val="ListParagraph"/>
      </w:pPr>
      <w:r>
        <w:rPr>
          <w:sz w:val="22"/>
        </w:rPr>
        <w:t>C. Thành lập NATO (1949)</w:t>
      </w:r>
    </w:p>
    <w:p>
      <w:pPr>
        <w:pStyle w:val="ListParagraph"/>
      </w:pPr>
      <w:r>
        <w:rPr>
          <w:sz w:val="22"/>
        </w:rPr>
        <w:t>D. Thành lập Vácsava (1955)</w:t>
      </w:r>
    </w:p>
    <w:p/>
    <w:p>
      <w:r>
        <w:rPr>
          <w:b/>
          <w:sz w:val="24"/>
        </w:rPr>
        <w:t>Câu 10: Hai tổ chức quân sự đối đầu nhau trong Chiến tranh lạnh là?</w:t>
      </w:r>
    </w:p>
    <w:p>
      <w:pPr>
        <w:pStyle w:val="ListParagraph"/>
      </w:pPr>
      <w:r>
        <w:rPr>
          <w:sz w:val="22"/>
        </w:rPr>
        <w:t>A. NATO và Vácsava</w:t>
      </w:r>
    </w:p>
    <w:p>
      <w:pPr>
        <w:pStyle w:val="ListParagraph"/>
      </w:pPr>
      <w:r>
        <w:rPr>
          <w:sz w:val="22"/>
        </w:rPr>
        <w:t>B. SEATO và CENTO</w:t>
      </w:r>
    </w:p>
    <w:p>
      <w:pPr>
        <w:pStyle w:val="ListParagraph"/>
      </w:pPr>
      <w:r>
        <w:rPr>
          <w:sz w:val="22"/>
        </w:rPr>
        <w:t>C. EU và ASEAN</w:t>
      </w:r>
    </w:p>
    <w:p>
      <w:pPr>
        <w:pStyle w:val="ListParagraph"/>
      </w:pPr>
      <w:r>
        <w:rPr>
          <w:sz w:val="22"/>
        </w:rPr>
        <w:t>D. LHQ và NATO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