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Một trong những yếu tố tạo nên bản sắc của một xã</w:t>
      </w:r>
    </w:p>
    <w:p>
      <w:pPr>
        <w:jc w:val="center"/>
      </w:pPr>
      <w:r>
        <w:rPr>
          <w:sz w:val="22"/>
        </w:rPr>
        <w:t>Số câu: 48    Thời gian: _____ phút    Họ và tên: _________________________</w:t>
      </w:r>
    </w:p>
    <w:p/>
    <w:p>
      <w:r>
        <w:rPr>
          <w:b/>
          <w:sz w:val="24"/>
        </w:rPr>
        <w:t>Câu 1: Một trong những yếu tố tạo nên bản sắc của một xã hội hoặc nhóm người trong xã hội là</w:t>
      </w:r>
    </w:p>
    <w:p>
      <w:pPr>
        <w:pStyle w:val="ListParagraph"/>
      </w:pPr>
      <w:r>
        <w:rPr>
          <w:sz w:val="22"/>
        </w:rPr>
        <w:t>A. văn học.</w:t>
      </w:r>
    </w:p>
    <w:p>
      <w:pPr>
        <w:pStyle w:val="ListParagraph"/>
      </w:pPr>
      <w:r>
        <w:rPr>
          <w:sz w:val="22"/>
        </w:rPr>
        <w:t>B. văn hóa.</w:t>
      </w:r>
    </w:p>
    <w:p>
      <w:pPr>
        <w:pStyle w:val="ListParagraph"/>
      </w:pPr>
      <w:r>
        <w:rPr>
          <w:sz w:val="22"/>
        </w:rPr>
        <w:t>C. sử học.</w:t>
      </w:r>
    </w:p>
    <w:p>
      <w:pPr>
        <w:pStyle w:val="ListParagraph"/>
      </w:pPr>
      <w:r>
        <w:rPr>
          <w:sz w:val="22"/>
        </w:rPr>
        <w:t>D. kinh tế.</w:t>
      </w:r>
    </w:p>
    <w:p/>
    <w:p>
      <w:r>
        <w:rPr>
          <w:b/>
          <w:sz w:val="24"/>
        </w:rPr>
        <w:t>Câu 2: Những lĩnh vực nào có ảnh hưởng và ý nghĩa quan trọng trong văn hóa, xã hội, chính trị của cư dân Ai Cập cổ đại?</w:t>
      </w:r>
    </w:p>
    <w:p>
      <w:pPr>
        <w:pStyle w:val="ListParagraph"/>
      </w:pPr>
      <w:r>
        <w:rPr>
          <w:sz w:val="22"/>
        </w:rPr>
        <w:t>A. Dân cư, xã hội.</w:t>
      </w:r>
    </w:p>
    <w:p>
      <w:pPr>
        <w:pStyle w:val="ListParagraph"/>
      </w:pPr>
      <w:r>
        <w:rPr>
          <w:sz w:val="22"/>
        </w:rPr>
        <w:t>B. Tín ngưỡng, tôn giáo.</w:t>
      </w:r>
    </w:p>
    <w:p>
      <w:pPr>
        <w:pStyle w:val="ListParagraph"/>
      </w:pPr>
      <w:r>
        <w:rPr>
          <w:sz w:val="22"/>
        </w:rPr>
        <w:t>C. Chữ viết, văn học.</w:t>
      </w:r>
    </w:p>
    <w:p>
      <w:pPr>
        <w:pStyle w:val="ListParagraph"/>
      </w:pPr>
      <w:r>
        <w:rPr>
          <w:sz w:val="22"/>
        </w:rPr>
        <w:t>D. Ngôn ngữ, âm nhạc.</w:t>
      </w:r>
    </w:p>
    <w:p/>
    <w:p>
      <w:r>
        <w:rPr>
          <w:b/>
          <w:sz w:val="24"/>
        </w:rPr>
        <w:t>Câu 3: Hệ thống chữ viết cổ của người Ai Cập được gọi là</w:t>
      </w:r>
    </w:p>
    <w:p>
      <w:pPr>
        <w:pStyle w:val="ListParagraph"/>
      </w:pPr>
      <w:r>
        <w:rPr>
          <w:sz w:val="22"/>
        </w:rPr>
        <w:t>A. chữ cái Latinh.</w:t>
      </w:r>
    </w:p>
    <w:p>
      <w:pPr>
        <w:pStyle w:val="ListParagraph"/>
      </w:pPr>
      <w:r>
        <w:rPr>
          <w:sz w:val="22"/>
        </w:rPr>
        <w:t>B. chữ tượng hình.</w:t>
      </w:r>
    </w:p>
    <w:p>
      <w:pPr>
        <w:pStyle w:val="ListParagraph"/>
      </w:pPr>
      <w:r>
        <w:rPr>
          <w:sz w:val="22"/>
        </w:rPr>
        <w:t>C. chữ Phạn.</w:t>
      </w:r>
    </w:p>
    <w:p>
      <w:pPr>
        <w:pStyle w:val="ListParagraph"/>
      </w:pPr>
      <w:r>
        <w:rPr>
          <w:sz w:val="22"/>
        </w:rPr>
        <w:t>D. chữ cái Rô-ma.</w:t>
      </w:r>
    </w:p>
    <w:p/>
    <w:p>
      <w:r>
        <w:rPr>
          <w:b/>
          <w:sz w:val="24"/>
        </w:rPr>
        <w:t>Câu 4: Công trình kiến trúc tiêu biểu của người Ai Cập cổ đại là</w:t>
      </w:r>
    </w:p>
    <w:p>
      <w:pPr>
        <w:pStyle w:val="ListParagraph"/>
      </w:pPr>
      <w:r>
        <w:rPr>
          <w:sz w:val="22"/>
        </w:rPr>
        <w:t>A. tháp Thạt Luổng.</w:t>
      </w:r>
    </w:p>
    <w:p>
      <w:pPr>
        <w:pStyle w:val="ListParagraph"/>
      </w:pPr>
      <w:r>
        <w:rPr>
          <w:sz w:val="22"/>
        </w:rPr>
        <w:t>B. Kim tự tháp.</w:t>
      </w:r>
    </w:p>
    <w:p>
      <w:pPr>
        <w:pStyle w:val="ListParagraph"/>
      </w:pPr>
      <w:r>
        <w:rPr>
          <w:sz w:val="22"/>
        </w:rPr>
        <w:t>C. đấu trường Rô-ma.</w:t>
      </w:r>
    </w:p>
    <w:p>
      <w:pPr>
        <w:pStyle w:val="ListParagraph"/>
      </w:pPr>
      <w:r>
        <w:rPr>
          <w:sz w:val="22"/>
        </w:rPr>
        <w:t>D. Vạn lí trường thành.</w:t>
      </w:r>
    </w:p>
    <w:p/>
    <w:p>
      <w:r>
        <w:rPr>
          <w:b/>
          <w:sz w:val="24"/>
        </w:rPr>
        <w:t>Câu 5: Quốc gia nào sau đây được gọi là “Quê hương của những tôn giáo lớn trên thế giới”?</w:t>
      </w:r>
    </w:p>
    <w:p>
      <w:pPr>
        <w:pStyle w:val="ListParagraph"/>
      </w:pPr>
      <w:r>
        <w:rPr>
          <w:sz w:val="22"/>
        </w:rPr>
        <w:t>A. Ấn Độ.</w:t>
      </w:r>
    </w:p>
    <w:p>
      <w:pPr>
        <w:pStyle w:val="ListParagraph"/>
      </w:pPr>
      <w:r>
        <w:rPr>
          <w:sz w:val="22"/>
        </w:rPr>
        <w:t>B. Trung Quốc.</w:t>
      </w:r>
    </w:p>
    <w:p>
      <w:pPr>
        <w:pStyle w:val="ListParagraph"/>
      </w:pPr>
      <w:r>
        <w:rPr>
          <w:sz w:val="22"/>
        </w:rPr>
        <w:t>C. Ai Cập.</w:t>
      </w:r>
    </w:p>
    <w:p>
      <w:pPr>
        <w:pStyle w:val="ListParagraph"/>
      </w:pPr>
      <w:r>
        <w:rPr>
          <w:sz w:val="22"/>
        </w:rPr>
        <w:t>D. La Mã.</w:t>
      </w:r>
    </w:p>
    <w:p/>
    <w:p>
      <w:r>
        <w:rPr>
          <w:b/>
          <w:sz w:val="24"/>
        </w:rPr>
        <w:t>Câu 6: Văn học Ấn Độ trở thành nguồn cảm hứng không chỉ trong nước mà nó ảnh hưởng đến nhiều nơi khác trên thế giới, tiêu biểu là ở khu vực nào sau đây?</w:t>
      </w:r>
    </w:p>
    <w:p>
      <w:pPr>
        <w:pStyle w:val="ListParagraph"/>
      </w:pPr>
      <w:r>
        <w:rPr>
          <w:sz w:val="22"/>
        </w:rPr>
        <w:t>A. Phía Tây châu Á.</w:t>
      </w:r>
    </w:p>
    <w:p>
      <w:pPr>
        <w:pStyle w:val="ListParagraph"/>
      </w:pPr>
      <w:r>
        <w:rPr>
          <w:sz w:val="22"/>
        </w:rPr>
        <w:t>B. Đông Bắc Á.</w:t>
      </w:r>
    </w:p>
    <w:p>
      <w:pPr>
        <w:pStyle w:val="ListParagraph"/>
      </w:pPr>
      <w:r>
        <w:rPr>
          <w:sz w:val="22"/>
        </w:rPr>
        <w:t>C. Đông Nam Á.</w:t>
      </w:r>
    </w:p>
    <w:p>
      <w:pPr>
        <w:pStyle w:val="ListParagraph"/>
      </w:pPr>
      <w:r>
        <w:rPr>
          <w:sz w:val="22"/>
        </w:rPr>
        <w:t>D. Châu Đại Dương.</w:t>
      </w:r>
    </w:p>
    <w:p/>
    <w:p>
      <w:r>
        <w:rPr>
          <w:b/>
          <w:sz w:val="24"/>
        </w:rPr>
        <w:t>Câu 7: Ngoài ảnh hưởng sâu rộng ở Ấn Độ, tôn giáo nào sau đây còn được truyền bá rộng rãi ra bên ngoài?</w:t>
      </w:r>
    </w:p>
    <w:p>
      <w:pPr>
        <w:pStyle w:val="ListParagraph"/>
      </w:pPr>
      <w:r>
        <w:rPr>
          <w:sz w:val="22"/>
        </w:rPr>
        <w:t>A. Đạo giáo, Nho giáo.</w:t>
      </w:r>
    </w:p>
    <w:p>
      <w:pPr>
        <w:pStyle w:val="ListParagraph"/>
      </w:pPr>
      <w:r>
        <w:rPr>
          <w:sz w:val="22"/>
        </w:rPr>
        <w:t>B. Hồi giáo, Thiên Chúa giáo.</w:t>
      </w:r>
    </w:p>
    <w:p>
      <w:pPr>
        <w:pStyle w:val="ListParagraph"/>
      </w:pPr>
      <w:r>
        <w:rPr>
          <w:sz w:val="22"/>
        </w:rPr>
        <w:t>C. Đạo Cao Đài, Đạo Hòa Hảo.</w:t>
      </w:r>
    </w:p>
    <w:p>
      <w:pPr>
        <w:pStyle w:val="ListParagraph"/>
      </w:pPr>
      <w:r>
        <w:rPr>
          <w:sz w:val="22"/>
        </w:rPr>
        <w:t>D. Hin-đu giáo, Phật giáo.</w:t>
      </w:r>
    </w:p>
    <w:p/>
    <w:p>
      <w:r>
        <w:rPr>
          <w:b/>
          <w:sz w:val="24"/>
        </w:rPr>
        <w:t>Câu 8: Khu vực nào sau đây đã tiếp thu và cải biên chữ viết San-xcrít của người Ấn Độ thành chữ viết của dân tộc mình?</w:t>
      </w:r>
    </w:p>
    <w:p>
      <w:pPr>
        <w:pStyle w:val="ListParagraph"/>
      </w:pPr>
      <w:r>
        <w:rPr>
          <w:sz w:val="22"/>
        </w:rPr>
        <w:t>A. Đông Nam Á.</w:t>
      </w:r>
    </w:p>
    <w:p>
      <w:pPr>
        <w:pStyle w:val="ListParagraph"/>
      </w:pPr>
      <w:r>
        <w:rPr>
          <w:sz w:val="22"/>
        </w:rPr>
        <w:t>B. Bắc Á.</w:t>
      </w:r>
    </w:p>
    <w:p>
      <w:pPr>
        <w:pStyle w:val="ListParagraph"/>
      </w:pPr>
      <w:r>
        <w:rPr>
          <w:sz w:val="22"/>
        </w:rPr>
        <w:t>C. Châu Âu.</w:t>
      </w:r>
    </w:p>
    <w:p>
      <w:pPr>
        <w:pStyle w:val="ListParagraph"/>
      </w:pPr>
      <w:r>
        <w:rPr>
          <w:sz w:val="22"/>
        </w:rPr>
        <w:t>D. Châu Mĩ.</w:t>
      </w:r>
    </w:p>
    <w:p/>
    <w:p>
      <w:r>
        <w:rPr>
          <w:b/>
          <w:sz w:val="24"/>
        </w:rPr>
        <w:t>Câu 9: Chữ San-xcrít được người Ấn Độ cải biên trên cơ sở</w:t>
      </w:r>
    </w:p>
    <w:p>
      <w:pPr>
        <w:pStyle w:val="ListParagraph"/>
      </w:pPr>
      <w:r>
        <w:rPr>
          <w:sz w:val="22"/>
        </w:rPr>
        <w:t>A. chữ Rô-ma, chữ số La Mã.</w:t>
      </w:r>
    </w:p>
    <w:p>
      <w:pPr>
        <w:pStyle w:val="ListParagraph"/>
      </w:pPr>
      <w:r>
        <w:rPr>
          <w:sz w:val="22"/>
        </w:rPr>
        <w:t>B. chữ Hán và chữ Quốc ngữ.</w:t>
      </w:r>
    </w:p>
    <w:p>
      <w:pPr>
        <w:pStyle w:val="ListParagraph"/>
      </w:pPr>
      <w:r>
        <w:rPr>
          <w:sz w:val="22"/>
        </w:rPr>
        <w:t>C. chữ Kha-rốt-thi và chữ Bra-mi.</w:t>
      </w:r>
    </w:p>
    <w:p>
      <w:pPr>
        <w:pStyle w:val="ListParagraph"/>
      </w:pPr>
      <w:r>
        <w:rPr>
          <w:sz w:val="22"/>
        </w:rPr>
        <w:t>D. chữ cái Latinh và chữ cái Phê-ni-xi.</w:t>
      </w:r>
    </w:p>
    <w:p/>
    <w:p>
      <w:r>
        <w:rPr>
          <w:b/>
          <w:sz w:val="24"/>
        </w:rPr>
        <w:t>Câu 10: Học thuyết tư tưởng và tôn giáo nào sau đây đã hình thành ở Trung Hoa thời cổ-trung đại?</w:t>
      </w:r>
    </w:p>
    <w:p>
      <w:pPr>
        <w:pStyle w:val="ListParagraph"/>
      </w:pPr>
      <w:r>
        <w:rPr>
          <w:sz w:val="22"/>
        </w:rPr>
        <w:t>A. Nho giáo.</w:t>
      </w:r>
    </w:p>
    <w:p>
      <w:pPr>
        <w:pStyle w:val="ListParagraph"/>
      </w:pPr>
      <w:r>
        <w:rPr>
          <w:sz w:val="22"/>
        </w:rPr>
        <w:t>B. Hòa Hảo.</w:t>
      </w:r>
    </w:p>
    <w:p>
      <w:pPr>
        <w:pStyle w:val="ListParagraph"/>
      </w:pPr>
      <w:r>
        <w:rPr>
          <w:sz w:val="22"/>
        </w:rPr>
        <w:t>C. Tin lành.</w:t>
      </w:r>
    </w:p>
    <w:p>
      <w:pPr>
        <w:pStyle w:val="ListParagraph"/>
      </w:pPr>
      <w:r>
        <w:rPr>
          <w:sz w:val="22"/>
        </w:rPr>
        <w:t>D. Thiên Chúa giáo.</w:t>
      </w:r>
    </w:p>
    <w:p/>
    <w:p>
      <w:r>
        <w:rPr>
          <w:b/>
          <w:sz w:val="24"/>
        </w:rPr>
        <w:t>Câu 11: Nội dung nào sau đây phản ánh đúng về khái niệm văn minh?</w:t>
      </w:r>
    </w:p>
    <w:p>
      <w:pPr>
        <w:pStyle w:val="ListParagraph"/>
      </w:pPr>
      <w:r>
        <w:rPr>
          <w:sz w:val="22"/>
        </w:rPr>
        <w:t>A. Văn minh là sự tiến bộ về vật chất và tinh thần.</w:t>
      </w:r>
    </w:p>
    <w:p>
      <w:pPr>
        <w:pStyle w:val="ListParagraph"/>
      </w:pPr>
      <w:r>
        <w:rPr>
          <w:sz w:val="22"/>
        </w:rPr>
        <w:t>B. Văn minh là sự phát triển rất cao về giáo dục và văn hóa.</w:t>
      </w:r>
    </w:p>
    <w:p>
      <w:pPr>
        <w:pStyle w:val="ListParagraph"/>
      </w:pPr>
      <w:r>
        <w:rPr>
          <w:sz w:val="22"/>
        </w:rPr>
        <w:t>C. Văn minh là sự đi đầu của cuộc cách mạng khoa học công nghệ.</w:t>
      </w:r>
    </w:p>
    <w:p>
      <w:pPr>
        <w:pStyle w:val="ListParagraph"/>
      </w:pPr>
      <w:r>
        <w:rPr>
          <w:sz w:val="22"/>
        </w:rPr>
        <w:t>D. Văn minh là sự chuyển hóa thành công từ vượn thành người.</w:t>
      </w:r>
    </w:p>
    <w:p/>
    <w:p>
      <w:r>
        <w:rPr>
          <w:b/>
          <w:sz w:val="24"/>
        </w:rPr>
        <w:t>Câu 12: Nội dung nào sau đây phản ánh đúng về văn hóa?</w:t>
      </w:r>
    </w:p>
    <w:p>
      <w:pPr>
        <w:pStyle w:val="ListParagraph"/>
      </w:pPr>
      <w:r>
        <w:rPr>
          <w:sz w:val="22"/>
        </w:rPr>
        <w:t>A. Văn hóa là những đòi hỏi của con người về vật chất và tinh thần.</w:t>
      </w:r>
    </w:p>
    <w:p>
      <w:pPr>
        <w:pStyle w:val="ListParagraph"/>
      </w:pPr>
      <w:r>
        <w:rPr>
          <w:sz w:val="22"/>
        </w:rPr>
        <w:t>B. Văn hóa là sự phát triển rất cao về giáo dục và khoa học công nghệ.</w:t>
      </w:r>
    </w:p>
    <w:p>
      <w:pPr>
        <w:pStyle w:val="ListParagraph"/>
      </w:pPr>
      <w:r>
        <w:rPr>
          <w:sz w:val="22"/>
        </w:rPr>
        <w:t>C. Văn hóa là tổng thể những giá trị vật chất, tinh thần do con người sáng tạo ra.</w:t>
      </w:r>
    </w:p>
    <w:p>
      <w:pPr>
        <w:pStyle w:val="ListParagraph"/>
      </w:pPr>
      <w:r>
        <w:rPr>
          <w:sz w:val="22"/>
        </w:rPr>
        <w:t>D. Văn hóa là những tiêu chuẩn cơ bản để cải thiện cuộc sống của con người.</w:t>
      </w:r>
    </w:p>
    <w:p/>
    <w:p>
      <w:r>
        <w:rPr>
          <w:b/>
          <w:sz w:val="24"/>
        </w:rPr>
        <w:t>Câu 13: Văn hóa Trung Hoa đã ảnh hưởng ra bên ngoài chủ yếu trên những lĩnh vực nào sau đây?</w:t>
      </w:r>
    </w:p>
    <w:p>
      <w:pPr>
        <w:pStyle w:val="ListParagraph"/>
      </w:pPr>
      <w:r>
        <w:rPr>
          <w:sz w:val="22"/>
        </w:rPr>
        <w:t>A. Quân sự, mĩ thuật.</w:t>
      </w:r>
    </w:p>
    <w:p>
      <w:pPr>
        <w:pStyle w:val="ListParagraph"/>
      </w:pPr>
      <w:r>
        <w:rPr>
          <w:sz w:val="22"/>
        </w:rPr>
        <w:t>B. Chính trị, thể thao.</w:t>
      </w:r>
    </w:p>
    <w:p>
      <w:pPr>
        <w:pStyle w:val="ListParagraph"/>
      </w:pPr>
      <w:r>
        <w:rPr>
          <w:sz w:val="22"/>
        </w:rPr>
        <w:t>C. Tư tưởng, tôn giáo.</w:t>
      </w:r>
    </w:p>
    <w:p>
      <w:pPr>
        <w:pStyle w:val="ListParagraph"/>
      </w:pPr>
      <w:r>
        <w:rPr>
          <w:sz w:val="22"/>
        </w:rPr>
        <w:t>D. Kinh tế, giao thông.</w:t>
      </w:r>
    </w:p>
    <w:p/>
    <w:p>
      <w:r>
        <w:rPr>
          <w:b/>
          <w:sz w:val="24"/>
        </w:rPr>
        <w:t>Câu 14: Các tác phẩm văn học Ấn Độ thời cổ - trung đại chứa đựng những giá trị về</w:t>
      </w:r>
    </w:p>
    <w:p>
      <w:pPr>
        <w:pStyle w:val="ListParagraph"/>
      </w:pPr>
      <w:r>
        <w:rPr>
          <w:sz w:val="22"/>
        </w:rPr>
        <w:t>A. miêu tả vẻ đẹp của các địa danh đất nước.</w:t>
      </w:r>
    </w:p>
    <w:p>
      <w:pPr>
        <w:pStyle w:val="ListParagraph"/>
      </w:pPr>
      <w:r>
        <w:rPr>
          <w:sz w:val="22"/>
        </w:rPr>
        <w:t>B. các chiến công của các anh hùng dân tộc.</w:t>
      </w:r>
    </w:p>
    <w:p>
      <w:pPr>
        <w:pStyle w:val="ListParagraph"/>
      </w:pPr>
      <w:r>
        <w:rPr>
          <w:sz w:val="22"/>
        </w:rPr>
        <w:t>C. các công trình kiến trúc thời xưa.</w:t>
      </w:r>
    </w:p>
    <w:p>
      <w:pPr>
        <w:pStyle w:val="ListParagraph"/>
      </w:pPr>
      <w:r>
        <w:rPr>
          <w:sz w:val="22"/>
        </w:rPr>
        <w:t>D. nghệ thuật và nhân văn sâu sắc.</w:t>
      </w:r>
    </w:p>
    <w:p/>
    <w:p>
      <w:r>
        <w:rPr>
          <w:b/>
          <w:sz w:val="24"/>
        </w:rPr>
        <w:t>Câu 15: Nền văn minh nào sau đây ở phương Đông đã thể hiện rõ nét mối liên hệ về tri thức, khoa học, kĩ thuật giữa phương Đông và phương Tây thời cổ - trung đại?</w:t>
      </w:r>
    </w:p>
    <w:p>
      <w:pPr>
        <w:pStyle w:val="ListParagraph"/>
      </w:pPr>
      <w:r>
        <w:rPr>
          <w:sz w:val="22"/>
        </w:rPr>
        <w:t>A. Văn minh Ấn Độ.</w:t>
      </w:r>
    </w:p>
    <w:p>
      <w:pPr>
        <w:pStyle w:val="ListParagraph"/>
      </w:pPr>
      <w:r>
        <w:rPr>
          <w:sz w:val="22"/>
        </w:rPr>
        <w:t>B. Văn minh Ai Cập.</w:t>
      </w:r>
    </w:p>
    <w:p>
      <w:pPr>
        <w:pStyle w:val="ListParagraph"/>
      </w:pPr>
      <w:r>
        <w:rPr>
          <w:sz w:val="22"/>
        </w:rPr>
        <w:t>C. Văn minh Lưỡng Hà.</w:t>
      </w:r>
    </w:p>
    <w:p>
      <w:pPr>
        <w:pStyle w:val="ListParagraph"/>
      </w:pPr>
      <w:r>
        <w:rPr>
          <w:sz w:val="22"/>
        </w:rPr>
        <w:t>D. Văn minh Trung Hoa.</w:t>
      </w:r>
    </w:p>
    <w:p/>
    <w:p>
      <w:r>
        <w:rPr>
          <w:b/>
          <w:sz w:val="24"/>
        </w:rPr>
        <w:t>Câu 16: Tôn giáo nào ra đời ở Ấn Độ và trở thành một trong những tôn giáo lớn trên thế giới?</w:t>
      </w:r>
    </w:p>
    <w:p>
      <w:pPr>
        <w:pStyle w:val="ListParagraph"/>
      </w:pPr>
      <w:r>
        <w:rPr>
          <w:sz w:val="22"/>
        </w:rPr>
        <w:t>A. Hồi giáo.</w:t>
      </w:r>
    </w:p>
    <w:p>
      <w:pPr>
        <w:pStyle w:val="ListParagraph"/>
      </w:pPr>
      <w:r>
        <w:rPr>
          <w:sz w:val="22"/>
        </w:rPr>
        <w:t>B. Nho giáo.</w:t>
      </w:r>
    </w:p>
    <w:p>
      <w:pPr>
        <w:pStyle w:val="ListParagraph"/>
      </w:pPr>
      <w:r>
        <w:rPr>
          <w:sz w:val="22"/>
        </w:rPr>
        <w:t>C. Kitô giáo.</w:t>
      </w:r>
    </w:p>
    <w:p>
      <w:pPr>
        <w:pStyle w:val="ListParagraph"/>
      </w:pPr>
      <w:r>
        <w:rPr>
          <w:sz w:val="22"/>
        </w:rPr>
        <w:t>D. Phật giáo.</w:t>
      </w:r>
    </w:p>
    <w:p/>
    <w:p>
      <w:r>
        <w:rPr>
          <w:b/>
          <w:sz w:val="24"/>
        </w:rPr>
        <w:t>Câu 17: Các học thuyết tư tưởng, tôn giáo ra đời ở Trung Hoa thời cổ - trung đại nhằm mục đích</w:t>
      </w:r>
    </w:p>
    <w:p>
      <w:pPr>
        <w:pStyle w:val="ListParagraph"/>
      </w:pPr>
      <w:r>
        <w:rPr>
          <w:sz w:val="22"/>
        </w:rPr>
        <w:t>A. hướng con người đến cuộc sống trường sinh, bất tử.</w:t>
      </w:r>
    </w:p>
    <w:p>
      <w:pPr>
        <w:pStyle w:val="ListParagraph"/>
      </w:pPr>
      <w:r>
        <w:rPr>
          <w:sz w:val="22"/>
        </w:rPr>
        <w:t>B. giải thích về thế giới và các biện pháp cai trị đất nước.</w:t>
      </w:r>
    </w:p>
    <w:p>
      <w:pPr>
        <w:pStyle w:val="ListParagraph"/>
      </w:pPr>
      <w:r>
        <w:rPr>
          <w:sz w:val="22"/>
        </w:rPr>
        <w:t>C. phục vụ cho quá trình xâm lược của các triều đại.</w:t>
      </w:r>
    </w:p>
    <w:p>
      <w:pPr>
        <w:pStyle w:val="ListParagraph"/>
      </w:pPr>
      <w:r>
        <w:rPr>
          <w:sz w:val="22"/>
        </w:rPr>
        <w:t>D. giải thích sự ra đời của con người trên thế giới.</w:t>
      </w:r>
    </w:p>
    <w:p/>
    <w:p>
      <w:r>
        <w:rPr>
          <w:b/>
          <w:sz w:val="24"/>
        </w:rPr>
        <w:t>Câu 18: Một trong những loại hình tiêu biểu của nền văn học Trung Hoa thời cổ-trung địa là</w:t>
      </w:r>
    </w:p>
    <w:p>
      <w:pPr>
        <w:pStyle w:val="ListParagraph"/>
      </w:pPr>
      <w:r>
        <w:rPr>
          <w:sz w:val="22"/>
        </w:rPr>
        <w:t>A. truyện ngắn.</w:t>
      </w:r>
    </w:p>
    <w:p>
      <w:pPr>
        <w:pStyle w:val="ListParagraph"/>
      </w:pPr>
      <w:r>
        <w:rPr>
          <w:sz w:val="22"/>
        </w:rPr>
        <w:t>B. thơ Đường.</w:t>
      </w:r>
    </w:p>
    <w:p>
      <w:pPr>
        <w:pStyle w:val="ListParagraph"/>
      </w:pPr>
      <w:r>
        <w:rPr>
          <w:sz w:val="22"/>
        </w:rPr>
        <w:t>C. truyện ngụ ngôn.</w:t>
      </w:r>
    </w:p>
    <w:p>
      <w:pPr>
        <w:pStyle w:val="ListParagraph"/>
      </w:pPr>
      <w:r>
        <w:rPr>
          <w:sz w:val="22"/>
        </w:rPr>
        <w:t>D. thần thoại.</w:t>
      </w:r>
    </w:p>
    <w:p/>
    <w:p>
      <w:r>
        <w:rPr>
          <w:b/>
          <w:sz w:val="24"/>
        </w:rPr>
        <w:t>Câu 19: Một trong những loại hình tiêu biểu của nền văn học Trung Hoa thời cổ-trung địa là</w:t>
      </w:r>
    </w:p>
    <w:p>
      <w:pPr>
        <w:pStyle w:val="ListParagraph"/>
      </w:pPr>
      <w:r>
        <w:rPr>
          <w:sz w:val="22"/>
        </w:rPr>
        <w:t>A. truyện ngắn.</w:t>
      </w:r>
    </w:p>
    <w:p>
      <w:pPr>
        <w:pStyle w:val="ListParagraph"/>
      </w:pPr>
      <w:r>
        <w:rPr>
          <w:sz w:val="22"/>
        </w:rPr>
        <w:t>B. tiểu thuyết.</w:t>
      </w:r>
    </w:p>
    <w:p>
      <w:pPr>
        <w:pStyle w:val="ListParagraph"/>
      </w:pPr>
      <w:r>
        <w:rPr>
          <w:sz w:val="22"/>
        </w:rPr>
        <w:t>C. truyện ngụ ngôn.</w:t>
      </w:r>
    </w:p>
    <w:p>
      <w:pPr>
        <w:pStyle w:val="ListParagraph"/>
      </w:pPr>
      <w:r>
        <w:rPr>
          <w:sz w:val="22"/>
        </w:rPr>
        <w:t>D. thần thoại.</w:t>
      </w:r>
    </w:p>
    <w:p/>
    <w:p>
      <w:r>
        <w:rPr>
          <w:b/>
          <w:sz w:val="24"/>
        </w:rPr>
        <w:t>Câu 20: Nội dung nào sau đây không phản ánh đúng về khái niệm văn minh?</w:t>
      </w:r>
    </w:p>
    <w:p>
      <w:pPr>
        <w:pStyle w:val="ListParagraph"/>
      </w:pPr>
      <w:r>
        <w:rPr>
          <w:sz w:val="22"/>
        </w:rPr>
        <w:t>A. Trạng thái phát triển cao của nền văn hóa.</w:t>
      </w:r>
    </w:p>
    <w:p>
      <w:pPr>
        <w:pStyle w:val="ListParagraph"/>
      </w:pPr>
      <w:r>
        <w:rPr>
          <w:sz w:val="22"/>
        </w:rPr>
        <w:t>B. Những tiêu chuẩn riêng để nhận diện.</w:t>
      </w:r>
    </w:p>
    <w:p>
      <w:pPr>
        <w:pStyle w:val="ListParagraph"/>
      </w:pPr>
      <w:r>
        <w:rPr>
          <w:sz w:val="22"/>
        </w:rPr>
        <w:t>C. Tạo ra đặc tính, bản sắc của xã hội.</w:t>
      </w:r>
    </w:p>
    <w:p>
      <w:pPr>
        <w:pStyle w:val="ListParagraph"/>
      </w:pPr>
      <w:r>
        <w:rPr>
          <w:sz w:val="22"/>
        </w:rPr>
        <w:t>D. Sự tiến bộ về vật chất và tinh thần.</w:t>
      </w:r>
    </w:p>
    <w:p/>
    <w:p>
      <w:r>
        <w:rPr>
          <w:b/>
          <w:sz w:val="24"/>
        </w:rPr>
        <w:t>Câu 21: Yếu tố nào sau đây không phải là tiêu chuẩn cơ bản để nhận diện văn minh loài người?</w:t>
      </w:r>
    </w:p>
    <w:p>
      <w:pPr>
        <w:pStyle w:val="ListParagraph"/>
      </w:pPr>
      <w:r>
        <w:rPr>
          <w:sz w:val="22"/>
        </w:rPr>
        <w:t>A. Nhà nước.</w:t>
      </w:r>
    </w:p>
    <w:p>
      <w:pPr>
        <w:pStyle w:val="ListParagraph"/>
      </w:pPr>
      <w:r>
        <w:rPr>
          <w:sz w:val="22"/>
        </w:rPr>
        <w:t>B. Đô thị.</w:t>
      </w:r>
    </w:p>
    <w:p>
      <w:pPr>
        <w:pStyle w:val="ListParagraph"/>
      </w:pPr>
      <w:r>
        <w:rPr>
          <w:sz w:val="22"/>
        </w:rPr>
        <w:t>C. Tôn giáo.</w:t>
      </w:r>
    </w:p>
    <w:p>
      <w:pPr>
        <w:pStyle w:val="ListParagraph"/>
      </w:pPr>
      <w:r>
        <w:rPr>
          <w:sz w:val="22"/>
        </w:rPr>
        <w:t>D. Tổ chức xã hội.</w:t>
      </w:r>
    </w:p>
    <w:p/>
    <w:p>
      <w:r>
        <w:rPr>
          <w:b/>
          <w:sz w:val="24"/>
        </w:rPr>
        <w:t>Câu 22: Một trong những thành tựu mà người Ấn Độ đạt được vào thời cổ-trung đại là</w:t>
      </w:r>
    </w:p>
    <w:p>
      <w:pPr>
        <w:pStyle w:val="ListParagraph"/>
      </w:pPr>
      <w:r>
        <w:rPr>
          <w:sz w:val="22"/>
        </w:rPr>
        <w:t>A. biết dùng phẫu thuật để chắp xương sọ.</w:t>
      </w:r>
    </w:p>
    <w:p>
      <w:pPr>
        <w:pStyle w:val="ListParagraph"/>
      </w:pPr>
      <w:r>
        <w:rPr>
          <w:sz w:val="22"/>
        </w:rPr>
        <w:t>B. rất giỏi về kĩ thuật ướp xác người.</w:t>
      </w:r>
    </w:p>
    <w:p>
      <w:pPr>
        <w:pStyle w:val="ListParagraph"/>
      </w:pPr>
      <w:r>
        <w:rPr>
          <w:sz w:val="22"/>
        </w:rPr>
        <w:t>C. đã sử dụng hệ số đếm thập phân.</w:t>
      </w:r>
    </w:p>
    <w:p>
      <w:pPr>
        <w:pStyle w:val="ListParagraph"/>
      </w:pPr>
      <w:r>
        <w:rPr>
          <w:sz w:val="22"/>
        </w:rPr>
        <w:t>D. chuẩn đoán và chữa bệnh bằng thuốc.</w:t>
      </w:r>
    </w:p>
    <w:p/>
    <w:p>
      <w:r>
        <w:rPr>
          <w:b/>
          <w:sz w:val="24"/>
        </w:rPr>
        <w:t>Câu 23: Tín ngưỡng, tôn giáo của người Ai Cập cổ đại có tác động đến</w:t>
      </w:r>
    </w:p>
    <w:p>
      <w:pPr>
        <w:pStyle w:val="ListParagraph"/>
      </w:pPr>
      <w:r>
        <w:rPr>
          <w:sz w:val="22"/>
        </w:rPr>
        <w:t>A. nhiều thành tựu văn minh của Ai Cập.</w:t>
      </w:r>
    </w:p>
    <w:p>
      <w:pPr>
        <w:pStyle w:val="ListParagraph"/>
      </w:pPr>
      <w:r>
        <w:rPr>
          <w:sz w:val="22"/>
        </w:rPr>
        <w:t>B. nhận thức thay đổi về sùng bái đa thần.</w:t>
      </w:r>
    </w:p>
    <w:p>
      <w:pPr>
        <w:pStyle w:val="ListParagraph"/>
      </w:pPr>
      <w:r>
        <w:rPr>
          <w:sz w:val="22"/>
        </w:rPr>
        <w:t>C. các hình thức tôn giáo của người Ấn Độ.</w:t>
      </w:r>
    </w:p>
    <w:p>
      <w:pPr>
        <w:pStyle w:val="ListParagraph"/>
      </w:pPr>
      <w:r>
        <w:rPr>
          <w:sz w:val="22"/>
        </w:rPr>
        <w:t>D. những thành tựu văn hóa ở Trung Quốc.</w:t>
      </w:r>
    </w:p>
    <w:p/>
    <w:p>
      <w:r>
        <w:rPr>
          <w:b/>
          <w:sz w:val="24"/>
        </w:rPr>
        <w:t>Câu 24: Về thiên văn học, người Trung Hoa thời cổ-trung đại không đạt được thành tựu nào sau đây?</w:t>
      </w:r>
    </w:p>
    <w:p>
      <w:pPr>
        <w:pStyle w:val="ListParagraph"/>
      </w:pPr>
      <w:r>
        <w:rPr>
          <w:sz w:val="22"/>
        </w:rPr>
        <w:t>A. Ghi chép về nguyệt thực.</w:t>
      </w:r>
    </w:p>
    <w:p>
      <w:pPr>
        <w:pStyle w:val="ListParagraph"/>
      </w:pPr>
      <w:r>
        <w:rPr>
          <w:sz w:val="22"/>
        </w:rPr>
        <w:t>B. Đã sớm đặt ra lịch.</w:t>
      </w:r>
    </w:p>
    <w:p>
      <w:pPr>
        <w:pStyle w:val="ListParagraph"/>
      </w:pPr>
      <w:r>
        <w:rPr>
          <w:sz w:val="22"/>
        </w:rPr>
        <w:t>C. Ghi chép về nhật thực.</w:t>
      </w:r>
    </w:p>
    <w:p>
      <w:pPr>
        <w:pStyle w:val="ListParagraph"/>
      </w:pPr>
      <w:r>
        <w:rPr>
          <w:sz w:val="22"/>
        </w:rPr>
        <w:t>D. Nhận ra Trái Đất hình cầu.</w:t>
      </w:r>
    </w:p>
    <w:p/>
    <w:p>
      <w:r>
        <w:rPr>
          <w:b/>
          <w:sz w:val="24"/>
        </w:rPr>
        <w:t>Câu 25: Những thành tựu khoa học – kĩ thuật của văn minh Ấn Độ thời cổ - trung đại đã</w:t>
      </w:r>
    </w:p>
    <w:p>
      <w:pPr>
        <w:pStyle w:val="ListParagraph"/>
      </w:pPr>
      <w:r>
        <w:rPr>
          <w:sz w:val="22"/>
        </w:rPr>
        <w:t>A. góp phần thúc đẩy chế độ phong kiến ra đời sớm nhất ở phương Đông.</w:t>
      </w:r>
    </w:p>
    <w:p>
      <w:pPr>
        <w:pStyle w:val="ListParagraph"/>
      </w:pPr>
      <w:r>
        <w:rPr>
          <w:sz w:val="22"/>
        </w:rPr>
        <w:t>B. tạo ra mối liên hệ về tri thức, khoa học giữa phương Đông và phương Tây.</w:t>
      </w:r>
    </w:p>
    <w:p>
      <w:pPr>
        <w:pStyle w:val="ListParagraph"/>
      </w:pPr>
      <w:r>
        <w:rPr>
          <w:sz w:val="22"/>
        </w:rPr>
        <w:t>C. minh chứng cho sự ảnh hưởng của nền văn minh này đối với châu Âu.</w:t>
      </w:r>
    </w:p>
    <w:p>
      <w:pPr>
        <w:pStyle w:val="ListParagraph"/>
      </w:pPr>
      <w:r>
        <w:rPr>
          <w:sz w:val="22"/>
        </w:rPr>
        <w:t>D. đóng góp quan trọng vào kho tàng tri thức của văn minh nhân loại.</w:t>
      </w:r>
    </w:p>
    <w:p/>
    <w:p>
      <w:r>
        <w:rPr>
          <w:b/>
          <w:sz w:val="24"/>
        </w:rPr>
        <w:t>Câu 26: Một trong bốn phát minh lớn của người Trung Hoa vào thời cổ-trung đại mà thế giới vẫn còn tiếp tục sử dụng đến ngày nay là</w:t>
      </w:r>
    </w:p>
    <w:p>
      <w:pPr>
        <w:pStyle w:val="ListParagraph"/>
      </w:pPr>
      <w:r>
        <w:rPr>
          <w:sz w:val="22"/>
        </w:rPr>
        <w:t>A. la bàn.</w:t>
      </w:r>
    </w:p>
    <w:p>
      <w:pPr>
        <w:pStyle w:val="ListParagraph"/>
      </w:pPr>
      <w:r>
        <w:rPr>
          <w:sz w:val="22"/>
        </w:rPr>
        <w:t>B. toán hình.</w:t>
      </w:r>
    </w:p>
    <w:p>
      <w:pPr>
        <w:pStyle w:val="ListParagraph"/>
      </w:pPr>
      <w:r>
        <w:rPr>
          <w:sz w:val="22"/>
        </w:rPr>
        <w:t>C. thuyết nguyên tử.</w:t>
      </w:r>
    </w:p>
    <w:p>
      <w:pPr>
        <w:pStyle w:val="ListParagraph"/>
      </w:pPr>
      <w:r>
        <w:rPr>
          <w:sz w:val="22"/>
        </w:rPr>
        <w:t>D. số không (0).</w:t>
      </w:r>
    </w:p>
    <w:p/>
    <w:p>
      <w:r>
        <w:rPr>
          <w:b/>
          <w:sz w:val="24"/>
        </w:rPr>
        <w:t>Câu 27: Một trong bốn phát minh lớn của người Trung Hoa vào thời cổ-trung đại mà thế giới vẫn còn tiếp tục sử dụng đến ngày nay là</w:t>
      </w:r>
    </w:p>
    <w:p>
      <w:pPr>
        <w:pStyle w:val="ListParagraph"/>
      </w:pPr>
      <w:r>
        <w:rPr>
          <w:sz w:val="22"/>
        </w:rPr>
        <w:t>A. thuốc súng.</w:t>
      </w:r>
    </w:p>
    <w:p>
      <w:pPr>
        <w:pStyle w:val="ListParagraph"/>
      </w:pPr>
      <w:r>
        <w:rPr>
          <w:sz w:val="22"/>
        </w:rPr>
        <w:t>B. toán hình.</w:t>
      </w:r>
    </w:p>
    <w:p>
      <w:pPr>
        <w:pStyle w:val="ListParagraph"/>
      </w:pPr>
      <w:r>
        <w:rPr>
          <w:sz w:val="22"/>
        </w:rPr>
        <w:t>C. thuyết nguyên tử.</w:t>
      </w:r>
    </w:p>
    <w:p>
      <w:pPr>
        <w:pStyle w:val="ListParagraph"/>
      </w:pPr>
      <w:r>
        <w:rPr>
          <w:sz w:val="22"/>
        </w:rPr>
        <w:t>D. số không (0).</w:t>
      </w:r>
    </w:p>
    <w:p/>
    <w:p>
      <w:r>
        <w:rPr>
          <w:b/>
          <w:sz w:val="24"/>
        </w:rPr>
        <w:t>Câu 28: Một trong bốn phát minh lớn của người Trung Hoa vào thời cổ-trung đại mà thế giới vẫn còn tiếp tục sử dụng đến ngày nay là</w:t>
      </w:r>
    </w:p>
    <w:p>
      <w:pPr>
        <w:pStyle w:val="ListParagraph"/>
      </w:pPr>
      <w:r>
        <w:rPr>
          <w:sz w:val="22"/>
        </w:rPr>
        <w:t>A. kĩ thuật in.</w:t>
      </w:r>
    </w:p>
    <w:p>
      <w:pPr>
        <w:pStyle w:val="ListParagraph"/>
      </w:pPr>
      <w:r>
        <w:rPr>
          <w:sz w:val="22"/>
        </w:rPr>
        <w:t>B. toán hình.</w:t>
      </w:r>
    </w:p>
    <w:p>
      <w:pPr>
        <w:pStyle w:val="ListParagraph"/>
      </w:pPr>
      <w:r>
        <w:rPr>
          <w:sz w:val="22"/>
        </w:rPr>
        <w:t>C. thuyết nguyên tử.</w:t>
      </w:r>
    </w:p>
    <w:p>
      <w:pPr>
        <w:pStyle w:val="ListParagraph"/>
      </w:pPr>
      <w:r>
        <w:rPr>
          <w:sz w:val="22"/>
        </w:rPr>
        <w:t>D. số không (0).</w:t>
      </w:r>
    </w:p>
    <w:p/>
    <w:p>
      <w:r>
        <w:rPr>
          <w:b/>
          <w:sz w:val="24"/>
        </w:rPr>
        <w:t>Câu 29: Một trong bốn phát minh lớn của người Trung Hoa vào thời cổ-trung đại mà thế giới vẫn còn tiếp tục sử dụng đến ngày nay là</w:t>
      </w:r>
    </w:p>
    <w:p>
      <w:pPr>
        <w:pStyle w:val="ListParagraph"/>
      </w:pPr>
      <w:r>
        <w:rPr>
          <w:sz w:val="22"/>
        </w:rPr>
        <w:t>A. kĩ thuật làm giấy.</w:t>
      </w:r>
    </w:p>
    <w:p>
      <w:pPr>
        <w:pStyle w:val="ListParagraph"/>
      </w:pPr>
      <w:r>
        <w:rPr>
          <w:sz w:val="22"/>
        </w:rPr>
        <w:t>B. toán hình.</w:t>
      </w:r>
    </w:p>
    <w:p>
      <w:pPr>
        <w:pStyle w:val="ListParagraph"/>
      </w:pPr>
      <w:r>
        <w:rPr>
          <w:sz w:val="22"/>
        </w:rPr>
        <w:t>C. thuyết nguyên tử.</w:t>
      </w:r>
    </w:p>
    <w:p>
      <w:pPr>
        <w:pStyle w:val="ListParagraph"/>
      </w:pPr>
      <w:r>
        <w:rPr>
          <w:sz w:val="22"/>
        </w:rPr>
        <w:t>D. số không (0).</w:t>
      </w:r>
    </w:p>
    <w:p/>
    <w:p>
      <w:r>
        <w:rPr>
          <w:b/>
          <w:sz w:val="24"/>
        </w:rPr>
        <w:t>Câu 30: So với các nền văn minh khác ở phương Đông, nền văn minh Trung Hoa có điểm khác biệt nào sau đây?</w:t>
      </w:r>
    </w:p>
    <w:p>
      <w:pPr>
        <w:pStyle w:val="ListParagraph"/>
      </w:pPr>
      <w:r>
        <w:rPr>
          <w:sz w:val="22"/>
        </w:rPr>
        <w:t>A. Ngành kinh tế chính.</w:t>
      </w:r>
    </w:p>
    <w:p>
      <w:pPr>
        <w:pStyle w:val="ListParagraph"/>
      </w:pPr>
      <w:r>
        <w:rPr>
          <w:sz w:val="22"/>
        </w:rPr>
        <w:t>B. “Tứ đại phát minh”.</w:t>
      </w:r>
    </w:p>
    <w:p>
      <w:pPr>
        <w:pStyle w:val="ListParagraph"/>
      </w:pPr>
      <w:r>
        <w:rPr>
          <w:sz w:val="22"/>
        </w:rPr>
        <w:t>C. Thể chế chính trị.</w:t>
      </w:r>
    </w:p>
    <w:p>
      <w:pPr>
        <w:pStyle w:val="ListParagraph"/>
      </w:pPr>
      <w:r>
        <w:rPr>
          <w:sz w:val="22"/>
        </w:rPr>
        <w:t>D. Cơ cấu xã hội.</w:t>
      </w:r>
    </w:p>
    <w:p/>
    <w:p>
      <w:r>
        <w:rPr>
          <w:b/>
          <w:sz w:val="24"/>
        </w:rPr>
        <w:t>Câu 31: Về toán học, người Trung Hoa thời cổ-trung đại không đạt được thành tựu nào sau đây?</w:t>
      </w:r>
    </w:p>
    <w:p>
      <w:pPr>
        <w:pStyle w:val="ListParagraph"/>
      </w:pPr>
      <w:r>
        <w:rPr>
          <w:sz w:val="22"/>
        </w:rPr>
        <w:t>A. Phát minh ra bàn tính.</w:t>
      </w:r>
    </w:p>
    <w:p>
      <w:pPr>
        <w:pStyle w:val="ListParagraph"/>
      </w:pPr>
      <w:r>
        <w:rPr>
          <w:sz w:val="22"/>
        </w:rPr>
        <w:t>B. Sử dụng hệ số đếm thập phân.</w:t>
      </w:r>
    </w:p>
    <w:p>
      <w:pPr>
        <w:pStyle w:val="ListParagraph"/>
      </w:pPr>
      <w:r>
        <w:rPr>
          <w:sz w:val="22"/>
        </w:rPr>
        <w:t>C. Tính được số pi tới 7 chữ số.</w:t>
      </w:r>
    </w:p>
    <w:p>
      <w:pPr>
        <w:pStyle w:val="ListParagraph"/>
      </w:pPr>
      <w:r>
        <w:rPr>
          <w:sz w:val="22"/>
        </w:rPr>
        <w:t>D. Phát minh ra số 0 (không).</w:t>
      </w:r>
    </w:p>
    <w:p/>
    <w:p>
      <w:r>
        <w:rPr>
          <w:b/>
          <w:sz w:val="24"/>
        </w:rPr>
        <w:t>Câu 32: Ý nào dưới đây không phản ánh đúng nội hàm của khái niệm văn minh?</w:t>
      </w:r>
    </w:p>
    <w:p>
      <w:pPr>
        <w:pStyle w:val="ListParagraph"/>
      </w:pPr>
      <w:r>
        <w:rPr>
          <w:sz w:val="22"/>
        </w:rPr>
        <w:t>A. Là tổng thể những giá trị vật chất, tinh thần cảu xã hội, hay của một nhóm người.</w:t>
      </w:r>
    </w:p>
    <w:p>
      <w:pPr>
        <w:pStyle w:val="ListParagraph"/>
      </w:pPr>
      <w:r>
        <w:rPr>
          <w:sz w:val="22"/>
        </w:rPr>
        <w:t>B. Là trạng thái phát triển cao của văn hoá.</w:t>
      </w:r>
    </w:p>
    <w:p>
      <w:pPr>
        <w:pStyle w:val="ListParagraph"/>
      </w:pPr>
      <w:r>
        <w:rPr>
          <w:sz w:val="22"/>
        </w:rPr>
        <w:t>C. Bắt đầu khi xã hội loài người xuất hiện nhà nước.</w:t>
      </w:r>
    </w:p>
    <w:p>
      <w:pPr>
        <w:pStyle w:val="ListParagraph"/>
      </w:pPr>
      <w:r>
        <w:rPr>
          <w:sz w:val="22"/>
        </w:rPr>
        <w:t>D. Khi con người đạt những tiến bộ về tổ chức xã hội, luân lí, kĩ thuật, chữ viết…</w:t>
      </w:r>
    </w:p>
    <w:p/>
    <w:p>
      <w:r>
        <w:rPr>
          <w:b/>
          <w:sz w:val="24"/>
        </w:rPr>
        <w:t>Câu 33: Những nền văn minh đầu tiên trên thế giới hình thành ở đâu?</w:t>
      </w:r>
    </w:p>
    <w:p>
      <w:pPr>
        <w:pStyle w:val="ListParagraph"/>
      </w:pPr>
      <w:r>
        <w:rPr>
          <w:sz w:val="22"/>
        </w:rPr>
        <w:t>A. Trung Quốc.</w:t>
      </w:r>
    </w:p>
    <w:p>
      <w:pPr>
        <w:pStyle w:val="ListParagraph"/>
      </w:pPr>
      <w:r>
        <w:rPr>
          <w:sz w:val="22"/>
        </w:rPr>
        <w:t>B. Ấn Độ.</w:t>
      </w:r>
    </w:p>
    <w:p>
      <w:pPr>
        <w:pStyle w:val="ListParagraph"/>
      </w:pPr>
      <w:r>
        <w:rPr>
          <w:sz w:val="22"/>
        </w:rPr>
        <w:t>C. Tây Á và Đông Bắc châu Phi.</w:t>
      </w:r>
    </w:p>
    <w:p>
      <w:pPr>
        <w:pStyle w:val="ListParagraph"/>
      </w:pPr>
      <w:r>
        <w:rPr>
          <w:sz w:val="22"/>
        </w:rPr>
        <w:t>D. Hy Lạp, La Mã.</w:t>
      </w:r>
    </w:p>
    <w:p/>
    <w:p>
      <w:r>
        <w:rPr>
          <w:b/>
          <w:sz w:val="24"/>
        </w:rPr>
        <w:t>Câu 34: Trong các nền văn minh cổ đại ở phương Đông, các nền văn minh Trung Hoa và Ấn Độ có điểm gì khác so với văn minh Ai Cập?</w:t>
      </w:r>
    </w:p>
    <w:p>
      <w:pPr>
        <w:pStyle w:val="ListParagraph"/>
      </w:pPr>
      <w:r>
        <w:rPr>
          <w:sz w:val="22"/>
        </w:rPr>
        <w:t>A. Chịu ảnh hưởng của nền văn minh A – rập trong một thời gian dài.</w:t>
      </w:r>
    </w:p>
    <w:p>
      <w:pPr>
        <w:pStyle w:val="ListParagraph"/>
      </w:pPr>
      <w:r>
        <w:rPr>
          <w:sz w:val="22"/>
        </w:rPr>
        <w:t>B. Tiếp tục phát triển sang thời trung đại.</w:t>
      </w:r>
    </w:p>
    <w:p>
      <w:pPr>
        <w:pStyle w:val="ListParagraph"/>
      </w:pPr>
      <w:r>
        <w:rPr>
          <w:sz w:val="22"/>
        </w:rPr>
        <w:t>C. Đạt nhiều thành tựu rực rỡ trên các lĩnh vực.</w:t>
      </w:r>
    </w:p>
    <w:p>
      <w:pPr>
        <w:pStyle w:val="ListParagraph"/>
      </w:pPr>
      <w:r>
        <w:rPr>
          <w:sz w:val="22"/>
        </w:rPr>
        <w:t>D. Hình thành trên lưu vực các dòng sông lớn.</w:t>
      </w:r>
    </w:p>
    <w:p/>
    <w:p>
      <w:r>
        <w:rPr>
          <w:b/>
          <w:sz w:val="24"/>
        </w:rPr>
        <w:t>Câu 35: Ý nào dưới đây không đúng về vai trò của sông Nin đối với Ai Cập cổ đại?</w:t>
      </w:r>
    </w:p>
    <w:p>
      <w:pPr>
        <w:pStyle w:val="ListParagraph"/>
      </w:pPr>
      <w:r>
        <w:rPr>
          <w:sz w:val="22"/>
        </w:rPr>
        <w:t>A. Tạo ra “Vùng đất đen” phì nhiêu, màu mỡ.</w:t>
      </w:r>
    </w:p>
    <w:p>
      <w:pPr>
        <w:pStyle w:val="ListParagraph"/>
      </w:pPr>
      <w:r>
        <w:rPr>
          <w:sz w:val="22"/>
        </w:rPr>
        <w:t>B. Cung cấp nước tưới cho cây trồng và nguồn nước cho sinh hoạt.</w:t>
      </w:r>
    </w:p>
    <w:p>
      <w:pPr>
        <w:pStyle w:val="ListParagraph"/>
      </w:pPr>
      <w:r>
        <w:rPr>
          <w:sz w:val="22"/>
        </w:rPr>
        <w:t>C. Quy tụ hai bên bờ nhiều thành phố và làng mạc.</w:t>
      </w:r>
    </w:p>
    <w:p>
      <w:pPr>
        <w:pStyle w:val="ListParagraph"/>
      </w:pPr>
      <w:r>
        <w:rPr>
          <w:sz w:val="22"/>
        </w:rPr>
        <w:t>D. Tạo thuận lợi cho việc xây dựng nhiều bến cảng lớn.</w:t>
      </w:r>
    </w:p>
    <w:p/>
    <w:p>
      <w:r>
        <w:rPr>
          <w:b/>
          <w:sz w:val="24"/>
        </w:rPr>
        <w:t>Câu 36: Người đứng đầu nhà nước Ai Cập cổ đại gọi là gì?</w:t>
      </w:r>
    </w:p>
    <w:p>
      <w:pPr>
        <w:pStyle w:val="ListParagraph"/>
      </w:pPr>
      <w:r>
        <w:rPr>
          <w:sz w:val="22"/>
        </w:rPr>
        <w:t>A. Vua.</w:t>
      </w:r>
    </w:p>
    <w:p>
      <w:pPr>
        <w:pStyle w:val="ListParagraph"/>
      </w:pPr>
      <w:r>
        <w:rPr>
          <w:sz w:val="22"/>
        </w:rPr>
        <w:t>B. Hoàng đế.</w:t>
      </w:r>
    </w:p>
    <w:p>
      <w:pPr>
        <w:pStyle w:val="ListParagraph"/>
      </w:pPr>
      <w:r>
        <w:rPr>
          <w:sz w:val="22"/>
        </w:rPr>
        <w:t>C. Thiên tử.</w:t>
      </w:r>
    </w:p>
    <w:p>
      <w:pPr>
        <w:pStyle w:val="ListParagraph"/>
      </w:pPr>
      <w:r>
        <w:rPr>
          <w:sz w:val="22"/>
        </w:rPr>
        <w:t>D. Pha-ra-ông.</w:t>
      </w:r>
    </w:p>
    <w:p/>
    <w:p>
      <w:r>
        <w:rPr>
          <w:b/>
          <w:sz w:val="24"/>
        </w:rPr>
        <w:t>Câu 37: Công trình kiến trúc nổi tiếng của người Ai Cập cổ đại là</w:t>
      </w:r>
    </w:p>
    <w:p>
      <w:pPr>
        <w:pStyle w:val="ListParagraph"/>
      </w:pPr>
      <w:r>
        <w:rPr>
          <w:sz w:val="22"/>
        </w:rPr>
        <w:t>A. tượng Nhân sư.</w:t>
      </w:r>
    </w:p>
    <w:p>
      <w:pPr>
        <w:pStyle w:val="ListParagraph"/>
      </w:pPr>
      <w:r>
        <w:rPr>
          <w:sz w:val="22"/>
        </w:rPr>
        <w:t>B. các kim tự tháp.</w:t>
      </w:r>
    </w:p>
    <w:p>
      <w:pPr>
        <w:pStyle w:val="ListParagraph"/>
      </w:pPr>
      <w:r>
        <w:rPr>
          <w:sz w:val="22"/>
        </w:rPr>
        <w:t>C. đền thờ các vị vua.</w:t>
      </w:r>
    </w:p>
    <w:p>
      <w:pPr>
        <w:pStyle w:val="ListParagraph"/>
      </w:pPr>
      <w:r>
        <w:rPr>
          <w:sz w:val="22"/>
        </w:rPr>
        <w:t>D. các khu phố cổ.</w:t>
      </w:r>
    </w:p>
    <w:p/>
    <w:p>
      <w:r>
        <w:rPr>
          <w:b/>
          <w:sz w:val="24"/>
        </w:rPr>
        <w:t>Câu 38: Từ thời cổ đại, so với các nền văn minh Ai Cập và Trung Hoa, điều kiện tự nhiên hình thành nền văn minh Ấn Độ có điểm gì chung?</w:t>
      </w:r>
    </w:p>
    <w:p>
      <w:pPr>
        <w:pStyle w:val="ListParagraph"/>
      </w:pPr>
      <w:r>
        <w:rPr>
          <w:sz w:val="22"/>
        </w:rPr>
        <w:t>A. Được hình thành trên lưu vực các dòng sông lớn.</w:t>
      </w:r>
    </w:p>
    <w:p>
      <w:pPr>
        <w:pStyle w:val="ListParagraph"/>
      </w:pPr>
      <w:r>
        <w:rPr>
          <w:sz w:val="22"/>
        </w:rPr>
        <w:t>B. Địa hình bị chia cắt bởi những dãy núi cao và cao nguyên.</w:t>
      </w:r>
    </w:p>
    <w:p>
      <w:pPr>
        <w:pStyle w:val="ListParagraph"/>
      </w:pPr>
      <w:r>
        <w:rPr>
          <w:sz w:val="22"/>
        </w:rPr>
        <w:t>C. Đất nước ba mặt giáp biển.</w:t>
      </w:r>
    </w:p>
    <w:p>
      <w:pPr>
        <w:pStyle w:val="ListParagraph"/>
      </w:pPr>
      <w:r>
        <w:rPr>
          <w:sz w:val="22"/>
        </w:rPr>
        <w:t>D. Là một bán đảo nên có nhiều vũng, vịnh, hải cảng.</w:t>
      </w:r>
    </w:p>
    <w:p/>
    <w:p>
      <w:r>
        <w:rPr>
          <w:b/>
          <w:sz w:val="24"/>
        </w:rPr>
        <w:t>Câu 39: Một đặc trưng quan trọng của xã hội Ấn Độ thời kì cổ - trung đại là gì?</w:t>
      </w:r>
    </w:p>
    <w:p>
      <w:pPr>
        <w:pStyle w:val="ListParagraph"/>
      </w:pPr>
      <w:r>
        <w:rPr>
          <w:sz w:val="22"/>
        </w:rPr>
        <w:t>A. Người A-ri-a gốc Trung Á chiếm đại bộ phận trong xã hội.</w:t>
      </w:r>
    </w:p>
    <w:p>
      <w:pPr>
        <w:pStyle w:val="ListParagraph"/>
      </w:pPr>
      <w:r>
        <w:rPr>
          <w:sz w:val="22"/>
        </w:rPr>
        <w:t>B. Xã hội chia thành nhiều giai cấp, tầng lớp khác nhau.</w:t>
      </w:r>
    </w:p>
    <w:p>
      <w:pPr>
        <w:pStyle w:val="ListParagraph"/>
      </w:pPr>
      <w:r>
        <w:rPr>
          <w:sz w:val="22"/>
        </w:rPr>
        <w:t>C. Sự tồn tại lâu dài và gây ảnh hưởng sâu sắc của chế độ đẳng cấp.</w:t>
      </w:r>
    </w:p>
    <w:p>
      <w:pPr>
        <w:pStyle w:val="ListParagraph"/>
      </w:pPr>
      <w:r>
        <w:rPr>
          <w:sz w:val="22"/>
        </w:rPr>
        <w:t>D. Sự phân biệt về sắc tộc, chủng tộc rất sâu sắc.</w:t>
      </w:r>
    </w:p>
    <w:p/>
    <w:p>
      <w:r>
        <w:rPr>
          <w:b/>
          <w:sz w:val="24"/>
        </w:rPr>
        <w:t>Câu 40: Người A-ri-a là chủ nhân của nền văn minh nào ở Ấn Độ?</w:t>
      </w:r>
    </w:p>
    <w:p>
      <w:pPr>
        <w:pStyle w:val="ListParagraph"/>
      </w:pPr>
      <w:r>
        <w:rPr>
          <w:sz w:val="22"/>
        </w:rPr>
        <w:t>A. Văn minh sông Ấn.</w:t>
      </w:r>
    </w:p>
    <w:p>
      <w:pPr>
        <w:pStyle w:val="ListParagraph"/>
      </w:pPr>
      <w:r>
        <w:rPr>
          <w:sz w:val="22"/>
        </w:rPr>
        <w:t>B. Văn minh Ấn Độ.</w:t>
      </w:r>
    </w:p>
    <w:p>
      <w:pPr>
        <w:pStyle w:val="ListParagraph"/>
      </w:pPr>
      <w:r>
        <w:rPr>
          <w:sz w:val="22"/>
        </w:rPr>
        <w:t>C. Văn minh sông Hằng.</w:t>
      </w:r>
    </w:p>
    <w:p>
      <w:pPr>
        <w:pStyle w:val="ListParagraph"/>
      </w:pPr>
      <w:r>
        <w:rPr>
          <w:sz w:val="22"/>
        </w:rPr>
        <w:t>D. Văn minh Nam Ấn.</w:t>
      </w:r>
    </w:p>
    <w:p/>
    <w:p>
      <w:r>
        <w:rPr>
          <w:b/>
          <w:sz w:val="24"/>
        </w:rPr>
        <w:t>Câu 41: Tôn giáo nào không khởi nguồn từ Ấn Độ?</w:t>
      </w:r>
    </w:p>
    <w:p>
      <w:pPr>
        <w:pStyle w:val="ListParagraph"/>
      </w:pPr>
      <w:r>
        <w:rPr>
          <w:sz w:val="22"/>
        </w:rPr>
        <w:t>A. Hồi giáo.</w:t>
      </w:r>
    </w:p>
    <w:p>
      <w:pPr>
        <w:pStyle w:val="ListParagraph"/>
      </w:pPr>
      <w:r>
        <w:rPr>
          <w:sz w:val="22"/>
        </w:rPr>
        <w:t>B. Phật giáo.</w:t>
      </w:r>
    </w:p>
    <w:p>
      <w:pPr>
        <w:pStyle w:val="ListParagraph"/>
      </w:pPr>
      <w:r>
        <w:rPr>
          <w:sz w:val="22"/>
        </w:rPr>
        <w:t>C. Hin-đu giáo.</w:t>
      </w:r>
    </w:p>
    <w:p>
      <w:pPr>
        <w:pStyle w:val="ListParagraph"/>
      </w:pPr>
      <w:r>
        <w:rPr>
          <w:sz w:val="22"/>
        </w:rPr>
        <w:t>D. Bà La Môn giáo.</w:t>
      </w:r>
    </w:p>
    <w:p/>
    <w:p>
      <w:r>
        <w:rPr>
          <w:b/>
          <w:sz w:val="24"/>
        </w:rPr>
        <w:t>Câu 42: Chủ nhân đầu tiên của nền văn minh Trung Hoa là người tộc nào?</w:t>
      </w:r>
    </w:p>
    <w:p>
      <w:pPr>
        <w:pStyle w:val="ListParagraph"/>
      </w:pPr>
      <w:r>
        <w:rPr>
          <w:sz w:val="22"/>
        </w:rPr>
        <w:t>A. Người Hoa Hạ.</w:t>
      </w:r>
    </w:p>
    <w:p>
      <w:pPr>
        <w:pStyle w:val="ListParagraph"/>
      </w:pPr>
      <w:r>
        <w:rPr>
          <w:sz w:val="22"/>
        </w:rPr>
        <w:t>B. Người Choang.</w:t>
      </w:r>
    </w:p>
    <w:p>
      <w:pPr>
        <w:pStyle w:val="ListParagraph"/>
      </w:pPr>
      <w:r>
        <w:rPr>
          <w:sz w:val="22"/>
        </w:rPr>
        <w:t>C. Người Mãn.</w:t>
      </w:r>
    </w:p>
    <w:p>
      <w:pPr>
        <w:pStyle w:val="ListParagraph"/>
      </w:pPr>
      <w:r>
        <w:rPr>
          <w:sz w:val="22"/>
        </w:rPr>
        <w:t>D. Người Mông Cổ.</w:t>
      </w:r>
    </w:p>
    <w:p/>
    <w:p>
      <w:r>
        <w:rPr>
          <w:b/>
          <w:sz w:val="24"/>
        </w:rPr>
        <w:t>Câu 43: Mặt hàng nổi tiếng trong quan hệ buôn bán với nước ngoài của người Trung Quốc thời kì cổ -trung đại là gì?</w:t>
      </w:r>
    </w:p>
    <w:p>
      <w:pPr>
        <w:pStyle w:val="ListParagraph"/>
      </w:pPr>
      <w:r>
        <w:rPr>
          <w:sz w:val="22"/>
        </w:rPr>
        <w:t>A. Các loại lâm thổ sản.</w:t>
      </w:r>
    </w:p>
    <w:p>
      <w:pPr>
        <w:pStyle w:val="ListParagraph"/>
      </w:pPr>
      <w:r>
        <w:rPr>
          <w:sz w:val="22"/>
        </w:rPr>
        <w:t>B. Vàng, bạc.</w:t>
      </w:r>
    </w:p>
    <w:p>
      <w:pPr>
        <w:pStyle w:val="ListParagraph"/>
      </w:pPr>
      <w:r>
        <w:rPr>
          <w:sz w:val="22"/>
        </w:rPr>
        <w:t>C. Tơ lụa, gốm sứ.</w:t>
      </w:r>
    </w:p>
    <w:p>
      <w:pPr>
        <w:pStyle w:val="ListParagraph"/>
      </w:pPr>
      <w:r>
        <w:rPr>
          <w:sz w:val="22"/>
        </w:rPr>
        <w:t>D. Hương liệu.</w:t>
      </w:r>
    </w:p>
    <w:p/>
    <w:p>
      <w:r>
        <w:rPr>
          <w:b/>
          <w:sz w:val="24"/>
        </w:rPr>
        <w:t>Câu 44: Loại chữ cổ nhất của người Trung Quốc là</w:t>
      </w:r>
    </w:p>
    <w:p>
      <w:pPr>
        <w:pStyle w:val="ListParagraph"/>
      </w:pPr>
      <w:r>
        <w:rPr>
          <w:sz w:val="22"/>
        </w:rPr>
        <w:t>A. chữ giáp cốt, kim văn</w:t>
      </w:r>
    </w:p>
    <w:p>
      <w:pPr>
        <w:pStyle w:val="ListParagraph"/>
      </w:pPr>
      <w:r>
        <w:rPr>
          <w:sz w:val="22"/>
        </w:rPr>
        <w:t>B. chữ Hán.</w:t>
      </w:r>
    </w:p>
    <w:p>
      <w:pPr>
        <w:pStyle w:val="ListParagraph"/>
      </w:pPr>
      <w:r>
        <w:rPr>
          <w:sz w:val="22"/>
        </w:rPr>
        <w:t>C. chữ Kha-rốt-thi.</w:t>
      </w:r>
    </w:p>
    <w:p>
      <w:pPr>
        <w:pStyle w:val="ListParagraph"/>
      </w:pPr>
      <w:r>
        <w:rPr>
          <w:sz w:val="22"/>
        </w:rPr>
        <w:t>D. chữ tượng hình viết trên giấy pa-pi-rút.</w:t>
      </w:r>
    </w:p>
    <w:p/>
    <w:p>
      <w:r>
        <w:rPr>
          <w:b/>
          <w:sz w:val="24"/>
        </w:rPr>
        <w:t>Câu 45: 10 chữ số mà ngày nay chúng ta đang sử dụng là thành tựu của nền văn minh nào?</w:t>
      </w:r>
    </w:p>
    <w:p>
      <w:pPr>
        <w:pStyle w:val="ListParagraph"/>
      </w:pPr>
      <w:r>
        <w:rPr>
          <w:sz w:val="22"/>
        </w:rPr>
        <w:t>A. Ai Cập.</w:t>
      </w:r>
    </w:p>
    <w:p>
      <w:pPr>
        <w:pStyle w:val="ListParagraph"/>
      </w:pPr>
      <w:r>
        <w:rPr>
          <w:sz w:val="22"/>
        </w:rPr>
        <w:t>B. Hy Lạp.</w:t>
      </w:r>
    </w:p>
    <w:p>
      <w:pPr>
        <w:pStyle w:val="ListParagraph"/>
      </w:pPr>
      <w:r>
        <w:rPr>
          <w:sz w:val="22"/>
        </w:rPr>
        <w:t>C. Ấn Độ.</w:t>
      </w:r>
    </w:p>
    <w:p>
      <w:pPr>
        <w:pStyle w:val="ListParagraph"/>
      </w:pPr>
      <w:r>
        <w:rPr>
          <w:sz w:val="22"/>
        </w:rPr>
        <w:t>D. Trung Hoa.</w:t>
      </w:r>
    </w:p>
    <w:p/>
    <w:p>
      <w:r>
        <w:rPr>
          <w:b/>
          <w:sz w:val="24"/>
        </w:rPr>
        <w:t>Câu 46: Loại chữ viết của nền văn minh nào được cư dân của nhiều quốc gia Đông Nam Á thời cổ - trung đại tiếp thu?</w:t>
      </w:r>
    </w:p>
    <w:p>
      <w:pPr>
        <w:pStyle w:val="ListParagraph"/>
      </w:pPr>
      <w:r>
        <w:rPr>
          <w:sz w:val="22"/>
        </w:rPr>
        <w:t>A. Văn minh Ai Cập.</w:t>
      </w:r>
    </w:p>
    <w:p>
      <w:pPr>
        <w:pStyle w:val="ListParagraph"/>
      </w:pPr>
      <w:r>
        <w:rPr>
          <w:sz w:val="22"/>
        </w:rPr>
        <w:t>B. Văn minh Lưỡng Hà.</w:t>
      </w:r>
    </w:p>
    <w:p>
      <w:pPr>
        <w:pStyle w:val="ListParagraph"/>
      </w:pPr>
      <w:r>
        <w:rPr>
          <w:sz w:val="22"/>
        </w:rPr>
        <w:t>C. Văn minh Ấn Độ.</w:t>
      </w:r>
    </w:p>
    <w:p>
      <w:pPr>
        <w:pStyle w:val="ListParagraph"/>
      </w:pPr>
      <w:r>
        <w:rPr>
          <w:sz w:val="22"/>
        </w:rPr>
        <w:t>D. Văn minh Trung Hoa.</w:t>
      </w:r>
    </w:p>
    <w:p/>
    <w:p>
      <w:r>
        <w:rPr>
          <w:b/>
          <w:sz w:val="24"/>
        </w:rPr>
        <w:t>Câu 47: Thành tựu nào dưới đây không thuộc “ Tứ đại phát minh” về kĩ thuật của người Trung Quốc thời kì cổ - trung đại?</w:t>
      </w:r>
    </w:p>
    <w:p>
      <w:pPr>
        <w:pStyle w:val="ListParagraph"/>
      </w:pPr>
      <w:r>
        <w:rPr>
          <w:sz w:val="22"/>
        </w:rPr>
        <w:t>A. Kĩ thuật làm giấy.</w:t>
      </w:r>
    </w:p>
    <w:p>
      <w:pPr>
        <w:pStyle w:val="ListParagraph"/>
      </w:pPr>
      <w:r>
        <w:rPr>
          <w:sz w:val="22"/>
        </w:rPr>
        <w:t>B. Kĩ thuật làm lịch.</w:t>
      </w:r>
    </w:p>
    <w:p>
      <w:pPr>
        <w:pStyle w:val="ListParagraph"/>
      </w:pPr>
      <w:r>
        <w:rPr>
          <w:sz w:val="22"/>
        </w:rPr>
        <w:t>C. Thuốc súng.</w:t>
      </w:r>
    </w:p>
    <w:p>
      <w:pPr>
        <w:pStyle w:val="ListParagraph"/>
      </w:pPr>
      <w:r>
        <w:rPr>
          <w:sz w:val="22"/>
        </w:rPr>
        <w:t>D. La bàn.</w:t>
      </w:r>
    </w:p>
    <w:p/>
    <w:p>
      <w:r>
        <w:rPr>
          <w:b/>
          <w:sz w:val="24"/>
        </w:rPr>
        <w:t>Câu 48: Nền văn minh nào ở phương Đông tồn tại liên tục, lâu đời nhất và có ảnh hưởng sâu sắc đến văn minh thế giới?</w:t>
      </w:r>
    </w:p>
    <w:p>
      <w:pPr>
        <w:pStyle w:val="ListParagraph"/>
      </w:pPr>
      <w:r>
        <w:rPr>
          <w:sz w:val="22"/>
        </w:rPr>
        <w:t>A. Văn minh Ai Cập.</w:t>
      </w:r>
    </w:p>
    <w:p>
      <w:pPr>
        <w:pStyle w:val="ListParagraph"/>
      </w:pPr>
      <w:r>
        <w:rPr>
          <w:sz w:val="22"/>
        </w:rPr>
        <w:t>B. Văn minh Lưỡng Hà.</w:t>
      </w:r>
    </w:p>
    <w:p>
      <w:pPr>
        <w:pStyle w:val="ListParagraph"/>
      </w:pPr>
      <w:r>
        <w:rPr>
          <w:sz w:val="22"/>
        </w:rPr>
        <w:t>C. Văn minh Hy Lạp- La Mã.</w:t>
      </w:r>
    </w:p>
    <w:p>
      <w:pPr>
        <w:pStyle w:val="ListParagraph"/>
      </w:pPr>
      <w:r>
        <w:rPr>
          <w:sz w:val="22"/>
        </w:rPr>
        <w:t>D. Văn minh Trung Hoa.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C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C</w:t>
      </w:r>
    </w:p>
    <w:p>
      <w:r>
        <w:rPr>
          <w:b/>
        </w:rPr>
        <w:t>Câu 46: Đáp án đúng: C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