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BÀI 1: LIÊN HỢP QUỐC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Mọi quyết định của Hội đồng Bảo an Liên hợp quốc phải được sự nhất trí của</w:t>
      </w:r>
    </w:p>
    <w:p>
      <w:pPr>
        <w:pStyle w:val="ListParagraph"/>
      </w:pPr>
      <w:r>
        <w:rPr>
          <w:sz w:val="22"/>
        </w:rPr>
        <w:t>A. tất cả các nước Đông Nam Á.</w:t>
      </w:r>
    </w:p>
    <w:p>
      <w:pPr>
        <w:pStyle w:val="ListParagraph"/>
      </w:pPr>
      <w:r>
        <w:rPr>
          <w:sz w:val="22"/>
        </w:rPr>
        <w:t>B. tất cả các nước Mĩ Latinh.</w:t>
      </w:r>
    </w:p>
    <w:p>
      <w:pPr>
        <w:pStyle w:val="ListParagraph"/>
      </w:pPr>
      <w:r>
        <w:rPr>
          <w:sz w:val="22"/>
        </w:rPr>
        <w:t>C. tất cả các nước Châu Phi.</w:t>
      </w:r>
    </w:p>
    <w:p>
      <w:pPr>
        <w:pStyle w:val="ListParagraph"/>
      </w:pPr>
      <w:r>
        <w:rPr>
          <w:sz w:val="22"/>
        </w:rPr>
        <w:t>D. năm nước Ủy viên thường trực.</w:t>
      </w:r>
    </w:p>
    <w:p/>
    <w:p>
      <w:r>
        <w:rPr>
          <w:b/>
          <w:sz w:val="24"/>
        </w:rPr>
        <w:t>Câu 2: Liên hợp quốc được thành lập (1945) có mục tiêu nào sau đây?</w:t>
      </w:r>
    </w:p>
    <w:p>
      <w:pPr>
        <w:pStyle w:val="ListParagraph"/>
      </w:pPr>
      <w:r>
        <w:rPr>
          <w:sz w:val="22"/>
        </w:rPr>
        <w:t>A. Duy trì hòa bình và an ninh quốc tế.</w:t>
      </w:r>
    </w:p>
    <w:p>
      <w:pPr>
        <w:pStyle w:val="ListParagraph"/>
      </w:pPr>
      <w:r>
        <w:rPr>
          <w:sz w:val="22"/>
        </w:rPr>
        <w:t>B. Giải giáp quân đội phát xít.</w:t>
      </w:r>
    </w:p>
    <w:p>
      <w:pPr>
        <w:pStyle w:val="ListParagraph"/>
      </w:pPr>
      <w:r>
        <w:rPr>
          <w:sz w:val="22"/>
        </w:rPr>
        <w:t>C. Chấm dứt sự cạnh tranh trên thế giới.</w:t>
      </w:r>
    </w:p>
    <w:p>
      <w:pPr>
        <w:pStyle w:val="ListParagraph"/>
      </w:pPr>
      <w:r>
        <w:rPr>
          <w:sz w:val="22"/>
        </w:rPr>
        <w:t>D. Khắc phục hậu quả chiến tranh thế giới.</w:t>
      </w:r>
    </w:p>
    <w:p/>
    <w:p>
      <w:r>
        <w:rPr>
          <w:b/>
          <w:sz w:val="24"/>
        </w:rPr>
        <w:t>Câu 3: Tổ chức nào sau đây được thành lập (1945) với mục tiêu duy trì hòa bình và an ninh quốc tế?</w:t>
      </w:r>
    </w:p>
    <w:p>
      <w:pPr>
        <w:pStyle w:val="ListParagraph"/>
      </w:pPr>
      <w:r>
        <w:rPr>
          <w:sz w:val="22"/>
        </w:rPr>
        <w:t>A. Tổ chức Hiệp ước Bắc Đại Tây Dương.</w:t>
      </w:r>
    </w:p>
    <w:p>
      <w:pPr>
        <w:pStyle w:val="ListParagraph"/>
      </w:pPr>
      <w:r>
        <w:rPr>
          <w:sz w:val="22"/>
        </w:rPr>
        <w:t>B. Hiệp hội Đông Nam Á.</w:t>
      </w:r>
    </w:p>
    <w:p>
      <w:pPr>
        <w:pStyle w:val="ListParagraph"/>
      </w:pPr>
      <w:r>
        <w:rPr>
          <w:sz w:val="22"/>
        </w:rPr>
        <w:t>C. Tổ chức Hiệp ước Vác-sa-va.</w:t>
      </w:r>
    </w:p>
    <w:p>
      <w:pPr>
        <w:pStyle w:val="ListParagraph"/>
      </w:pPr>
      <w:r>
        <w:rPr>
          <w:sz w:val="22"/>
        </w:rPr>
        <w:t>D. Liên hợp quốc.</w:t>
      </w:r>
    </w:p>
    <w:p/>
    <w:p>
      <w:r>
        <w:rPr>
          <w:b/>
          <w:sz w:val="24"/>
        </w:rPr>
        <w:t>Câu 4: Tổ chức nào sau đây được thành lập (1945) với mục tiêu thúc đẩy quan hệ hữu nghị giữa các dân tộc trên thế giới?</w:t>
      </w:r>
    </w:p>
    <w:p>
      <w:pPr>
        <w:pStyle w:val="ListParagraph"/>
      </w:pPr>
      <w:r>
        <w:rPr>
          <w:sz w:val="22"/>
        </w:rPr>
        <w:t>A. Tổ chức Hiệp ước Bắc Đại Tây Dương.</w:t>
      </w:r>
    </w:p>
    <w:p>
      <w:pPr>
        <w:pStyle w:val="ListParagraph"/>
      </w:pPr>
      <w:r>
        <w:rPr>
          <w:sz w:val="22"/>
        </w:rPr>
        <w:t>B. Hội đồng tương trợ kinh tế.</w:t>
      </w:r>
    </w:p>
    <w:p>
      <w:pPr>
        <w:pStyle w:val="ListParagraph"/>
      </w:pPr>
      <w:r>
        <w:rPr>
          <w:sz w:val="22"/>
        </w:rPr>
        <w:t>C. Liên hợp quốc.</w:t>
      </w:r>
    </w:p>
    <w:p>
      <w:pPr>
        <w:pStyle w:val="ListParagraph"/>
      </w:pPr>
      <w:r>
        <w:rPr>
          <w:sz w:val="22"/>
        </w:rPr>
        <w:t>D. Tổ chức Hiệp ước Vác-sa-va.</w:t>
      </w:r>
    </w:p>
    <w:p/>
    <w:p>
      <w:r>
        <w:rPr>
          <w:b/>
          <w:sz w:val="24"/>
        </w:rPr>
        <w:t>Câu 5: Liên hợp quốc có hoạt động nào sau đây để bảo đảm quyền con người?</w:t>
      </w:r>
    </w:p>
    <w:p>
      <w:pPr>
        <w:pStyle w:val="ListParagraph"/>
      </w:pPr>
      <w:r>
        <w:rPr>
          <w:sz w:val="22"/>
        </w:rPr>
        <w:t>A. Xây dựng và kí kết các văn bản, điều ước quốc tế về quyền con người.</w:t>
      </w:r>
    </w:p>
    <w:p>
      <w:pPr>
        <w:pStyle w:val="ListParagraph"/>
      </w:pPr>
      <w:r>
        <w:rPr>
          <w:sz w:val="22"/>
        </w:rPr>
        <w:t>B. Can thiệp trực tiếp vào các nước nhằm thi hành triệt để quyền con người.</w:t>
      </w:r>
    </w:p>
    <w:p>
      <w:pPr>
        <w:pStyle w:val="ListParagraph"/>
      </w:pPr>
      <w:r>
        <w:rPr>
          <w:sz w:val="22"/>
        </w:rPr>
        <w:t>C. Xây dựng thể chế chính trị thống nhất cho các quốc gia.</w:t>
      </w:r>
    </w:p>
    <w:p>
      <w:pPr>
        <w:pStyle w:val="ListParagraph"/>
      </w:pPr>
      <w:r>
        <w:rPr>
          <w:sz w:val="22"/>
        </w:rPr>
        <w:t>D. Thành lập khối phòng thủ chung dựa trên cơ sở đồng thuận.</w:t>
      </w:r>
    </w:p>
    <w:p/>
    <w:p>
      <w:r>
        <w:rPr>
          <w:b/>
          <w:sz w:val="24"/>
        </w:rPr>
        <w:t>Câu 6: Một trong những hoạt động của Liên hợp quốc để duy trì hòa bình và an ninh quốc tế là</w:t>
      </w:r>
    </w:p>
    <w:p>
      <w:pPr>
        <w:pStyle w:val="ListParagraph"/>
      </w:pPr>
      <w:r>
        <w:rPr>
          <w:sz w:val="22"/>
        </w:rPr>
        <w:t>A. thành lập Tổ chức Hiệp ước Bắc Đại Tây Dương.</w:t>
      </w:r>
    </w:p>
    <w:p>
      <w:pPr>
        <w:pStyle w:val="ListParagraph"/>
      </w:pPr>
      <w:r>
        <w:rPr>
          <w:sz w:val="22"/>
        </w:rPr>
        <w:t>B. xây dựng các công ước quốc tế về giải trừ quân bị.</w:t>
      </w:r>
    </w:p>
    <w:p>
      <w:pPr>
        <w:pStyle w:val="ListParagraph"/>
      </w:pPr>
      <w:r>
        <w:rPr>
          <w:sz w:val="22"/>
        </w:rPr>
        <w:t>C. xây dựng quân đội thống nhất cho các quốc gia.</w:t>
      </w:r>
    </w:p>
    <w:p>
      <w:pPr>
        <w:pStyle w:val="ListParagraph"/>
      </w:pPr>
      <w:r>
        <w:rPr>
          <w:sz w:val="22"/>
        </w:rPr>
        <w:t>D. thành lập khối phòng thủ chung dựa trên cơ sở đồng thuận.</w:t>
      </w:r>
    </w:p>
    <w:p/>
    <w:p>
      <w:r>
        <w:rPr>
          <w:b/>
          <w:sz w:val="24"/>
        </w:rPr>
        <w:t>Câu 7: Tổ chức Liên hợp quốc ra đời trong bối cảnh nào sau đây?</w:t>
      </w:r>
    </w:p>
    <w:p>
      <w:pPr>
        <w:pStyle w:val="ListParagraph"/>
      </w:pPr>
      <w:r>
        <w:rPr>
          <w:sz w:val="22"/>
        </w:rPr>
        <w:t>A. Chiến tranh thế giới thứ hai bước vào giai đoạn cuối.</w:t>
      </w:r>
    </w:p>
    <w:p>
      <w:pPr>
        <w:pStyle w:val="ListParagraph"/>
      </w:pPr>
      <w:r>
        <w:rPr>
          <w:sz w:val="22"/>
        </w:rPr>
        <w:t>B. Chiến tranh thế giới thứ hai đã hoàn toàn kết thúc.</w:t>
      </w:r>
    </w:p>
    <w:p>
      <w:pPr>
        <w:pStyle w:val="ListParagraph"/>
      </w:pPr>
      <w:r>
        <w:rPr>
          <w:sz w:val="22"/>
        </w:rPr>
        <w:t>C. Chiến tranh thế giới thứ hai mới bắt đầu bùng nổ.</w:t>
      </w:r>
    </w:p>
    <w:p>
      <w:pPr>
        <w:pStyle w:val="ListParagraph"/>
      </w:pPr>
      <w:r>
        <w:rPr>
          <w:sz w:val="22"/>
        </w:rPr>
        <w:t>D. Chiến tranh thế giới thứ nhất bước vào giai đoạn cuối.</w:t>
      </w:r>
    </w:p>
    <w:p/>
    <w:p>
      <w:r>
        <w:rPr>
          <w:b/>
          <w:sz w:val="24"/>
        </w:rPr>
        <w:t>Câu 8: Từ cuối tháng 4 đến cuối tháng 6-1945, 50 nước họp tại Xan Phran-xi-xcô (Mỹ) thông qua nội dung nào sau đây?</w:t>
      </w:r>
    </w:p>
    <w:p>
      <w:pPr>
        <w:pStyle w:val="ListParagraph"/>
      </w:pPr>
      <w:r>
        <w:rPr>
          <w:sz w:val="22"/>
        </w:rPr>
        <w:t>A. Hiệp định đình chiến ở Đông Dương.</w:t>
      </w:r>
    </w:p>
    <w:p>
      <w:pPr>
        <w:pStyle w:val="ListParagraph"/>
      </w:pPr>
      <w:r>
        <w:rPr>
          <w:sz w:val="22"/>
        </w:rPr>
        <w:t>B. Kết thúc chiến tranh Triều Tiên.</w:t>
      </w:r>
    </w:p>
    <w:p>
      <w:pPr>
        <w:pStyle w:val="ListParagraph"/>
      </w:pPr>
      <w:r>
        <w:rPr>
          <w:sz w:val="22"/>
        </w:rPr>
        <w:t>C. Xét xử tội phạm chiến tranh thế giới.</w:t>
      </w:r>
    </w:p>
    <w:p>
      <w:pPr>
        <w:pStyle w:val="ListParagraph"/>
      </w:pPr>
      <w:r>
        <w:rPr>
          <w:sz w:val="22"/>
        </w:rPr>
        <w:t>D. Hiến chương Liên hợp quốc.</w:t>
      </w:r>
    </w:p>
    <w:p/>
    <w:p>
      <w:r>
        <w:rPr>
          <w:b/>
          <w:sz w:val="24"/>
        </w:rPr>
        <w:t>Câu 9: Sự kiện nào sau đây đánh dấu Liên hợp quốc chính thức thành lập?</w:t>
      </w:r>
    </w:p>
    <w:p>
      <w:pPr>
        <w:pStyle w:val="ListParagraph"/>
      </w:pPr>
      <w:r>
        <w:rPr>
          <w:sz w:val="22"/>
        </w:rPr>
        <w:t>A. Đại diện 26 nước Đồng minh kí Tuyên bố về Liên hợp quốc (năm 1942).</w:t>
      </w:r>
    </w:p>
    <w:p>
      <w:pPr>
        <w:pStyle w:val="ListParagraph"/>
      </w:pPr>
      <w:r>
        <w:rPr>
          <w:sz w:val="22"/>
        </w:rPr>
        <w:t>B. Hội nghị I-an-ta thống nhất thành lập tổ chức Liên hợp quốc (năm 1945).</w:t>
      </w:r>
    </w:p>
    <w:p>
      <w:pPr>
        <w:pStyle w:val="ListParagraph"/>
      </w:pPr>
      <w:r>
        <w:rPr>
          <w:sz w:val="22"/>
        </w:rPr>
        <w:t>C. Hội nghị Xan Phran-xi-xcô thông qua Hiến chương Liên hợp quốc (năm 1945).</w:t>
      </w:r>
    </w:p>
    <w:p>
      <w:pPr>
        <w:pStyle w:val="ListParagraph"/>
      </w:pPr>
      <w:r>
        <w:rPr>
          <w:sz w:val="22"/>
        </w:rPr>
        <w:t>D. Hiến chương Liên hợp quốc được các nước thành viên phê chuẩn (năm 1945).</w:t>
      </w:r>
    </w:p>
    <w:p/>
    <w:p>
      <w:r>
        <w:rPr>
          <w:b/>
          <w:sz w:val="24"/>
        </w:rPr>
        <w:t>Câu 10: Liên hợp quốc được thành lập (1945) không nhằm mục tiêu nào sau đây?</w:t>
      </w:r>
    </w:p>
    <w:p>
      <w:pPr>
        <w:pStyle w:val="ListParagraph"/>
      </w:pPr>
      <w:r>
        <w:rPr>
          <w:sz w:val="22"/>
        </w:rPr>
        <w:t>A. Hợp tác quốc tế giữa các nước thành viên.</w:t>
      </w:r>
    </w:p>
    <w:p>
      <w:pPr>
        <w:pStyle w:val="ListParagraph"/>
      </w:pPr>
      <w:r>
        <w:rPr>
          <w:sz w:val="22"/>
        </w:rPr>
        <w:t>B. Duy trì nền hòa bình và an ninh trên thế giới.</w:t>
      </w:r>
    </w:p>
    <w:p>
      <w:pPr>
        <w:pStyle w:val="ListParagraph"/>
      </w:pPr>
      <w:r>
        <w:rPr>
          <w:sz w:val="22"/>
        </w:rPr>
        <w:t>C. Phát triển quan hệ hữu nghị giữa các dân tộc.</w:t>
      </w:r>
    </w:p>
    <w:p>
      <w:pPr>
        <w:pStyle w:val="ListParagraph"/>
      </w:pPr>
      <w:r>
        <w:rPr>
          <w:sz w:val="22"/>
        </w:rPr>
        <w:t>D. Duy trì Trật tự thế giới hai cực I-an-ta.</w:t>
      </w:r>
    </w:p>
    <w:p/>
    <w:p>
      <w:r>
        <w:rPr>
          <w:b/>
          <w:sz w:val="24"/>
        </w:rPr>
        <w:t>Câu 11: Nhận xét nào sau đây phản ánh đúng về vai trò của Liên hợp quốc trong trật tự thế giới sau Chiến tranh thế giới thứ hai?</w:t>
      </w:r>
    </w:p>
    <w:p>
      <w:pPr>
        <w:pStyle w:val="ListParagraph"/>
      </w:pPr>
      <w:r>
        <w:rPr>
          <w:sz w:val="22"/>
        </w:rPr>
        <w:t>A. Là công cụ của các cường quốc nhằm duy trì vị thế địa - chính trị toàn cầu sau chiến tranh.</w:t>
      </w:r>
    </w:p>
    <w:p>
      <w:pPr>
        <w:pStyle w:val="ListParagraph"/>
      </w:pPr>
      <w:r>
        <w:rPr>
          <w:sz w:val="22"/>
        </w:rPr>
        <w:t>B. Cộng đồng chính trị, kinh tế, pháp luật, tăng mức độ hội nhập sâu rộng giữa các nước thành viên.</w:t>
      </w:r>
    </w:p>
    <w:p>
      <w:pPr>
        <w:pStyle w:val="ListParagraph"/>
      </w:pPr>
      <w:r>
        <w:rPr>
          <w:sz w:val="22"/>
        </w:rPr>
        <w:t>C. Liên minh quân sự được thành lập để ngăn chặn nguy cơ Chiến tranh thế giới lần thứ ba.</w:t>
      </w:r>
    </w:p>
    <w:p>
      <w:pPr>
        <w:pStyle w:val="ListParagraph"/>
      </w:pPr>
      <w:r>
        <w:rPr>
          <w:sz w:val="22"/>
        </w:rPr>
        <w:t>D. Một tổ chức đa phương toàn cầu, nhằm duy trì hòa bình, an ninh và phát triển bền vững.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