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Một trong những thước đo để đánh giá mức tăng trưở</w:t>
      </w:r>
    </w:p>
    <w:p>
      <w:pPr>
        <w:jc w:val="center"/>
      </w:pPr>
      <w:r>
        <w:rPr>
          <w:sz w:val="22"/>
        </w:rPr>
        <w:t>Số câu: 13    Thời gian: _____ phút    Họ và tên: _________________________</w:t>
      </w:r>
    </w:p>
    <w:p/>
    <w:p>
      <w:r>
        <w:rPr>
          <w:b/>
          <w:sz w:val="24"/>
        </w:rPr>
        <w:t>Câu 1: Một trong những thước đo để đánh giá mức tăng trưởng kinh tế của một quốc gia đó là dựa vào</w:t>
      </w:r>
    </w:p>
    <w:p>
      <w:pPr>
        <w:pStyle w:val="ListParagraph"/>
      </w:pPr>
      <w:r>
        <w:rPr>
          <w:sz w:val="22"/>
        </w:rPr>
        <w:t>A. chỉ số giảm nghèo đa chiều.</w:t>
      </w:r>
    </w:p>
    <w:p>
      <w:pPr>
        <w:pStyle w:val="ListParagraph"/>
      </w:pPr>
      <w:r>
        <w:rPr>
          <w:sz w:val="22"/>
        </w:rPr>
        <w:t>B. tổng hàng hóa xuất khẩu.</w:t>
      </w:r>
    </w:p>
    <w:p>
      <w:pPr>
        <w:pStyle w:val="ListParagraph"/>
      </w:pPr>
      <w:r>
        <w:rPr>
          <w:sz w:val="22"/>
        </w:rPr>
        <w:t>C. tổng thu nhập quốc dân.</w:t>
      </w:r>
    </w:p>
    <w:p>
      <w:pPr>
        <w:pStyle w:val="ListParagraph"/>
      </w:pPr>
      <w:r>
        <w:rPr>
          <w:sz w:val="22"/>
        </w:rPr>
        <w:t>D. chỉ số phát triển bền vững.</w:t>
      </w:r>
    </w:p>
    <w:p/>
    <w:p>
      <w:r>
        <w:rPr>
          <w:b/>
          <w:sz w:val="24"/>
        </w:rPr>
        <w:t>Câu 2: Mối quan hệ giữa tăng trưởng kinh tế và phát triển bền vững được thể hiện ở nội dung nào dưới đây?</w:t>
      </w:r>
    </w:p>
    <w:p>
      <w:pPr>
        <w:pStyle w:val="ListParagraph"/>
      </w:pPr>
      <w:r>
        <w:rPr>
          <w:sz w:val="22"/>
        </w:rPr>
        <w:t>A. Tăng trưởng kinh tế và phát triển bền vững không liên quan đến nhau.</w:t>
      </w:r>
    </w:p>
    <w:p>
      <w:pPr>
        <w:pStyle w:val="ListParagraph"/>
      </w:pPr>
      <w:r>
        <w:rPr>
          <w:sz w:val="22"/>
        </w:rPr>
        <w:t>B. Tăng trưởng kinh tế không gây ảnh hưởng đến phát triển bền vững.</w:t>
      </w:r>
    </w:p>
    <w:p>
      <w:pPr>
        <w:pStyle w:val="ListParagraph"/>
      </w:pPr>
      <w:r>
        <w:rPr>
          <w:sz w:val="22"/>
        </w:rPr>
        <w:t>C. Tăng trưởng kinh tế quan trọng nhưng không đảm bảo phát triển bền vững.</w:t>
      </w:r>
    </w:p>
    <w:p>
      <w:pPr>
        <w:pStyle w:val="ListParagraph"/>
      </w:pPr>
      <w:r>
        <w:rPr>
          <w:sz w:val="22"/>
        </w:rPr>
        <w:t>D. Tăng trưởng kinh tế là điều kiện tiên quyết để đạt được phát triển bền vững.</w:t>
      </w:r>
    </w:p>
    <w:p/>
    <w:p>
      <w:r>
        <w:rPr>
          <w:b/>
          <w:sz w:val="24"/>
        </w:rPr>
        <w:t>Câu 3: Tăng trưởng và phát triển kinh tế không có vai trò nào dưới đây?</w:t>
      </w:r>
    </w:p>
    <w:p>
      <w:pPr>
        <w:pStyle w:val="ListParagraph"/>
      </w:pPr>
      <w:r>
        <w:rPr>
          <w:sz w:val="22"/>
        </w:rPr>
        <w:t>A. Thực hiện phân phối công bằng.</w:t>
      </w:r>
    </w:p>
    <w:p>
      <w:pPr>
        <w:pStyle w:val="ListParagraph"/>
      </w:pPr>
      <w:r>
        <w:rPr>
          <w:sz w:val="22"/>
        </w:rPr>
        <w:t>B. Nâng cao mức sống người dân.</w:t>
      </w:r>
    </w:p>
    <w:p>
      <w:pPr>
        <w:pStyle w:val="ListParagraph"/>
      </w:pPr>
      <w:r>
        <w:rPr>
          <w:sz w:val="22"/>
        </w:rPr>
        <w:t>C. Gia tăng khoảng cách giàu nghèo.</w:t>
      </w:r>
    </w:p>
    <w:p>
      <w:pPr>
        <w:pStyle w:val="ListParagraph"/>
      </w:pPr>
      <w:r>
        <w:rPr>
          <w:sz w:val="22"/>
        </w:rPr>
        <w:t>D. Thu hẹp khoảng cách các vùng.</w:t>
      </w:r>
    </w:p>
    <w:p/>
    <w:p>
      <w:r>
        <w:rPr>
          <w:b/>
          <w:sz w:val="24"/>
        </w:rPr>
        <w:t>Câu 4: Quá trình liên kết, gắn kết giữa các quốc gia, vùng lãnh thổ với nhau thông qua việc tham gia vào các tổ chức kinh tế toàn cầu là một trong những hình thức hội nhập kinh tế quốc tế ở cấp độ</w:t>
      </w:r>
    </w:p>
    <w:p>
      <w:pPr>
        <w:pStyle w:val="ListParagraph"/>
      </w:pPr>
      <w:r>
        <w:rPr>
          <w:sz w:val="22"/>
        </w:rPr>
        <w:t>A. khu vực.</w:t>
      </w:r>
    </w:p>
    <w:p>
      <w:pPr>
        <w:pStyle w:val="ListParagraph"/>
      </w:pPr>
      <w:r>
        <w:rPr>
          <w:sz w:val="22"/>
        </w:rPr>
        <w:t>B. song phương.</w:t>
      </w:r>
    </w:p>
    <w:p>
      <w:pPr>
        <w:pStyle w:val="ListParagraph"/>
      </w:pPr>
      <w:r>
        <w:rPr>
          <w:sz w:val="22"/>
        </w:rPr>
        <w:t>C. toàn cầu.</w:t>
      </w:r>
    </w:p>
    <w:p>
      <w:pPr>
        <w:pStyle w:val="ListParagraph"/>
      </w:pPr>
      <w:r>
        <w:rPr>
          <w:sz w:val="22"/>
        </w:rPr>
        <w:t>D. toàn diện.</w:t>
      </w:r>
    </w:p>
    <w:p/>
    <w:p>
      <w:r>
        <w:rPr>
          <w:b/>
          <w:sz w:val="24"/>
        </w:rPr>
        <w:t>Câu 5: Trong điều kiện toàn cầu hóa, hội nhập kinh tế quốc tế giúp mỗi quốc gia có cơ hội</w:t>
      </w:r>
    </w:p>
    <w:p>
      <w:pPr>
        <w:pStyle w:val="ListParagraph"/>
      </w:pPr>
      <w:r>
        <w:rPr>
          <w:sz w:val="22"/>
        </w:rPr>
        <w:t>A. mở rộng lãnh thổ.</w:t>
      </w:r>
    </w:p>
    <w:p>
      <w:pPr>
        <w:pStyle w:val="ListParagraph"/>
      </w:pPr>
      <w:r>
        <w:rPr>
          <w:sz w:val="22"/>
        </w:rPr>
        <w:t>B. mở rộng chủ quyền.</w:t>
      </w:r>
    </w:p>
    <w:p>
      <w:pPr>
        <w:pStyle w:val="ListParagraph"/>
      </w:pPr>
      <w:r>
        <w:rPr>
          <w:sz w:val="22"/>
        </w:rPr>
        <w:t>C. mở rộng thị trường.</w:t>
      </w:r>
    </w:p>
    <w:p>
      <w:pPr>
        <w:pStyle w:val="ListParagraph"/>
      </w:pPr>
      <w:r>
        <w:rPr>
          <w:sz w:val="22"/>
        </w:rPr>
        <w:t>D. mở mang biên giới.</w:t>
      </w:r>
    </w:p>
    <w:p/>
    <w:p>
      <w:r>
        <w:rPr>
          <w:b/>
          <w:sz w:val="24"/>
        </w:rPr>
        <w:t>Câu 6: Phát biểu nào dưới đây là sai về sự cần thiết của hội nhập kinh tế quốc tế?</w:t>
      </w:r>
    </w:p>
    <w:p>
      <w:pPr>
        <w:pStyle w:val="ListParagraph"/>
      </w:pPr>
      <w:r>
        <w:rPr>
          <w:sz w:val="22"/>
        </w:rPr>
        <w:t>A. Hội nhập kinh tế quốc tế chỉ cần thiết với những quốc gia đang thiếu các nguồn lực về vốn.</w:t>
      </w:r>
    </w:p>
    <w:p>
      <w:pPr>
        <w:pStyle w:val="ListParagraph"/>
      </w:pPr>
      <w:r>
        <w:rPr>
          <w:sz w:val="22"/>
        </w:rPr>
        <w:t>B. Các nước đang phát triển cần tham gia hội nhập kinh tế quốc tế để tiếp cận và sử dụng được các nguồn lực bên ngoài.</w:t>
      </w:r>
    </w:p>
    <w:p>
      <w:pPr>
        <w:pStyle w:val="ListParagraph"/>
      </w:pPr>
      <w:r>
        <w:rPr>
          <w:sz w:val="22"/>
        </w:rPr>
        <w:t>C. Hội nhập kinh tế quốc tế có khả năng thúc đẩy tăng trưởng và phát triển kinh tế quốc gia.</w:t>
      </w:r>
    </w:p>
    <w:p>
      <w:pPr>
        <w:pStyle w:val="ListParagraph"/>
      </w:pPr>
      <w:r>
        <w:rPr>
          <w:sz w:val="22"/>
        </w:rPr>
        <w:t>D. Đối với nước ta, hội nhập kinh tế là con đường ngắn nhất để rút ngắn khoảng cách lạc hậu.</w:t>
      </w:r>
    </w:p>
    <w:p/>
    <w:p>
      <w:r>
        <w:rPr>
          <w:b/>
          <w:sz w:val="24"/>
        </w:rPr>
        <w:t>Câu 7: Phát biểu nào dưới đây là sai về khái niệm bảo hiểm?</w:t>
      </w:r>
    </w:p>
    <w:p>
      <w:pPr>
        <w:pStyle w:val="ListParagraph"/>
      </w:pPr>
      <w:r>
        <w:rPr>
          <w:sz w:val="22"/>
        </w:rPr>
        <w:t>A. Bảo hiểm chia sẻ tổn thất cho những người tham gia, theo nguyên tắc "số đông bù số ít".</w:t>
      </w:r>
    </w:p>
    <w:p>
      <w:pPr>
        <w:pStyle w:val="ListParagraph"/>
      </w:pPr>
      <w:r>
        <w:rPr>
          <w:sz w:val="22"/>
        </w:rPr>
        <w:t>B. Người tham gia bảo hiểm chuyển giao rủi ro cho tổ chức bảo hiểm trên cơ sở đóng phí.</w:t>
      </w:r>
    </w:p>
    <w:p>
      <w:pPr>
        <w:pStyle w:val="ListParagraph"/>
      </w:pPr>
      <w:r>
        <w:rPr>
          <w:sz w:val="22"/>
        </w:rPr>
        <w:t>C. Khi rủi ro xảy ra, người tham gia bảo hiểm sẽ được bồi thường ngay số tiền đã thiệt hại.</w:t>
      </w:r>
    </w:p>
    <w:p>
      <w:pPr>
        <w:pStyle w:val="ListParagraph"/>
      </w:pPr>
      <w:r>
        <w:rPr>
          <w:sz w:val="22"/>
        </w:rPr>
        <w:t>D. Tham gia bảo hiểm giúp các cá nhân, nhanh chóng ổn định đời sống vật chất, tinh thần.</w:t>
      </w:r>
    </w:p>
    <w:p/>
    <w:p>
      <w:r>
        <w:rPr>
          <w:b/>
          <w:sz w:val="24"/>
        </w:rPr>
        <w:t>Câu 8: Loại hình bảo hiểm do Nhà nước tổ chức mà người lao động và người sử dụng lao động thuộc đối tượng theo quy định phải tham gia là</w:t>
      </w:r>
    </w:p>
    <w:p>
      <w:pPr>
        <w:pStyle w:val="ListParagraph"/>
      </w:pPr>
      <w:r>
        <w:rPr>
          <w:sz w:val="22"/>
        </w:rPr>
        <w:t>A. bảo hiểm thân thể.</w:t>
      </w:r>
    </w:p>
    <w:p>
      <w:pPr>
        <w:pStyle w:val="ListParagraph"/>
      </w:pPr>
      <w:r>
        <w:rPr>
          <w:sz w:val="22"/>
        </w:rPr>
        <w:t>B. bảo hiểm xã hội tự nguyện.</w:t>
      </w:r>
    </w:p>
    <w:p>
      <w:pPr>
        <w:pStyle w:val="ListParagraph"/>
      </w:pPr>
      <w:r>
        <w:rPr>
          <w:sz w:val="22"/>
        </w:rPr>
        <w:t>C. bảo hiểm xã hội bắt buộc.</w:t>
      </w:r>
    </w:p>
    <w:p>
      <w:pPr>
        <w:pStyle w:val="ListParagraph"/>
      </w:pPr>
      <w:r>
        <w:rPr>
          <w:sz w:val="22"/>
        </w:rPr>
        <w:t>D. bảo hiểm tài sản.</w:t>
      </w:r>
    </w:p>
    <w:p/>
    <w:p>
      <w:r>
        <w:rPr>
          <w:b/>
          <w:sz w:val="24"/>
        </w:rPr>
        <w:t>Câu 9: Khi tham gia bảo hiểm, công dân cần thực hiện trách nhiệm nào sau đây đối với nhà cung cấp dịch vụ bảo hiểm?</w:t>
      </w:r>
    </w:p>
    <w:p>
      <w:pPr>
        <w:pStyle w:val="ListParagraph"/>
      </w:pPr>
      <w:r>
        <w:rPr>
          <w:sz w:val="22"/>
        </w:rPr>
        <w:t>A. Chấp nhận mọi phát sinh.</w:t>
      </w:r>
    </w:p>
    <w:p>
      <w:pPr>
        <w:pStyle w:val="ListParagraph"/>
      </w:pPr>
      <w:r>
        <w:rPr>
          <w:sz w:val="22"/>
        </w:rPr>
        <w:t>B. Thực hiện hợp đồng đã ký kết</w:t>
      </w:r>
    </w:p>
    <w:p>
      <w:pPr>
        <w:pStyle w:val="ListParagraph"/>
      </w:pPr>
      <w:r>
        <w:rPr>
          <w:sz w:val="22"/>
        </w:rPr>
        <w:t>C. Che giấu tình trạng bệnh tật.</w:t>
      </w:r>
    </w:p>
    <w:p>
      <w:pPr>
        <w:pStyle w:val="ListParagraph"/>
      </w:pPr>
      <w:r>
        <w:rPr>
          <w:sz w:val="22"/>
        </w:rPr>
        <w:t>D. Chia sẻ mọi thông tin cá nhân.</w:t>
      </w:r>
    </w:p>
    <w:p/>
    <w:p>
      <w:r>
        <w:rPr>
          <w:b/>
          <w:sz w:val="24"/>
        </w:rPr>
        <w:t>Câu 10: Hệ thống các chính sách can thiệp của Nhà nước và các lực lượng xã hội thực hiện nhằm giảm mức độ nghèo đói, nâng cao năng lực tự bảo vệ của người dân và xã hội trước những rủi ro hay nguy cơ giảm hoặc mất thu nhập, bảo đảm ổn định, phát triển và công bằng xã hội là nội dung của khái niệm nào dưới đây?</w:t>
      </w:r>
    </w:p>
    <w:p>
      <w:pPr>
        <w:pStyle w:val="ListParagraph"/>
      </w:pPr>
      <w:r>
        <w:rPr>
          <w:sz w:val="22"/>
        </w:rPr>
        <w:t>A. An sinh xã hội.</w:t>
      </w:r>
    </w:p>
    <w:p>
      <w:pPr>
        <w:pStyle w:val="ListParagraph"/>
      </w:pPr>
      <w:r>
        <w:rPr>
          <w:sz w:val="22"/>
        </w:rPr>
        <w:t>B. Bảo hiểm xã hội.</w:t>
      </w:r>
    </w:p>
    <w:p>
      <w:pPr>
        <w:pStyle w:val="ListParagraph"/>
      </w:pPr>
      <w:r>
        <w:rPr>
          <w:sz w:val="22"/>
        </w:rPr>
        <w:t>C. Chất lượng cuộc sống.</w:t>
      </w:r>
    </w:p>
    <w:p>
      <w:pPr>
        <w:pStyle w:val="ListParagraph"/>
      </w:pPr>
      <w:r>
        <w:rPr>
          <w:sz w:val="22"/>
        </w:rPr>
        <w:t>D. Thượng tầng xã hội.</w:t>
      </w:r>
    </w:p>
    <w:p/>
    <w:p>
      <w:r>
        <w:rPr>
          <w:b/>
          <w:sz w:val="24"/>
        </w:rPr>
        <w:t>Câu 11: Một trong những vai trò của an sinh xã hội là góp phần giúp các đối tượng được hưởng chính sách an sinh xã hội có thể chủ động, ngăn ngừa và giảm bớt</w:t>
      </w:r>
    </w:p>
    <w:p>
      <w:pPr>
        <w:pStyle w:val="ListParagraph"/>
      </w:pPr>
      <w:r>
        <w:rPr>
          <w:sz w:val="22"/>
        </w:rPr>
        <w:t>A. phạm tội.</w:t>
      </w:r>
    </w:p>
    <w:p>
      <w:pPr>
        <w:pStyle w:val="ListParagraph"/>
      </w:pPr>
      <w:r>
        <w:rPr>
          <w:sz w:val="22"/>
        </w:rPr>
        <w:t>B. rủi ro.</w:t>
      </w:r>
    </w:p>
    <w:p>
      <w:pPr>
        <w:pStyle w:val="ListParagraph"/>
      </w:pPr>
      <w:r>
        <w:rPr>
          <w:sz w:val="22"/>
        </w:rPr>
        <w:t>C. quyền lợi.</w:t>
      </w:r>
    </w:p>
    <w:p>
      <w:pPr>
        <w:pStyle w:val="ListParagraph"/>
      </w:pPr>
      <w:r>
        <w:rPr>
          <w:sz w:val="22"/>
        </w:rPr>
        <w:t>D. lợi nhuận.</w:t>
      </w:r>
    </w:p>
    <w:p/>
    <w:p>
      <w:r>
        <w:rPr>
          <w:b/>
          <w:sz w:val="24"/>
        </w:rPr>
        <w:t>Câu 12: Việc nhà nước đầu tư kinh phí để phát triển hệ thống nhà ở xã hội cho người thu nhập thấp là góp phần thực hiện chính sách an sinh xã hội nào dưới đây?</w:t>
      </w:r>
    </w:p>
    <w:p>
      <w:pPr>
        <w:pStyle w:val="ListParagraph"/>
      </w:pPr>
      <w:r>
        <w:rPr>
          <w:sz w:val="22"/>
        </w:rPr>
        <w:t>A. Chính sách giải quyết việc làm.</w:t>
      </w:r>
    </w:p>
    <w:p>
      <w:pPr>
        <w:pStyle w:val="ListParagraph"/>
      </w:pPr>
      <w:r>
        <w:rPr>
          <w:sz w:val="22"/>
        </w:rPr>
        <w:t>B. Chính sách dịch vụ xã hội cơ bản.</w:t>
      </w:r>
    </w:p>
    <w:p>
      <w:pPr>
        <w:pStyle w:val="ListParagraph"/>
      </w:pPr>
      <w:r>
        <w:rPr>
          <w:sz w:val="22"/>
        </w:rPr>
        <w:t>C. Chính sách trợ giúp xã hội.</w:t>
      </w:r>
    </w:p>
    <w:p>
      <w:pPr>
        <w:pStyle w:val="ListParagraph"/>
      </w:pPr>
      <w:r>
        <w:rPr>
          <w:sz w:val="22"/>
        </w:rPr>
        <w:t>D. Chính sách bảo hiểm xã hội.</w:t>
      </w:r>
    </w:p>
    <w:p/>
    <w:p>
      <w:r>
        <w:rPr>
          <w:b/>
          <w:sz w:val="24"/>
        </w:rPr>
        <w:t>Câu 13: Việc làm nào dưới đây của mỗi công dân không góp phần vào thúc đẩy tăng trưởng và phát triển kinh tế đất nước?</w:t>
      </w:r>
    </w:p>
    <w:p/>
    <w:p>
      <w:r>
        <w:t>──────────────────────────────────────────────────</w:t>
      </w:r>
    </w:p>
    <w:p>
      <w:r>
        <w:rPr>
          <w:b/>
        </w:rPr>
        <w:t>BẢNG ĐÁP ÁN &amp; LỜI GIẢI CHI TIẾT</w:t>
      </w:r>
    </w:p>
    <w:p>
      <w:r>
        <w:rPr>
          <w:b/>
        </w:rPr>
        <w:t>Câu 1: Đáp án đúng: C</w:t>
      </w:r>
    </w:p>
    <w:p>
      <w:r>
        <w:rPr>
          <w:b/>
        </w:rPr>
        <w:t>Câu 2: Đáp án đúng: D</w:t>
      </w:r>
    </w:p>
    <w:p>
      <w:r>
        <w:rPr>
          <w:b/>
        </w:rPr>
        <w:t>Câu 3: Đáp án đúng: C</w:t>
      </w:r>
    </w:p>
    <w:p>
      <w:r>
        <w:rPr>
          <w:b/>
        </w:rPr>
        <w:t>Câu 4: Đáp án đúng: C</w:t>
      </w:r>
    </w:p>
    <w:p>
      <w:r>
        <w:rPr>
          <w:b/>
        </w:rPr>
        <w:t>Câu 5: Đáp án đúng: C</w:t>
      </w:r>
    </w:p>
    <w:p>
      <w:r>
        <w:rPr>
          <w:b/>
        </w:rPr>
        <w:t>Câu 6: Đáp án đúng: A</w:t>
      </w:r>
    </w:p>
    <w:p>
      <w:r>
        <w:rPr>
          <w:b/>
        </w:rPr>
        <w:t>Câu 7: Đáp án đúng: C</w:t>
      </w:r>
    </w:p>
    <w:p>
      <w:r>
        <w:rPr>
          <w:b/>
        </w:rPr>
        <w:t>Câu 8: Đáp án đúng: C</w:t>
      </w:r>
    </w:p>
    <w:p>
      <w:r>
        <w:rPr>
          <w:b/>
        </w:rPr>
        <w:t>Câu 9: Đáp án đúng: B</w:t>
      </w:r>
    </w:p>
    <w:p>
      <w:r>
        <w:rPr>
          <w:b/>
        </w:rPr>
        <w:t>Câu 10: Đáp án đúng: A</w:t>
      </w:r>
    </w:p>
    <w:p>
      <w:r>
        <w:rPr>
          <w:b/>
        </w:rPr>
        <w:t>Câu 11: Đáp án đúng: B</w:t>
      </w:r>
    </w:p>
    <w:p>
      <w:r>
        <w:rPr>
          <w:b/>
        </w:rPr>
        <w:t>Câu 12: Đáp án đúng: B</w:t>
      </w:r>
    </w:p>
    <w:p>
      <w:r>
        <w:rPr>
          <w:b/>
        </w:rPr>
        <w:t>Câu 13: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