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questions.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A. should B. would C. bought D. could</w:t>
      </w:r>
    </w:p>
    <w:p>
      <w:pPr>
        <w:pStyle w:val="ListParagraph"/>
      </w:pPr>
      <w:r>
        <w:rPr>
          <w:sz w:val="22"/>
        </w:rPr>
        <w:t>A. should</w:t>
      </w:r>
    </w:p>
    <w:p>
      <w:pPr>
        <w:pStyle w:val="ListParagraph"/>
      </w:pPr>
      <w:r>
        <w:rPr>
          <w:sz w:val="22"/>
        </w:rPr>
        <w:t>B. would</w:t>
      </w:r>
    </w:p>
    <w:p>
      <w:pPr>
        <w:pStyle w:val="ListParagraph"/>
      </w:pPr>
      <w:r>
        <w:rPr>
          <w:sz w:val="22"/>
        </w:rPr>
        <w:t>C. bought</w:t>
      </w:r>
    </w:p>
    <w:p>
      <w:pPr>
        <w:pStyle w:val="ListParagraph"/>
      </w:pPr>
      <w:r>
        <w:rPr>
          <w:sz w:val="22"/>
        </w:rPr>
        <w:t>D. could</w:t>
      </w:r>
    </w:p>
    <w:p/>
    <w:p>
      <w:r>
        <w:rPr>
          <w:b/>
          <w:sz w:val="24"/>
        </w:rPr>
        <w:t>Câu 2: A. here B. brother C. newspaper D. dinner</w:t>
      </w:r>
    </w:p>
    <w:p>
      <w:pPr>
        <w:pStyle w:val="ListParagraph"/>
      </w:pPr>
      <w:r>
        <w:rPr>
          <w:sz w:val="22"/>
        </w:rPr>
        <w:t>A. here</w:t>
      </w:r>
    </w:p>
    <w:p>
      <w:pPr>
        <w:pStyle w:val="ListParagraph"/>
      </w:pPr>
      <w:r>
        <w:rPr>
          <w:sz w:val="22"/>
        </w:rPr>
        <w:t>B. brother</w:t>
      </w:r>
    </w:p>
    <w:p>
      <w:pPr>
        <w:pStyle w:val="ListParagraph"/>
      </w:pPr>
      <w:r>
        <w:rPr>
          <w:sz w:val="22"/>
        </w:rPr>
        <w:t>C. newspaper</w:t>
      </w:r>
    </w:p>
    <w:p>
      <w:pPr>
        <w:pStyle w:val="ListParagraph"/>
      </w:pPr>
      <w:r>
        <w:rPr>
          <w:sz w:val="22"/>
        </w:rPr>
        <w:t>D. dinner</w:t>
      </w:r>
    </w:p>
    <w:p/>
    <w:p>
      <w:r>
        <w:rPr>
          <w:b/>
          <w:sz w:val="24"/>
        </w:rPr>
        <w:t>Câu 3: A. cool B. roof C. noon D. blood</w:t>
      </w:r>
    </w:p>
    <w:p>
      <w:pPr>
        <w:pStyle w:val="ListParagraph"/>
      </w:pPr>
      <w:r>
        <w:rPr>
          <w:sz w:val="22"/>
        </w:rPr>
        <w:t>A. cool</w:t>
      </w:r>
    </w:p>
    <w:p>
      <w:pPr>
        <w:pStyle w:val="ListParagraph"/>
      </w:pPr>
      <w:r>
        <w:rPr>
          <w:sz w:val="22"/>
        </w:rPr>
        <w:t>B. roof</w:t>
      </w:r>
    </w:p>
    <w:p>
      <w:pPr>
        <w:pStyle w:val="ListParagraph"/>
      </w:pPr>
      <w:r>
        <w:rPr>
          <w:sz w:val="22"/>
        </w:rPr>
        <w:t>C. noon</w:t>
      </w:r>
    </w:p>
    <w:p>
      <w:pPr>
        <w:pStyle w:val="ListParagraph"/>
      </w:pPr>
      <w:r>
        <w:rPr>
          <w:sz w:val="22"/>
        </w:rPr>
        <w:t>D. blood</w:t>
      </w:r>
    </w:p>
    <w:p/>
    <w:p>
      <w:r>
        <w:rPr>
          <w:b/>
          <w:sz w:val="24"/>
        </w:rPr>
        <w:t>Câu 4: A. comic B. data C. decision D. harvest</w:t>
      </w:r>
    </w:p>
    <w:p>
      <w:pPr>
        <w:pStyle w:val="ListParagraph"/>
      </w:pPr>
      <w:r>
        <w:rPr>
          <w:sz w:val="22"/>
        </w:rPr>
        <w:t>A. comic</w:t>
      </w:r>
    </w:p>
    <w:p>
      <w:pPr>
        <w:pStyle w:val="ListParagraph"/>
      </w:pPr>
      <w:r>
        <w:rPr>
          <w:sz w:val="22"/>
        </w:rPr>
        <w:t>B. data</w:t>
      </w:r>
    </w:p>
    <w:p>
      <w:pPr>
        <w:pStyle w:val="ListParagraph"/>
      </w:pPr>
      <w:r>
        <w:rPr>
          <w:sz w:val="22"/>
        </w:rPr>
        <w:t>C. decision</w:t>
      </w:r>
    </w:p>
    <w:p>
      <w:pPr>
        <w:pStyle w:val="ListParagraph"/>
      </w:pPr>
      <w:r>
        <w:rPr>
          <w:sz w:val="22"/>
        </w:rPr>
        <w:t>D. harvest</w:t>
      </w:r>
    </w:p>
    <w:p/>
    <w:p>
      <w:r>
        <w:rPr>
          <w:b/>
          <w:sz w:val="24"/>
        </w:rPr>
        <w:t>Câu 5: A. local B. remote C. unload D. improve</w:t>
      </w:r>
    </w:p>
    <w:p>
      <w:pPr>
        <w:pStyle w:val="ListParagraph"/>
      </w:pPr>
      <w:r>
        <w:rPr>
          <w:sz w:val="22"/>
        </w:rPr>
        <w:t>A. local</w:t>
      </w:r>
    </w:p>
    <w:p>
      <w:pPr>
        <w:pStyle w:val="ListParagraph"/>
      </w:pPr>
      <w:r>
        <w:rPr>
          <w:sz w:val="22"/>
        </w:rPr>
        <w:t>B. remote</w:t>
      </w:r>
    </w:p>
    <w:p>
      <w:pPr>
        <w:pStyle w:val="ListParagraph"/>
      </w:pPr>
      <w:r>
        <w:rPr>
          <w:sz w:val="22"/>
        </w:rPr>
        <w:t>C. unload</w:t>
      </w:r>
    </w:p>
    <w:p>
      <w:pPr>
        <w:pStyle w:val="ListParagraph"/>
      </w:pPr>
      <w:r>
        <w:rPr>
          <w:sz w:val="22"/>
        </w:rPr>
        <w:t>D. improve</w:t>
      </w:r>
    </w:p>
    <w:p/>
    <w:p>
      <w:r>
        <w:rPr>
          <w:b/>
          <w:sz w:val="24"/>
        </w:rPr>
        <w:t>Câu 6: Going for a walk is a great way to spend leisure time and _____ some exercise.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got</w:t>
      </w:r>
    </w:p>
    <w:p>
      <w:pPr>
        <w:pStyle w:val="ListParagraph"/>
      </w:pPr>
      <w:r>
        <w:rPr>
          <w:sz w:val="22"/>
        </w:rPr>
        <w:t>C. gotten</w:t>
      </w:r>
    </w:p>
    <w:p>
      <w:pPr>
        <w:pStyle w:val="ListParagraph"/>
      </w:pPr>
      <w:r>
        <w:rPr>
          <w:sz w:val="22"/>
        </w:rPr>
        <w:t>D. to get</w:t>
      </w:r>
    </w:p>
    <w:p/>
    <w:p>
      <w:r>
        <w:rPr>
          <w:b/>
          <w:sz w:val="24"/>
        </w:rPr>
        <w:t>Câu 7: I like _____ video games as a way to unwind and relax.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playing</w:t>
      </w:r>
    </w:p>
    <w:p>
      <w:pPr>
        <w:pStyle w:val="ListParagraph"/>
      </w:pPr>
      <w:r>
        <w:rPr>
          <w:sz w:val="22"/>
        </w:rPr>
        <w:t>C. played</w:t>
      </w:r>
    </w:p>
    <w:p>
      <w:pPr>
        <w:pStyle w:val="ListParagraph"/>
      </w:pPr>
      <w:r>
        <w:rPr>
          <w:sz w:val="22"/>
        </w:rPr>
        <w:t>D. plays</w:t>
      </w:r>
    </w:p>
    <w:p/>
    <w:p>
      <w:r>
        <w:rPr>
          <w:b/>
          <w:sz w:val="24"/>
        </w:rPr>
        <w:t>Câu 8: I enjoy gardening and taking care _____ my plants during my leisure time.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out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of</w:t>
      </w:r>
    </w:p>
    <w:p/>
    <w:p>
      <w:r>
        <w:rPr>
          <w:b/>
          <w:sz w:val="24"/>
        </w:rPr>
        <w:t>Câu 9: Teenagers enjoy spending time with _____ friends.</w:t>
      </w:r>
    </w:p>
    <w:p>
      <w:pPr>
        <w:pStyle w:val="ListParagraph"/>
      </w:pPr>
      <w:r>
        <w:rPr>
          <w:sz w:val="22"/>
        </w:rPr>
        <w:t>A. them</w:t>
      </w:r>
    </w:p>
    <w:p>
      <w:pPr>
        <w:pStyle w:val="ListParagraph"/>
      </w:pPr>
      <w:r>
        <w:rPr>
          <w:sz w:val="22"/>
        </w:rPr>
        <w:t>B. his</w:t>
      </w:r>
    </w:p>
    <w:p>
      <w:pPr>
        <w:pStyle w:val="ListParagraph"/>
      </w:pPr>
      <w:r>
        <w:rPr>
          <w:sz w:val="22"/>
        </w:rPr>
        <w:t>C. her</w:t>
      </w:r>
    </w:p>
    <w:p>
      <w:pPr>
        <w:pStyle w:val="ListParagraph"/>
      </w:pPr>
      <w:r>
        <w:rPr>
          <w:sz w:val="22"/>
        </w:rPr>
        <w:t>D. their</w:t>
      </w:r>
    </w:p>
    <w:p/>
    <w:p>
      <w:r>
        <w:rPr>
          <w:b/>
          <w:sz w:val="24"/>
        </w:rPr>
        <w:t>Câu 10: They _____ playing video games and watching movies.</w:t>
      </w:r>
    </w:p>
    <w:p>
      <w:pPr>
        <w:pStyle w:val="ListParagraph"/>
      </w:pPr>
      <w:r>
        <w:rPr>
          <w:sz w:val="22"/>
        </w:rPr>
        <w:t>A. loves</w:t>
      </w:r>
    </w:p>
    <w:p>
      <w:pPr>
        <w:pStyle w:val="ListParagraph"/>
      </w:pPr>
      <w:r>
        <w:rPr>
          <w:sz w:val="22"/>
        </w:rPr>
        <w:t>B. adores</w:t>
      </w:r>
    </w:p>
    <w:p>
      <w:pPr>
        <w:pStyle w:val="ListParagraph"/>
      </w:pPr>
      <w:r>
        <w:rPr>
          <w:sz w:val="22"/>
        </w:rPr>
        <w:t>C. like</w:t>
      </w:r>
    </w:p>
    <w:p>
      <w:pPr>
        <w:pStyle w:val="ListParagraph"/>
      </w:pPr>
      <w:r>
        <w:rPr>
          <w:sz w:val="22"/>
        </w:rPr>
        <w:t>D. fond</w:t>
      </w:r>
    </w:p>
    <w:p/>
    <w:p>
      <w:r>
        <w:rPr>
          <w:b/>
          <w:sz w:val="24"/>
        </w:rPr>
        <w:t>Câu 11: _____ teenagers listen to music to relax.</w:t>
      </w:r>
    </w:p>
    <w:p>
      <w:pPr>
        <w:pStyle w:val="ListParagraph"/>
      </w:pPr>
      <w:r>
        <w:rPr>
          <w:sz w:val="22"/>
        </w:rPr>
        <w:t>A. Any</w:t>
      </w:r>
    </w:p>
    <w:p>
      <w:pPr>
        <w:pStyle w:val="ListParagraph"/>
      </w:pPr>
      <w:r>
        <w:rPr>
          <w:sz w:val="22"/>
        </w:rPr>
        <w:t>B. Many</w:t>
      </w:r>
    </w:p>
    <w:p>
      <w:pPr>
        <w:pStyle w:val="ListParagraph"/>
      </w:pPr>
      <w:r>
        <w:rPr>
          <w:sz w:val="22"/>
        </w:rPr>
        <w:t>C. Much</w:t>
      </w:r>
    </w:p>
    <w:p>
      <w:pPr>
        <w:pStyle w:val="ListParagraph"/>
      </w:pPr>
      <w:r>
        <w:rPr>
          <w:sz w:val="22"/>
        </w:rPr>
        <w:t>D. A</w:t>
      </w:r>
    </w:p>
    <w:p/>
    <w:p>
      <w:r>
        <w:rPr>
          <w:b/>
          <w:sz w:val="24"/>
        </w:rPr>
        <w:t>Câu 12: They often struggle with _____ school work and social life.</w:t>
      </w:r>
    </w:p>
    <w:p>
      <w:pPr>
        <w:pStyle w:val="ListParagraph"/>
      </w:pPr>
      <w:r>
        <w:rPr>
          <w:sz w:val="22"/>
        </w:rPr>
        <w:t>A. balancing</w:t>
      </w:r>
    </w:p>
    <w:p>
      <w:pPr>
        <w:pStyle w:val="ListParagraph"/>
      </w:pPr>
      <w:r>
        <w:rPr>
          <w:sz w:val="22"/>
        </w:rPr>
        <w:t>B. balance</w:t>
      </w:r>
    </w:p>
    <w:p>
      <w:pPr>
        <w:pStyle w:val="ListParagraph"/>
      </w:pPr>
      <w:r>
        <w:rPr>
          <w:sz w:val="22"/>
        </w:rPr>
        <w:t>C. balanced</w:t>
      </w:r>
    </w:p>
    <w:p>
      <w:pPr>
        <w:pStyle w:val="ListParagraph"/>
      </w:pPr>
      <w:r>
        <w:rPr>
          <w:sz w:val="22"/>
        </w:rPr>
        <w:t>D. to balance</w:t>
      </w:r>
    </w:p>
    <w:p/>
    <w:p>
      <w:r>
        <w:rPr>
          <w:b/>
          <w:sz w:val="24"/>
        </w:rPr>
        <w:t>Câu 13: John sings _____ than anyone in the choir.</w:t>
      </w:r>
    </w:p>
    <w:p>
      <w:pPr>
        <w:pStyle w:val="ListParagraph"/>
      </w:pPr>
      <w:r>
        <w:rPr>
          <w:sz w:val="22"/>
        </w:rPr>
        <w:t>A. beautiful</w:t>
      </w:r>
    </w:p>
    <w:p>
      <w:pPr>
        <w:pStyle w:val="ListParagraph"/>
      </w:pPr>
      <w:r>
        <w:rPr>
          <w:sz w:val="22"/>
        </w:rPr>
        <w:t>B. more beautiful</w:t>
      </w:r>
    </w:p>
    <w:p>
      <w:pPr>
        <w:pStyle w:val="ListParagraph"/>
      </w:pPr>
      <w:r>
        <w:rPr>
          <w:sz w:val="22"/>
        </w:rPr>
        <w:t>C. beautifully</w:t>
      </w:r>
    </w:p>
    <w:p>
      <w:pPr>
        <w:pStyle w:val="ListParagraph"/>
      </w:pPr>
      <w:r>
        <w:rPr>
          <w:sz w:val="22"/>
        </w:rPr>
        <w:t>D. more beautifully</w:t>
      </w:r>
    </w:p>
    <w:p/>
    <w:p>
      <w:r>
        <w:rPr>
          <w:b/>
          <w:sz w:val="24"/>
        </w:rPr>
        <w:t>Câu 14: Jane writes _____ than her classmates.</w:t>
      </w:r>
    </w:p>
    <w:p>
      <w:pPr>
        <w:pStyle w:val="ListParagraph"/>
      </w:pPr>
      <w:r>
        <w:rPr>
          <w:sz w:val="22"/>
        </w:rPr>
        <w:t>A. more careful</w:t>
      </w:r>
    </w:p>
    <w:p>
      <w:pPr>
        <w:pStyle w:val="ListParagraph"/>
      </w:pPr>
      <w:r>
        <w:rPr>
          <w:sz w:val="22"/>
        </w:rPr>
        <w:t>B. more carefully</w:t>
      </w:r>
    </w:p>
    <w:p>
      <w:pPr>
        <w:pStyle w:val="ListParagraph"/>
      </w:pPr>
      <w:r>
        <w:rPr>
          <w:sz w:val="22"/>
        </w:rPr>
        <w:t>C. careful</w:t>
      </w:r>
    </w:p>
    <w:p>
      <w:pPr>
        <w:pStyle w:val="ListParagraph"/>
      </w:pPr>
      <w:r>
        <w:rPr>
          <w:sz w:val="22"/>
        </w:rPr>
        <w:t>D. carefully</w:t>
      </w:r>
    </w:p>
    <w:p/>
    <w:p>
      <w:r>
        <w:rPr>
          <w:b/>
          <w:sz w:val="24"/>
        </w:rPr>
        <w:t>Câu 15: He is _____ in reading books.</w:t>
      </w:r>
    </w:p>
    <w:p>
      <w:pPr>
        <w:pStyle w:val="ListParagraph"/>
      </w:pPr>
      <w:r>
        <w:rPr>
          <w:sz w:val="22"/>
        </w:rPr>
        <w:t>A. interested</w:t>
      </w:r>
    </w:p>
    <w:p>
      <w:pPr>
        <w:pStyle w:val="ListParagraph"/>
      </w:pPr>
      <w:r>
        <w:rPr>
          <w:sz w:val="22"/>
        </w:rPr>
        <w:t>B. fond</w:t>
      </w:r>
    </w:p>
    <w:p>
      <w:pPr>
        <w:pStyle w:val="ListParagraph"/>
      </w:pPr>
      <w:r>
        <w:rPr>
          <w:sz w:val="22"/>
        </w:rPr>
        <w:t>C. into</w:t>
      </w:r>
    </w:p>
    <w:p>
      <w:pPr>
        <w:pStyle w:val="ListParagraph"/>
      </w:pPr>
      <w:r>
        <w:rPr>
          <w:sz w:val="22"/>
        </w:rPr>
        <w:t>D. crazy</w:t>
      </w:r>
    </w:p>
    <w:p/>
    <w:p>
      <w:r>
        <w:rPr>
          <w:b/>
          <w:sz w:val="24"/>
        </w:rPr>
        <w:t>Câu 16: (Cook) _________ and trying out new recipes is a creative way to spend free time.</w:t>
      </w:r>
    </w:p>
    <w:p/>
    <w:p>
      <w:r>
        <w:rPr>
          <w:b/>
          <w:sz w:val="24"/>
        </w:rPr>
        <w:t>Câu 17: Some teenagers (get) _________ part-time jobs to earn extra money.</w:t>
      </w:r>
    </w:p>
    <w:p/>
    <w:p>
      <w:r>
        <w:rPr>
          <w:b/>
          <w:sz w:val="24"/>
        </w:rPr>
        <w:t>Câu 18: I like to go on hikes and (explore) _________ nature during my leisure time.</w:t>
      </w:r>
    </w:p>
    <w:p/>
    <w:p>
      <w:r>
        <w:rPr>
          <w:b/>
          <w:sz w:val="24"/>
        </w:rPr>
        <w:t>Câu 19: She dances more (graceful) _________ than the other dancers.</w:t>
      </w:r>
    </w:p>
    <w:p/>
    <w:p>
      <w:r>
        <w:rPr>
          <w:b/>
          <w:sz w:val="24"/>
        </w:rPr>
        <w:t>Câu 20: Teenagers (love) _________ to go shopping with their friends.</w:t>
      </w:r>
    </w:p>
    <w:p/>
    <w:p>
      <w:r>
        <w:rPr>
          <w:b/>
          <w:sz w:val="24"/>
        </w:rPr>
        <w:t>Câu 21: The sun is shining (bright) _________ than yesterday.</w:t>
      </w:r>
    </w:p>
    <w:p/>
    <w:p>
      <w:r>
        <w:rPr>
          <w:b/>
          <w:sz w:val="24"/>
        </w:rPr>
        <w:t>Câu 22: What do you (do) _________ in your free time?</w:t>
      </w:r>
    </w:p>
    <w:p/>
    <w:p>
      <w:r>
        <w:rPr>
          <w:b/>
          <w:sz w:val="24"/>
        </w:rPr>
        <w:t>Câu 23: I usually (hang) _________ out with my friends.</w:t>
      </w:r>
    </w:p>
    <w:p/>
    <w:p>
      <w:r>
        <w:rPr>
          <w:b/>
          <w:sz w:val="24"/>
        </w:rPr>
        <w:t>Câu 24: You love spending free time with other people, do not you?</w:t>
      </w:r>
    </w:p>
    <w:p>
      <w:pPr>
        <w:pStyle w:val="ListParagraph"/>
      </w:pPr>
      <w:r>
        <w:rPr>
          <w:sz w:val="22"/>
        </w:rPr>
        <w:t>A. You</w:t>
      </w:r>
    </w:p>
    <w:p>
      <w:pPr>
        <w:pStyle w:val="ListParagraph"/>
      </w:pPr>
      <w:r>
        <w:rPr>
          <w:sz w:val="22"/>
        </w:rPr>
        <w:t>B. spending</w:t>
      </w:r>
    </w:p>
    <w:p>
      <w:pPr>
        <w:pStyle w:val="ListParagraph"/>
      </w:pPr>
      <w:r>
        <w:rPr>
          <w:sz w:val="22"/>
        </w:rPr>
        <w:t>C. do not</w:t>
      </w:r>
    </w:p>
    <w:p>
      <w:pPr>
        <w:pStyle w:val="ListParagraph"/>
      </w:pPr>
      <w:r>
        <w:rPr>
          <w:sz w:val="22"/>
        </w:rPr>
        <w:t>D. you</w:t>
      </w:r>
    </w:p>
    <w:p/>
    <w:p>
      <w:r>
        <w:rPr>
          <w:b/>
          <w:sz w:val="24"/>
        </w:rPr>
        <w:t>Câu 25: What do Nam and John prefer doing at the weekend?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do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at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Cooking</w:t>
      </w:r>
    </w:p>
    <w:p>
      <w:r>
        <w:rPr>
          <w:b/>
        </w:rPr>
        <w:t>Câu 17: Đáp án đúng: get</w:t>
      </w:r>
    </w:p>
    <w:p>
      <w:r>
        <w:rPr>
          <w:b/>
        </w:rPr>
        <w:t>Câu 18: Đáp án đúng: explore</w:t>
      </w:r>
    </w:p>
    <w:p>
      <w:r>
        <w:rPr>
          <w:b/>
        </w:rPr>
        <w:t>Câu 19: Đáp án đúng: gracefully</w:t>
      </w:r>
    </w:p>
    <w:p>
      <w:r>
        <w:rPr>
          <w:b/>
        </w:rPr>
        <w:t>Câu 20: Đáp án đúng: love</w:t>
      </w:r>
    </w:p>
    <w:p>
      <w:r>
        <w:rPr>
          <w:b/>
        </w:rPr>
        <w:t>Câu 21: Đáp án đúng: more brightly</w:t>
      </w:r>
    </w:p>
    <w:p>
      <w:r>
        <w:rPr>
          <w:b/>
        </w:rPr>
        <w:t>Câu 22: Đáp án đúng: do</w:t>
      </w:r>
    </w:p>
    <w:p>
      <w:r>
        <w:rPr>
          <w:b/>
        </w:rPr>
        <w:t>Câu 23: Đáp án đúng: hang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