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Tìm tập hợp tất cả các giá trị của tham số m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Tìm tập hợp tất cả các giá trị của tham số m sao cho phương trình f(x) = m có ba nghiệm thực phân biệt. Cho hàm số y = f(x) xác định trên ℝ\{0}, liên tục trên mỗi khoảng xác định và có bảng biến thiên: x: −∞, 0, 1, +∞; y′: +, −, 0, +; y: −∞, +∞, 2, +∞.</w:t>
      </w:r>
    </w:p>
    <w:p>
      <w:pPr>
        <w:pStyle w:val="ListParagraph"/>
      </w:pPr>
      <w:r>
        <w:rPr>
          <w:sz w:val="22"/>
        </w:rPr>
        <w:t>A. (−∞; 2)</w:t>
      </w:r>
    </w:p>
    <w:p>
      <w:pPr>
        <w:pStyle w:val="ListParagraph"/>
      </w:pPr>
      <w:r>
        <w:rPr>
          <w:sz w:val="22"/>
        </w:rPr>
        <w:t>B. (2; +∞)</w:t>
      </w:r>
    </w:p>
    <w:p>
      <w:pPr>
        <w:pStyle w:val="ListParagraph"/>
      </w:pPr>
      <w:r>
        <w:rPr>
          <w:sz w:val="22"/>
        </w:rPr>
        <w:t>C. (−∞; 2]</w:t>
      </w:r>
    </w:p>
    <w:p>
      <w:pPr>
        <w:pStyle w:val="ListParagraph"/>
      </w:pPr>
      <w:r>
        <w:rPr>
          <w:sz w:val="22"/>
        </w:rPr>
        <w:t>D. [2; +∞)</w:t>
      </w:r>
    </w:p>
    <w:p/>
    <w:p>
      <w:r>
        <w:rPr>
          <w:b/>
          <w:sz w:val="24"/>
        </w:rPr>
        <w:t>Câu 2: Tìm giá trị lớn nhất của hàm số trên ℝ. Cho hàm số y = f(x) có bảng biến thiên: x: −∞, 1, 3, +∞; y′: +, 0, −, 0; y: −∞, 4, 2, +∞.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Số nghiệm của phương trình f(x) = 2 là: Cho hàm số y = f(x) có đồ thị như hình vẽ.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4: Hàm số đạt cực đại tại điểm nào? Cho hàm số y = f(x) có bảng biến thiên: x: −∞, 0, 2, +∞; y′: −, 0, +, 0; y: +∞, 1, 5, −∞.</w:t>
      </w:r>
    </w:p>
    <w:p>
      <w:pPr>
        <w:pStyle w:val="ListParagraph"/>
      </w:pPr>
      <w:r>
        <w:rPr>
          <w:sz w:val="22"/>
        </w:rPr>
        <w:t>A. x = 0</w:t>
      </w:r>
    </w:p>
    <w:p>
      <w:pPr>
        <w:pStyle w:val="ListParagraph"/>
      </w:pPr>
      <w:r>
        <w:rPr>
          <w:sz w:val="22"/>
        </w:rPr>
        <w:t>B. x = 2</w:t>
      </w:r>
    </w:p>
    <w:p>
      <w:pPr>
        <w:pStyle w:val="ListParagraph"/>
      </w:pPr>
      <w:r>
        <w:rPr>
          <w:sz w:val="22"/>
        </w:rPr>
        <w:t>C. x = 1</w:t>
      </w:r>
    </w:p>
    <w:p>
      <w:pPr>
        <w:pStyle w:val="ListParagraph"/>
      </w:pPr>
      <w:r>
        <w:rPr>
          <w:sz w:val="22"/>
        </w:rPr>
        <w:t>D. x = 5</w:t>
      </w:r>
    </w:p>
    <w:p/>
    <w:p>
      <w:r>
        <w:rPr>
          <w:b/>
          <w:sz w:val="24"/>
        </w:rPr>
        <w:t>Câu 5: Tìm m để hàm số y = (mx + 1)/(x + m) nghịch biến trên từng khoảng xác định.</w:t>
      </w:r>
    </w:p>
    <w:p>
      <w:pPr>
        <w:pStyle w:val="ListParagraph"/>
      </w:pPr>
      <w:r>
        <w:rPr>
          <w:sz w:val="22"/>
        </w:rPr>
        <w:t>A. m &gt; 1</w:t>
      </w:r>
    </w:p>
    <w:p>
      <w:pPr>
        <w:pStyle w:val="ListParagraph"/>
      </w:pPr>
      <w:r>
        <w:rPr>
          <w:sz w:val="22"/>
        </w:rPr>
        <w:t>B. m &lt; −1</w:t>
      </w:r>
    </w:p>
    <w:p>
      <w:pPr>
        <w:pStyle w:val="ListParagraph"/>
      </w:pPr>
      <w:r>
        <w:rPr>
          <w:sz w:val="22"/>
        </w:rPr>
        <w:t>C. −1 &lt; m &lt; 1</w:t>
      </w:r>
    </w:p>
    <w:p>
      <w:pPr>
        <w:pStyle w:val="ListParagraph"/>
      </w:pPr>
      <w:r>
        <w:rPr>
          <w:sz w:val="22"/>
        </w:rPr>
        <w:t>D. m ≠ ±1</w:t>
      </w:r>
    </w:p>
    <w:p/>
    <w:p>
      <w:r>
        <w:rPr>
          <w:b/>
          <w:sz w:val="24"/>
        </w:rPr>
        <w:t>Câu 6: Cho hàm số có đạo hàm f′(x) = x²(x − 1)(x + 2)³. Số điểm cực trị của hàm số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7: Số đường tiệm cận của đồ thị hàm số y = (x + 1)/(x² − 1)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8: Giá trị lớn nhất của hàm số y = x⁴ − 2x² + 3 trên đoạn [0; 2]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9: Hàm số đạt cực tiểu tại điểm nào? Cho hàm số y = f(x) có bảng biến thiên: x: −∞, 1, 3, +∞; y′: +, 0, −, 0; y: −∞, 4, 2, +∞.</w:t>
      </w:r>
    </w:p>
    <w:p>
      <w:pPr>
        <w:pStyle w:val="ListParagraph"/>
      </w:pPr>
      <w:r>
        <w:rPr>
          <w:sz w:val="22"/>
        </w:rPr>
        <w:t>A. x = 1</w:t>
      </w:r>
    </w:p>
    <w:p>
      <w:pPr>
        <w:pStyle w:val="ListParagraph"/>
      </w:pPr>
      <w:r>
        <w:rPr>
          <w:sz w:val="22"/>
        </w:rPr>
        <w:t>B. x = 3</w:t>
      </w:r>
    </w:p>
    <w:p>
      <w:pPr>
        <w:pStyle w:val="ListParagraph"/>
      </w:pPr>
      <w:r>
        <w:rPr>
          <w:sz w:val="22"/>
        </w:rPr>
        <w:t>C. x = 4</w:t>
      </w:r>
    </w:p>
    <w:p>
      <w:pPr>
        <w:pStyle w:val="ListParagraph"/>
      </w:pPr>
      <w:r>
        <w:rPr>
          <w:sz w:val="22"/>
        </w:rPr>
        <w:t>D. x = 2</w:t>
      </w:r>
    </w:p>
    <w:p/>
    <w:p>
      <w:r>
        <w:rPr>
          <w:b/>
          <w:sz w:val="24"/>
        </w:rPr>
        <w:t>Câu 10: Cho hàm số y = f(x) có đồ thị như hình vẽ. Hàm số đã cho nghịch biến trên khoảng nào?</w:t>
      </w:r>
    </w:p>
    <w:p>
      <w:pPr>
        <w:pStyle w:val="ListParagraph"/>
      </w:pPr>
      <w:r>
        <w:rPr>
          <w:sz w:val="22"/>
        </w:rPr>
        <w:t>A. (−1;1)</w:t>
      </w:r>
    </w:p>
    <w:p>
      <w:pPr>
        <w:pStyle w:val="ListParagraph"/>
      </w:pPr>
      <w:r>
        <w:rPr>
          <w:sz w:val="22"/>
        </w:rPr>
        <w:t>B. (0;2)</w:t>
      </w:r>
    </w:p>
    <w:p>
      <w:pPr>
        <w:pStyle w:val="ListParagraph"/>
      </w:pPr>
      <w:r>
        <w:rPr>
          <w:sz w:val="22"/>
        </w:rPr>
        <w:t>C. (1;3)</w:t>
      </w:r>
    </w:p>
    <w:p>
      <w:pPr>
        <w:pStyle w:val="ListParagraph"/>
      </w:pPr>
      <w:r>
        <w:rPr>
          <w:sz w:val="22"/>
        </w:rPr>
        <w:t>D. (−∞;0)</w:t>
      </w:r>
    </w:p>
    <w:p/>
    <w:p>
      <w:r>
        <w:rPr>
          <w:b/>
          <w:sz w:val="24"/>
        </w:rPr>
        <w:t>Câu 11: Hàm số đã cho đồng biến trên khoảng nào dưới đây? Cho hàm số y = f(x) có bảng biến thiên như sau: x: −∞, 0, 2, +∞; y′: +, 0, −, 0; y: −∞, 3, 1, +∞.</w:t>
      </w:r>
    </w:p>
    <w:p>
      <w:pPr>
        <w:pStyle w:val="ListParagraph"/>
      </w:pPr>
      <w:r>
        <w:rPr>
          <w:sz w:val="22"/>
        </w:rPr>
        <w:t>A. (0;2)</w:t>
      </w:r>
    </w:p>
    <w:p>
      <w:pPr>
        <w:pStyle w:val="ListParagraph"/>
      </w:pPr>
      <w:r>
        <w:rPr>
          <w:sz w:val="22"/>
        </w:rPr>
        <w:t>B. (2;+∞)</w:t>
      </w:r>
    </w:p>
    <w:p>
      <w:pPr>
        <w:pStyle w:val="ListParagraph"/>
      </w:pPr>
      <w:r>
        <w:rPr>
          <w:sz w:val="22"/>
        </w:rPr>
        <w:t>C. (−∞;0)</w:t>
      </w:r>
    </w:p>
    <w:p>
      <w:pPr>
        <w:pStyle w:val="ListParagraph"/>
      </w:pPr>
      <w:r>
        <w:rPr>
          <w:sz w:val="22"/>
        </w:rPr>
        <w:t>D. (0;+∞)</w:t>
      </w:r>
    </w:p>
    <w:p/>
    <w:p>
      <w:r>
        <w:rPr>
          <w:b/>
          <w:sz w:val="24"/>
        </w:rPr>
        <w:t>Câu 12: Đồ thị hàm số y = (2x − 1)/(x + 2) có tiệm cận đứng là:</w:t>
      </w:r>
    </w:p>
    <w:p>
      <w:pPr>
        <w:pStyle w:val="ListParagraph"/>
      </w:pPr>
      <w:r>
        <w:rPr>
          <w:sz w:val="22"/>
        </w:rPr>
        <w:t>A. x = 2</w:t>
      </w:r>
    </w:p>
    <w:p>
      <w:pPr>
        <w:pStyle w:val="ListParagraph"/>
      </w:pPr>
      <w:r>
        <w:rPr>
          <w:sz w:val="22"/>
        </w:rPr>
        <w:t>B. x = −2</w:t>
      </w:r>
    </w:p>
    <w:p>
      <w:pPr>
        <w:pStyle w:val="ListParagraph"/>
      </w:pPr>
      <w:r>
        <w:rPr>
          <w:sz w:val="22"/>
        </w:rPr>
        <w:t>C. y = 2</w:t>
      </w:r>
    </w:p>
    <w:p>
      <w:pPr>
        <w:pStyle w:val="ListParagraph"/>
      </w:pPr>
      <w:r>
        <w:rPr>
          <w:sz w:val="22"/>
        </w:rPr>
        <w:t>D. y = −2</w:t>
      </w:r>
    </w:p>
    <w:p/>
    <w:p>
      <w:r>
        <w:rPr>
          <w:b/>
          <w:sz w:val="24"/>
        </w:rPr>
        <w:t>Câu 13: Tìm tất cả các giá trị thực của tham số m để hàm số y = x³ − 3x² + mx + 1 đồng biến trên ℝ.</w:t>
      </w:r>
    </w:p>
    <w:p>
      <w:pPr>
        <w:pStyle w:val="ListParagraph"/>
      </w:pPr>
      <w:r>
        <w:rPr>
          <w:sz w:val="22"/>
        </w:rPr>
        <w:t>A. m ≥ 3</w:t>
      </w:r>
    </w:p>
    <w:p>
      <w:pPr>
        <w:pStyle w:val="ListParagraph"/>
      </w:pPr>
      <w:r>
        <w:rPr>
          <w:sz w:val="22"/>
        </w:rPr>
        <w:t>B. m &gt; 3</w:t>
      </w:r>
    </w:p>
    <w:p>
      <w:pPr>
        <w:pStyle w:val="ListParagraph"/>
      </w:pPr>
      <w:r>
        <w:rPr>
          <w:sz w:val="22"/>
        </w:rPr>
        <w:t>C. m ≤ 3</w:t>
      </w:r>
    </w:p>
    <w:p>
      <w:pPr>
        <w:pStyle w:val="ListParagraph"/>
      </w:pPr>
      <w:r>
        <w:rPr>
          <w:sz w:val="22"/>
        </w:rPr>
        <w:t>D. m &lt; 3</w:t>
      </w:r>
    </w:p>
    <w:p/>
    <w:p>
      <w:r>
        <w:rPr>
          <w:b/>
          <w:sz w:val="24"/>
        </w:rPr>
        <w:t>Câu 14: Cho hàm số có đạo hàm f′(x) = x(x − 1)²(x + 2). Số điểm cực trị của hàm số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15: Đồ thị hàm số y = x⁴ − 2x² + 1 có bao nhiêu điểm cực trị?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16: Cho hàm số y = (x + 1)/(x − 1). Khẳng định nào sau đây đúng?</w:t>
      </w:r>
    </w:p>
    <w:p>
      <w:pPr>
        <w:pStyle w:val="ListParagraph"/>
      </w:pPr>
      <w:r>
        <w:rPr>
          <w:sz w:val="22"/>
        </w:rPr>
        <w:t>A. Hàm số đồng biến trên (−∞;1) và (1;+∞).</w:t>
      </w:r>
    </w:p>
    <w:p>
      <w:pPr>
        <w:pStyle w:val="ListParagraph"/>
      </w:pPr>
      <w:r>
        <w:rPr>
          <w:sz w:val="22"/>
        </w:rPr>
        <w:t>B. Hàm số nghịch biến trên (−∞;1) và (1;+∞).</w:t>
      </w:r>
    </w:p>
    <w:p>
      <w:pPr>
        <w:pStyle w:val="ListParagraph"/>
      </w:pPr>
      <w:r>
        <w:rPr>
          <w:sz w:val="22"/>
        </w:rPr>
        <w:t>C. Hàm số đồng biến trên ℝ.</w:t>
      </w:r>
    </w:p>
    <w:p>
      <w:pPr>
        <w:pStyle w:val="ListParagraph"/>
      </w:pPr>
      <w:r>
        <w:rPr>
          <w:sz w:val="22"/>
        </w:rPr>
        <w:t>D. Hàm số nghịch biến trên ℝ\{1}.</w:t>
      </w:r>
    </w:p>
    <w:p/>
    <w:p>
      <w:r>
        <w:rPr>
          <w:b/>
          <w:sz w:val="24"/>
        </w:rPr>
        <w:t>Câu 17: Giá trị nhỏ nhất của hàm số y = x³ − 3x + 1 trên đoạn [0;2]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−1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18: Hàm số y = x³ − 3x² + 2 nghịch biến trên khoảng nào?</w:t>
      </w:r>
    </w:p>
    <w:p>
      <w:pPr>
        <w:pStyle w:val="ListParagraph"/>
      </w:pPr>
      <w:r>
        <w:rPr>
          <w:sz w:val="22"/>
        </w:rPr>
        <w:t>A. (0;2)</w:t>
      </w:r>
    </w:p>
    <w:p>
      <w:pPr>
        <w:pStyle w:val="ListParagraph"/>
      </w:pPr>
      <w:r>
        <w:rPr>
          <w:sz w:val="22"/>
        </w:rPr>
        <w:t>B. (−∞;0)</w:t>
      </w:r>
    </w:p>
    <w:p>
      <w:pPr>
        <w:pStyle w:val="ListParagraph"/>
      </w:pPr>
      <w:r>
        <w:rPr>
          <w:sz w:val="22"/>
        </w:rPr>
        <w:t>C. (2;+∞)</w:t>
      </w:r>
    </w:p>
    <w:p>
      <w:pPr>
        <w:pStyle w:val="ListParagraph"/>
      </w:pPr>
      <w:r>
        <w:rPr>
          <w:sz w:val="22"/>
        </w:rPr>
        <w:t>D. (−∞;+∞)</w:t>
      </w:r>
    </w:p>
    <w:p/>
    <w:p>
      <w:r>
        <w:rPr>
          <w:b/>
          <w:sz w:val="24"/>
        </w:rPr>
        <w:t>Câu 19: Tiệm cận ngang của đồ thị hàm số y = (2x − 1)/(x + 1) là:</w:t>
      </w:r>
    </w:p>
    <w:p>
      <w:pPr>
        <w:pStyle w:val="ListParagraph"/>
      </w:pPr>
      <w:r>
        <w:rPr>
          <w:sz w:val="22"/>
        </w:rPr>
        <w:t>A. y = 2</w:t>
      </w:r>
    </w:p>
    <w:p>
      <w:pPr>
        <w:pStyle w:val="ListParagraph"/>
      </w:pPr>
      <w:r>
        <w:rPr>
          <w:sz w:val="22"/>
        </w:rPr>
        <w:t>B. y = −1</w:t>
      </w:r>
    </w:p>
    <w:p>
      <w:pPr>
        <w:pStyle w:val="ListParagraph"/>
      </w:pPr>
      <w:r>
        <w:rPr>
          <w:sz w:val="22"/>
        </w:rPr>
        <w:t>C. x = −1</w:t>
      </w:r>
    </w:p>
    <w:p>
      <w:pPr>
        <w:pStyle w:val="ListParagraph"/>
      </w:pPr>
      <w:r>
        <w:rPr>
          <w:sz w:val="22"/>
        </w:rPr>
        <w:t>D. y = 1</w:t>
      </w:r>
    </w:p>
    <w:p/>
    <w:p>
      <w:r>
        <w:rPr>
          <w:b/>
          <w:sz w:val="24"/>
        </w:rPr>
        <w:t>Câu 20: Giá trị cực đại của hàm số đã cho bằng: Cho hàm số y = f(x) có bảng biến thiên như sau: x: −∞, 0, 2, +∞; y′: +, 0, −, 0; y: −∞, 3, 1, +∞.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