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3 - 10 câu về hpt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Giải hệ phương trình $\begin{cases} x + y = 5 \\ x - y = 1 \end{cases}$.</w:t>
      </w:r>
    </w:p>
    <w:p>
      <w:pPr>
        <w:pStyle w:val="ListParagraph"/>
      </w:pPr>
      <w:r>
        <w:rPr>
          <w:sz w:val="22"/>
        </w:rPr>
        <w:t>A. $x = 3, y = 2$</w:t>
      </w:r>
    </w:p>
    <w:p>
      <w:pPr>
        <w:pStyle w:val="ListParagraph"/>
      </w:pPr>
      <w:r>
        <w:rPr>
          <w:sz w:val="22"/>
        </w:rPr>
        <w:t>B. $x = 2, y = 3$</w:t>
      </w:r>
    </w:p>
    <w:p>
      <w:pPr>
        <w:pStyle w:val="ListParagraph"/>
      </w:pPr>
      <w:r>
        <w:rPr>
          <w:sz w:val="22"/>
        </w:rPr>
        <w:t>C. $x = 4, y = 1$</w:t>
      </w:r>
    </w:p>
    <w:p>
      <w:pPr>
        <w:pStyle w:val="ListParagraph"/>
      </w:pPr>
      <w:r>
        <w:rPr>
          <w:sz w:val="22"/>
        </w:rPr>
        <w:t>D. $x = 1, y = 4$</w:t>
      </w:r>
    </w:p>
    <w:p/>
    <w:p>
      <w:r>
        <w:rPr>
          <w:b/>
          <w:sz w:val="24"/>
        </w:rPr>
        <w:t>Câu 2: Hệ phương trình $\begin{cases} 2x + 3y = 7 \\ 4x - y = 1 \end{cases}$ có nghiệm là:</w:t>
      </w:r>
    </w:p>
    <w:p>
      <w:pPr>
        <w:pStyle w:val="ListParagraph"/>
      </w:pPr>
      <w:r>
        <w:rPr>
          <w:sz w:val="22"/>
        </w:rPr>
        <w:t>A. $(1, 2)$</w:t>
      </w:r>
    </w:p>
    <w:p>
      <w:pPr>
        <w:pStyle w:val="ListParagraph"/>
      </w:pPr>
      <w:r>
        <w:rPr>
          <w:sz w:val="22"/>
        </w:rPr>
        <w:t>B. $(2, 1)$</w:t>
      </w:r>
    </w:p>
    <w:p>
      <w:pPr>
        <w:pStyle w:val="ListParagraph"/>
      </w:pPr>
      <w:r>
        <w:rPr>
          <w:sz w:val="22"/>
        </w:rPr>
        <w:t>C. $(0, 3)$</w:t>
      </w:r>
    </w:p>
    <w:p>
      <w:pPr>
        <w:pStyle w:val="ListParagraph"/>
      </w:pPr>
      <w:r>
        <w:rPr>
          <w:sz w:val="22"/>
        </w:rPr>
        <w:t>D. $(3, 0)$</w:t>
      </w:r>
    </w:p>
    <w:p/>
    <w:p>
      <w:r>
        <w:rPr>
          <w:b/>
          <w:sz w:val="24"/>
        </w:rPr>
        <w:t>Câu 3: Số nghiệm của hệ phương trình $\begin{cases} x + 2y = 3 \\ 2x + 4y = 6 \end{cases}$ là:</w:t>
      </w:r>
    </w:p>
    <w:p>
      <w:pPr>
        <w:pStyle w:val="ListParagraph"/>
      </w:pPr>
      <w:r>
        <w:rPr>
          <w:sz w:val="22"/>
        </w:rPr>
        <w:t>A. Vô nghiệm</w:t>
      </w:r>
    </w:p>
    <w:p>
      <w:pPr>
        <w:pStyle w:val="ListParagraph"/>
      </w:pPr>
      <w:r>
        <w:rPr>
          <w:sz w:val="22"/>
        </w:rPr>
        <w:t>B. Có nghiệm duy nhất</w:t>
      </w:r>
    </w:p>
    <w:p>
      <w:pPr>
        <w:pStyle w:val="ListParagraph"/>
      </w:pPr>
      <w:r>
        <w:rPr>
          <w:sz w:val="22"/>
        </w:rPr>
        <w:t>C. Vô số nghiệm</w:t>
      </w:r>
    </w:p>
    <w:p>
      <w:pPr>
        <w:pStyle w:val="ListParagraph"/>
      </w:pPr>
      <w:r>
        <w:rPr>
          <w:sz w:val="22"/>
        </w:rPr>
        <w:t>D. Có hai nghiệm</w:t>
      </w:r>
    </w:p>
    <w:p/>
    <w:p>
      <w:r>
        <w:rPr>
          <w:b/>
          <w:sz w:val="24"/>
        </w:rPr>
        <w:t>Câu 4: Hệ phương trình $\begin{cases} x + y = 2 \\ x + y = 3 \end{cases}$ có nghiệm là:</w:t>
      </w:r>
    </w:p>
    <w:p>
      <w:pPr>
        <w:pStyle w:val="ListParagraph"/>
      </w:pPr>
      <w:r>
        <w:rPr>
          <w:sz w:val="22"/>
        </w:rPr>
        <w:t>A. Vô nghiệm</w:t>
      </w:r>
    </w:p>
    <w:p>
      <w:pPr>
        <w:pStyle w:val="ListParagraph"/>
      </w:pPr>
      <w:r>
        <w:rPr>
          <w:sz w:val="22"/>
        </w:rPr>
        <w:t>B. Có nghiệm duy nhất</w:t>
      </w:r>
    </w:p>
    <w:p>
      <w:pPr>
        <w:pStyle w:val="ListParagraph"/>
      </w:pPr>
      <w:r>
        <w:rPr>
          <w:sz w:val="22"/>
        </w:rPr>
        <w:t>C. Vô số nghiệm</w:t>
      </w:r>
    </w:p>
    <w:p>
      <w:pPr>
        <w:pStyle w:val="ListParagraph"/>
      </w:pPr>
      <w:r>
        <w:rPr>
          <w:sz w:val="22"/>
        </w:rPr>
        <w:t>D. Có hai nghiệm</w:t>
      </w:r>
    </w:p>
    <w:p/>
    <w:p>
      <w:r>
        <w:rPr>
          <w:b/>
          <w:sz w:val="24"/>
        </w:rPr>
        <w:t>Câu 5: Giải hệ phương trình $\begin{cases} 3x - 2y = 4 \\ x + y = 3 \end{cases}$.</w:t>
      </w:r>
    </w:p>
    <w:p>
      <w:pPr>
        <w:pStyle w:val="ListParagraph"/>
      </w:pPr>
      <w:r>
        <w:rPr>
          <w:sz w:val="22"/>
        </w:rPr>
        <w:t>A. $x = 2, y = 1$</w:t>
      </w:r>
    </w:p>
    <w:p>
      <w:pPr>
        <w:pStyle w:val="ListParagraph"/>
      </w:pPr>
      <w:r>
        <w:rPr>
          <w:sz w:val="22"/>
        </w:rPr>
        <w:t>B. $x = 1, y = 2$</w:t>
      </w:r>
    </w:p>
    <w:p>
      <w:pPr>
        <w:pStyle w:val="ListParagraph"/>
      </w:pPr>
      <w:r>
        <w:rPr>
          <w:sz w:val="22"/>
        </w:rPr>
        <w:t>C. $x = 3, y = 0$</w:t>
      </w:r>
    </w:p>
    <w:p>
      <w:pPr>
        <w:pStyle w:val="ListParagraph"/>
      </w:pPr>
      <w:r>
        <w:rPr>
          <w:sz w:val="22"/>
        </w:rPr>
        <w:t>D. $x = 0, y = 3$</w:t>
      </w:r>
    </w:p>
    <w:p/>
    <w:p>
      <w:r>
        <w:rPr>
          <w:b/>
          <w:sz w:val="24"/>
        </w:rPr>
        <w:t>Câu 6: Hệ phương trình $\begin{cases} 2x + y = 5 \\ x - y = 1 \end{cases}$ có nghiệm là:</w:t>
      </w:r>
    </w:p>
    <w:p>
      <w:pPr>
        <w:pStyle w:val="ListParagraph"/>
      </w:pPr>
      <w:r>
        <w:rPr>
          <w:sz w:val="22"/>
        </w:rPr>
        <w:t>A. $(2, 1)$</w:t>
      </w:r>
    </w:p>
    <w:p>
      <w:pPr>
        <w:pStyle w:val="ListParagraph"/>
      </w:pPr>
      <w:r>
        <w:rPr>
          <w:sz w:val="22"/>
        </w:rPr>
        <w:t>B. $(1, 2)$</w:t>
      </w:r>
    </w:p>
    <w:p>
      <w:pPr>
        <w:pStyle w:val="ListParagraph"/>
      </w:pPr>
      <w:r>
        <w:rPr>
          <w:sz w:val="22"/>
        </w:rPr>
        <w:t>C. $(3, -1)$</w:t>
      </w:r>
    </w:p>
    <w:p>
      <w:pPr>
        <w:pStyle w:val="ListParagraph"/>
      </w:pPr>
      <w:r>
        <w:rPr>
          <w:sz w:val="22"/>
        </w:rPr>
        <w:t>D. $(-1, 3)$</w:t>
      </w:r>
    </w:p>
    <w:p/>
    <w:p>
      <w:r>
        <w:rPr>
          <w:b/>
          <w:sz w:val="24"/>
        </w:rPr>
        <w:t>Câu 7: Tìm $m$ để hệ phương trình $\begin{cases} x + y = 1 \\ 2x + 2y = m \end{cases}$ có vô số nghiệm.</w:t>
      </w:r>
    </w:p>
    <w:p>
      <w:pPr>
        <w:pStyle w:val="ListParagraph"/>
      </w:pPr>
      <w:r>
        <w:rPr>
          <w:sz w:val="22"/>
        </w:rPr>
        <w:t>A. $m = 2$</w:t>
      </w:r>
    </w:p>
    <w:p>
      <w:pPr>
        <w:pStyle w:val="ListParagraph"/>
      </w:pPr>
      <w:r>
        <w:rPr>
          <w:sz w:val="22"/>
        </w:rPr>
        <w:t>B. $m = 1$</w:t>
      </w:r>
    </w:p>
    <w:p>
      <w:pPr>
        <w:pStyle w:val="ListParagraph"/>
      </w:pPr>
      <w:r>
        <w:rPr>
          <w:sz w:val="22"/>
        </w:rPr>
        <w:t>C. $m = 0$</w:t>
      </w:r>
    </w:p>
    <w:p>
      <w:pPr>
        <w:pStyle w:val="ListParagraph"/>
      </w:pPr>
      <w:r>
        <w:rPr>
          <w:sz w:val="22"/>
        </w:rPr>
        <w:t>D. $m = 3$</w:t>
      </w:r>
    </w:p>
    <w:p/>
    <w:p>
      <w:r>
        <w:rPr>
          <w:b/>
          <w:sz w:val="24"/>
        </w:rPr>
        <w:t>Câu 8: Hệ phương trình $\begin{cases} x + y + z = 6 \\ x - y + z = 2 \\ x + y - z = 0 \end{cases}$ có nghiệm là:</w:t>
      </w:r>
    </w:p>
    <w:p>
      <w:pPr>
        <w:pStyle w:val="ListParagraph"/>
      </w:pPr>
      <w:r>
        <w:rPr>
          <w:sz w:val="22"/>
        </w:rPr>
        <w:t>A. $(2, 2, 2)$</w:t>
      </w:r>
    </w:p>
    <w:p>
      <w:pPr>
        <w:pStyle w:val="ListParagraph"/>
      </w:pPr>
      <w:r>
        <w:rPr>
          <w:sz w:val="22"/>
        </w:rPr>
        <w:t>B. $(1, 2, 3)$</w:t>
      </w:r>
    </w:p>
    <w:p>
      <w:pPr>
        <w:pStyle w:val="ListParagraph"/>
      </w:pPr>
      <w:r>
        <w:rPr>
          <w:sz w:val="22"/>
        </w:rPr>
        <w:t>C. $(3, 2, 1)$</w:t>
      </w:r>
    </w:p>
    <w:p>
      <w:pPr>
        <w:pStyle w:val="ListParagraph"/>
      </w:pPr>
      <w:r>
        <w:rPr>
          <w:sz w:val="22"/>
        </w:rPr>
        <w:t>D. $(2, 3, 1)$</w:t>
      </w:r>
    </w:p>
    <w:p/>
    <w:p>
      <w:r>
        <w:rPr>
          <w:b/>
          <w:sz w:val="24"/>
        </w:rPr>
        <w:t>Câu 9: Giải hệ phương trình $\begin{cases} \frac{1}{x} + \frac{1}{y} = \frac{5}{6} \\ \frac{1}{x} - \frac{1}{y} = \frac{1}{6} \end{cases}$ (với $x, y \neq 0$).</w:t>
      </w:r>
    </w:p>
    <w:p>
      <w:pPr>
        <w:pStyle w:val="ListParagraph"/>
      </w:pPr>
      <w:r>
        <w:rPr>
          <w:sz w:val="22"/>
        </w:rPr>
        <w:t>A. $x = 2, y = 3$</w:t>
      </w:r>
    </w:p>
    <w:p>
      <w:pPr>
        <w:pStyle w:val="ListParagraph"/>
      </w:pPr>
      <w:r>
        <w:rPr>
          <w:sz w:val="22"/>
        </w:rPr>
        <w:t>B. $x = 3, y = 2$</w:t>
      </w:r>
    </w:p>
    <w:p>
      <w:pPr>
        <w:pStyle w:val="ListParagraph"/>
      </w:pPr>
      <w:r>
        <w:rPr>
          <w:sz w:val="22"/>
        </w:rPr>
        <w:t>C. $x = 1, y = 6$</w:t>
      </w:r>
    </w:p>
    <w:p>
      <w:pPr>
        <w:pStyle w:val="ListParagraph"/>
      </w:pPr>
      <w:r>
        <w:rPr>
          <w:sz w:val="22"/>
        </w:rPr>
        <w:t>D. $x = 6, y = 1$</w:t>
      </w:r>
    </w:p>
    <w:p/>
    <w:p>
      <w:r>
        <w:rPr>
          <w:b/>
          <w:sz w:val="24"/>
        </w:rPr>
        <w:t>Câu 10: Hệ phương trình $\begin{cases} x^2 + y^2 = 25 \\ x + y = 7 \end{cases}$ có nghiệm là:</w:t>
      </w:r>
    </w:p>
    <w:p>
      <w:pPr>
        <w:pStyle w:val="ListParagraph"/>
      </w:pPr>
      <w:r>
        <w:rPr>
          <w:sz w:val="22"/>
        </w:rPr>
        <w:t>A. $(3, 4)$ và $(4, 3)$</w:t>
      </w:r>
    </w:p>
    <w:p>
      <w:pPr>
        <w:pStyle w:val="ListParagraph"/>
      </w:pPr>
      <w:r>
        <w:rPr>
          <w:sz w:val="22"/>
        </w:rPr>
        <w:t>B. $(5, 0)$ và $(0, 5)$</w:t>
      </w:r>
    </w:p>
    <w:p>
      <w:pPr>
        <w:pStyle w:val="ListParagraph"/>
      </w:pPr>
      <w:r>
        <w:rPr>
          <w:sz w:val="22"/>
        </w:rPr>
        <w:t>C. $(2, 5)$ và $(5, 2)$</w:t>
      </w:r>
    </w:p>
    <w:p>
      <w:pPr>
        <w:pStyle w:val="ListParagraph"/>
      </w:pPr>
      <w:r>
        <w:rPr>
          <w:sz w:val="22"/>
        </w:rPr>
        <w:t>D. $(1, 6)$ và $(6, 1)$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