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 ôn thi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What is the capital of France?</w:t>
      </w:r>
    </w:p>
    <w:p>
      <w:pPr>
        <w:pStyle w:val="ListParagraph"/>
      </w:pPr>
      <w:r>
        <w:rPr>
          <w:sz w:val="22"/>
        </w:rPr>
        <w:t>A. London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2: Which planet is known as the Red Planet?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Mars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Saturn</w:t>
      </w:r>
    </w:p>
    <w:p/>
    <w:p>
      <w:r>
        <w:rPr>
          <w:b/>
          <w:sz w:val="24"/>
        </w:rPr>
        <w:t>Câu 3: What is the largest mammal?</w:t>
      </w:r>
    </w:p>
    <w:p>
      <w:pPr>
        <w:pStyle w:val="ListParagraph"/>
      </w:pPr>
      <w:r>
        <w:rPr>
          <w:sz w:val="22"/>
        </w:rPr>
        <w:t>A. Elephant</w:t>
      </w:r>
    </w:p>
    <w:p>
      <w:pPr>
        <w:pStyle w:val="ListParagraph"/>
      </w:pPr>
      <w:r>
        <w:rPr>
          <w:sz w:val="22"/>
        </w:rPr>
        <w:t>B. Blue whale</w:t>
      </w:r>
    </w:p>
    <w:p>
      <w:pPr>
        <w:pStyle w:val="ListParagraph"/>
      </w:pPr>
      <w:r>
        <w:rPr>
          <w:sz w:val="22"/>
        </w:rPr>
        <w:t>C. Giraffe</w:t>
      </w:r>
    </w:p>
    <w:p>
      <w:pPr>
        <w:pStyle w:val="ListParagraph"/>
      </w:pPr>
      <w:r>
        <w:rPr>
          <w:sz w:val="22"/>
        </w:rPr>
        <w:t>D. Hippopotamus</w:t>
      </w:r>
    </w:p>
    <w:p/>
    <w:p>
      <w:r>
        <w:rPr>
          <w:b/>
          <w:sz w:val="24"/>
        </w:rPr>
        <w:t>Câu 4: Who wrote 'Romeo and Juliet'?</w:t>
      </w:r>
    </w:p>
    <w:p>
      <w:pPr>
        <w:pStyle w:val="ListParagraph"/>
      </w:pPr>
      <w:r>
        <w:rPr>
          <w:sz w:val="22"/>
        </w:rPr>
        <w:t>A. Charles Dickens</w:t>
      </w:r>
    </w:p>
    <w:p>
      <w:pPr>
        <w:pStyle w:val="ListParagraph"/>
      </w:pPr>
      <w:r>
        <w:rPr>
          <w:sz w:val="22"/>
        </w:rPr>
        <w:t>B. William Shakespeare</w:t>
      </w:r>
    </w:p>
    <w:p>
      <w:pPr>
        <w:pStyle w:val="ListParagraph"/>
      </w:pPr>
      <w:r>
        <w:rPr>
          <w:sz w:val="22"/>
        </w:rPr>
        <w:t>C. Jane Austen</w:t>
      </w:r>
    </w:p>
    <w:p>
      <w:pPr>
        <w:pStyle w:val="ListParagraph"/>
      </w:pPr>
      <w:r>
        <w:rPr>
          <w:sz w:val="22"/>
        </w:rPr>
        <w:t>D. Mark Twain</w:t>
      </w:r>
    </w:p>
    <w:p/>
    <w:p>
      <w:r>
        <w:rPr>
          <w:b/>
          <w:sz w:val="24"/>
        </w:rPr>
        <w:t>Câu 5: What is the chemical symbol for water?</w:t>
      </w:r>
    </w:p>
    <w:p>
      <w:pPr>
        <w:pStyle w:val="ListParagraph"/>
      </w:pPr>
      <w:r>
        <w:rPr>
          <w:sz w:val="22"/>
        </w:rPr>
        <w:t>A. H2O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6: Which is the largest ocean on Earth?</w:t>
      </w:r>
    </w:p>
    <w:p>
      <w:pPr>
        <w:pStyle w:val="ListParagraph"/>
      </w:pPr>
      <w:r>
        <w:rPr>
          <w:sz w:val="22"/>
        </w:rPr>
        <w:t>A. Atlantic Ocean</w:t>
      </w:r>
    </w:p>
    <w:p>
      <w:pPr>
        <w:pStyle w:val="ListParagraph"/>
      </w:pPr>
      <w:r>
        <w:rPr>
          <w:sz w:val="22"/>
        </w:rPr>
        <w:t>B. Indian Ocean</w:t>
      </w:r>
    </w:p>
    <w:p>
      <w:pPr>
        <w:pStyle w:val="ListParagraph"/>
      </w:pPr>
      <w:r>
        <w:rPr>
          <w:sz w:val="22"/>
        </w:rPr>
        <w:t>C. Arctic Ocean</w:t>
      </w:r>
    </w:p>
    <w:p>
      <w:pPr>
        <w:pStyle w:val="ListParagraph"/>
      </w:pPr>
      <w:r>
        <w:rPr>
          <w:sz w:val="22"/>
        </w:rPr>
        <w:t>D. Pacific Ocean</w:t>
      </w:r>
    </w:p>
    <w:p/>
    <w:p>
      <w:r>
        <w:rPr>
          <w:b/>
          <w:sz w:val="24"/>
        </w:rPr>
        <w:t>Câu 7: What is the square root of 144?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8: Who painted the Mona Lisa?</w:t>
      </w:r>
    </w:p>
    <w:p>
      <w:pPr>
        <w:pStyle w:val="ListParagraph"/>
      </w:pPr>
      <w:r>
        <w:rPr>
          <w:sz w:val="22"/>
        </w:rPr>
        <w:t>A. Vincent van Gogh</w:t>
      </w:r>
    </w:p>
    <w:p>
      <w:pPr>
        <w:pStyle w:val="ListParagraph"/>
      </w:pPr>
      <w:r>
        <w:rPr>
          <w:sz w:val="22"/>
        </w:rPr>
        <w:t>B. Pablo Picasso</w:t>
      </w:r>
    </w:p>
    <w:p>
      <w:pPr>
        <w:pStyle w:val="ListParagraph"/>
      </w:pPr>
      <w:r>
        <w:rPr>
          <w:sz w:val="22"/>
        </w:rPr>
        <w:t>C. Leonardo da Vinci</w:t>
      </w:r>
    </w:p>
    <w:p>
      <w:pPr>
        <w:pStyle w:val="ListParagraph"/>
      </w:pPr>
      <w:r>
        <w:rPr>
          <w:sz w:val="22"/>
        </w:rPr>
        <w:t>D. Claude Monet</w:t>
      </w:r>
    </w:p>
    <w:p/>
    <w:p>
      <w:r>
        <w:rPr>
          <w:b/>
          <w:sz w:val="24"/>
        </w:rPr>
        <w:t>Câu 9: What is the hardest natural substance on Earth?</w:t>
      </w:r>
    </w:p>
    <w:p>
      <w:pPr>
        <w:pStyle w:val="ListParagraph"/>
      </w:pPr>
      <w:r>
        <w:rPr>
          <w:sz w:val="22"/>
        </w:rPr>
        <w:t>A. Gold</w:t>
      </w:r>
    </w:p>
    <w:p>
      <w:pPr>
        <w:pStyle w:val="ListParagraph"/>
      </w:pPr>
      <w:r>
        <w:rPr>
          <w:sz w:val="22"/>
        </w:rPr>
        <w:t>B. Iron</w:t>
      </w:r>
    </w:p>
    <w:p>
      <w:pPr>
        <w:pStyle w:val="ListParagraph"/>
      </w:pPr>
      <w:r>
        <w:rPr>
          <w:sz w:val="22"/>
        </w:rPr>
        <w:t>C. Diamond</w:t>
      </w:r>
    </w:p>
    <w:p>
      <w:pPr>
        <w:pStyle w:val="ListParagraph"/>
      </w:pPr>
      <w:r>
        <w:rPr>
          <w:sz w:val="22"/>
        </w:rPr>
        <w:t>D. Platinum</w:t>
      </w:r>
    </w:p>
    <w:p/>
    <w:p>
      <w:r>
        <w:rPr>
          <w:b/>
          <w:sz w:val="24"/>
        </w:rPr>
        <w:t>Câu 10: Which country is known as the Land of the Rising Sun?</w:t>
      </w:r>
    </w:p>
    <w:p>
      <w:pPr>
        <w:pStyle w:val="ListParagraph"/>
      </w:pPr>
      <w:r>
        <w:rPr>
          <w:sz w:val="22"/>
        </w:rPr>
        <w:t>A. China</w:t>
      </w:r>
    </w:p>
    <w:p>
      <w:pPr>
        <w:pStyle w:val="ListParagraph"/>
      </w:pPr>
      <w:r>
        <w:rPr>
          <w:sz w:val="22"/>
        </w:rPr>
        <w:t>B. Japan</w:t>
      </w:r>
    </w:p>
    <w:p>
      <w:pPr>
        <w:pStyle w:val="ListParagraph"/>
      </w:pPr>
      <w:r>
        <w:rPr>
          <w:sz w:val="22"/>
        </w:rPr>
        <w:t>C. South Korea</w:t>
      </w:r>
    </w:p>
    <w:p>
      <w:pPr>
        <w:pStyle w:val="ListParagraph"/>
      </w:pPr>
      <w:r>
        <w:rPr>
          <w:sz w:val="22"/>
        </w:rPr>
        <w:t>D. Thailand</w:t>
      </w:r>
    </w:p>
    <w:p/>
    <w:p>
      <w:r>
        <w:rPr>
          <w:b/>
          <w:sz w:val="24"/>
        </w:rPr>
        <w:t>Câu 11: What is the largest planet in our solar system?</w:t>
      </w:r>
    </w:p>
    <w:p>
      <w:pPr>
        <w:pStyle w:val="ListParagraph"/>
      </w:pPr>
      <w:r>
        <w:rPr>
          <w:sz w:val="22"/>
        </w:rPr>
        <w:t>A. Earth</w:t>
      </w:r>
    </w:p>
    <w:p>
      <w:pPr>
        <w:pStyle w:val="ListParagraph"/>
      </w:pPr>
      <w:r>
        <w:rPr>
          <w:sz w:val="22"/>
        </w:rPr>
        <w:t>B. Jupiter</w:t>
      </w:r>
    </w:p>
    <w:p>
      <w:pPr>
        <w:pStyle w:val="ListParagraph"/>
      </w:pPr>
      <w:r>
        <w:rPr>
          <w:sz w:val="22"/>
        </w:rPr>
        <w:t>C. Saturn</w:t>
      </w:r>
    </w:p>
    <w:p>
      <w:pPr>
        <w:pStyle w:val="ListParagraph"/>
      </w:pPr>
      <w:r>
        <w:rPr>
          <w:sz w:val="22"/>
        </w:rPr>
        <w:t>D. Neptune</w:t>
      </w:r>
    </w:p>
    <w:p/>
    <w:p>
      <w:r>
        <w:rPr>
          <w:b/>
          <w:sz w:val="24"/>
        </w:rPr>
        <w:t>Câu 12: Who is known as the Father of Computers?</w:t>
      </w:r>
    </w:p>
    <w:p>
      <w:pPr>
        <w:pStyle w:val="ListParagraph"/>
      </w:pPr>
      <w:r>
        <w:rPr>
          <w:sz w:val="22"/>
        </w:rPr>
        <w:t>A. Alan Turing</w:t>
      </w:r>
    </w:p>
    <w:p>
      <w:pPr>
        <w:pStyle w:val="ListParagraph"/>
      </w:pPr>
      <w:r>
        <w:rPr>
          <w:sz w:val="22"/>
        </w:rPr>
        <w:t>B. Charles Babbage</w:t>
      </w:r>
    </w:p>
    <w:p>
      <w:pPr>
        <w:pStyle w:val="ListParagraph"/>
      </w:pPr>
      <w:r>
        <w:rPr>
          <w:sz w:val="22"/>
        </w:rPr>
        <w:t>C. Bill Gates</w:t>
      </w:r>
    </w:p>
    <w:p>
      <w:pPr>
        <w:pStyle w:val="ListParagraph"/>
      </w:pPr>
      <w:r>
        <w:rPr>
          <w:sz w:val="22"/>
        </w:rPr>
        <w:t>D. Steve Jobs</w:t>
      </w:r>
    </w:p>
    <w:p/>
    <w:p>
      <w:r>
        <w:rPr>
          <w:b/>
          <w:sz w:val="24"/>
        </w:rPr>
        <w:t>Câu 13: What is the chemical symbol for gold?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Au</w:t>
      </w:r>
    </w:p>
    <w:p>
      <w:pPr>
        <w:pStyle w:val="ListParagraph"/>
      </w:pPr>
      <w:r>
        <w:rPr>
          <w:sz w:val="22"/>
        </w:rPr>
        <w:t>C. Fe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14: Which is the longest river in the world?</w:t>
      </w:r>
    </w:p>
    <w:p>
      <w:pPr>
        <w:pStyle w:val="ListParagraph"/>
      </w:pPr>
      <w:r>
        <w:rPr>
          <w:sz w:val="22"/>
        </w:rPr>
        <w:t>A. Amazon</w:t>
      </w:r>
    </w:p>
    <w:p>
      <w:pPr>
        <w:pStyle w:val="ListParagraph"/>
      </w:pPr>
      <w:r>
        <w:rPr>
          <w:sz w:val="22"/>
        </w:rPr>
        <w:t>B. Nile</w:t>
      </w:r>
    </w:p>
    <w:p>
      <w:pPr>
        <w:pStyle w:val="ListParagraph"/>
      </w:pPr>
      <w:r>
        <w:rPr>
          <w:sz w:val="22"/>
        </w:rPr>
        <w:t>C. Yangtze</w:t>
      </w:r>
    </w:p>
    <w:p>
      <w:pPr>
        <w:pStyle w:val="ListParagraph"/>
      </w:pPr>
      <w:r>
        <w:rPr>
          <w:sz w:val="22"/>
        </w:rPr>
        <w:t>D. Mississippi</w:t>
      </w:r>
    </w:p>
    <w:p/>
    <w:p>
      <w:r>
        <w:rPr>
          <w:b/>
          <w:sz w:val="24"/>
        </w:rPr>
        <w:t>Câu 15: What is the capital of Australia?</w:t>
      </w:r>
    </w:p>
    <w:p>
      <w:pPr>
        <w:pStyle w:val="ListParagraph"/>
      </w:pPr>
      <w:r>
        <w:rPr>
          <w:sz w:val="22"/>
        </w:rPr>
        <w:t>A. Sydney</w:t>
      </w:r>
    </w:p>
    <w:p>
      <w:pPr>
        <w:pStyle w:val="ListParagraph"/>
      </w:pPr>
      <w:r>
        <w:rPr>
          <w:sz w:val="22"/>
        </w:rPr>
        <w:t>B. Melbourne</w:t>
      </w:r>
    </w:p>
    <w:p>
      <w:pPr>
        <w:pStyle w:val="ListParagraph"/>
      </w:pPr>
      <w:r>
        <w:rPr>
          <w:sz w:val="22"/>
        </w:rPr>
        <w:t>C. Canberra</w:t>
      </w:r>
    </w:p>
    <w:p>
      <w:pPr>
        <w:pStyle w:val="ListParagraph"/>
      </w:pPr>
      <w:r>
        <w:rPr>
          <w:sz w:val="22"/>
        </w:rPr>
        <w:t>D. Perth</w:t>
      </w:r>
    </w:p>
    <w:p/>
    <w:p>
      <w:r>
        <w:rPr>
          <w:b/>
          <w:sz w:val="24"/>
        </w:rPr>
        <w:t>Câu 16: Who discovered penicillin?</w:t>
      </w:r>
    </w:p>
    <w:p>
      <w:pPr>
        <w:pStyle w:val="ListParagraph"/>
      </w:pPr>
      <w:r>
        <w:rPr>
          <w:sz w:val="22"/>
        </w:rPr>
        <w:t>A. Alexander Fleming</w:t>
      </w:r>
    </w:p>
    <w:p>
      <w:pPr>
        <w:pStyle w:val="ListParagraph"/>
      </w:pPr>
      <w:r>
        <w:rPr>
          <w:sz w:val="22"/>
        </w:rPr>
        <w:t>B. Louis Pasteur</w:t>
      </w:r>
    </w:p>
    <w:p>
      <w:pPr>
        <w:pStyle w:val="ListParagraph"/>
      </w:pPr>
      <w:r>
        <w:rPr>
          <w:sz w:val="22"/>
        </w:rPr>
        <w:t>C. Marie Curie</w:t>
      </w:r>
    </w:p>
    <w:p>
      <w:pPr>
        <w:pStyle w:val="ListParagraph"/>
      </w:pPr>
      <w:r>
        <w:rPr>
          <w:sz w:val="22"/>
        </w:rPr>
        <w:t>D. Joseph Lister</w:t>
      </w:r>
    </w:p>
    <w:p/>
    <w:p>
      <w:r>
        <w:rPr>
          <w:b/>
          <w:sz w:val="24"/>
        </w:rPr>
        <w:t>Câu 17: What is the smallest prime number?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18: Which gas do plants absorb from the atmosphere?</w:t>
      </w:r>
    </w:p>
    <w:p>
      <w:pPr>
        <w:pStyle w:val="ListParagraph"/>
      </w:pPr>
      <w:r>
        <w:rPr>
          <w:sz w:val="22"/>
        </w:rPr>
        <w:t>A. Oxygen</w:t>
      </w:r>
    </w:p>
    <w:p>
      <w:pPr>
        <w:pStyle w:val="ListParagraph"/>
      </w:pPr>
      <w:r>
        <w:rPr>
          <w:sz w:val="22"/>
        </w:rPr>
        <w:t>B. Carbon dioxide</w:t>
      </w:r>
    </w:p>
    <w:p>
      <w:pPr>
        <w:pStyle w:val="ListParagraph"/>
      </w:pPr>
      <w:r>
        <w:rPr>
          <w:sz w:val="22"/>
        </w:rPr>
        <w:t>C. Nitrogen</w:t>
      </w:r>
    </w:p>
    <w:p>
      <w:pPr>
        <w:pStyle w:val="ListParagraph"/>
      </w:pPr>
      <w:r>
        <w:rPr>
          <w:sz w:val="22"/>
        </w:rPr>
        <w:t>D. Hydrogen</w:t>
      </w:r>
    </w:p>
    <w:p/>
    <w:p>
      <w:r>
        <w:rPr>
          <w:b/>
          <w:sz w:val="24"/>
        </w:rPr>
        <w:t>Câu 19: What is the largest desert in the world?</w:t>
      </w:r>
    </w:p>
    <w:p>
      <w:pPr>
        <w:pStyle w:val="ListParagraph"/>
      </w:pPr>
      <w:r>
        <w:rPr>
          <w:sz w:val="22"/>
        </w:rPr>
        <w:t>A. Sahara</w:t>
      </w:r>
    </w:p>
    <w:p>
      <w:pPr>
        <w:pStyle w:val="ListParagraph"/>
      </w:pPr>
      <w:r>
        <w:rPr>
          <w:sz w:val="22"/>
        </w:rPr>
        <w:t>B. Gobi</w:t>
      </w:r>
    </w:p>
    <w:p>
      <w:pPr>
        <w:pStyle w:val="ListParagraph"/>
      </w:pPr>
      <w:r>
        <w:rPr>
          <w:sz w:val="22"/>
        </w:rPr>
        <w:t>C. Antarctic Desert</w:t>
      </w:r>
    </w:p>
    <w:p>
      <w:pPr>
        <w:pStyle w:val="ListParagraph"/>
      </w:pPr>
      <w:r>
        <w:rPr>
          <w:sz w:val="22"/>
        </w:rPr>
        <w:t>D. Arabian Desert</w:t>
      </w:r>
    </w:p>
    <w:p/>
    <w:p>
      <w:r>
        <w:rPr>
          <w:b/>
          <w:sz w:val="24"/>
        </w:rPr>
        <w:t>Câu 20: Who was the first person to walk on the moon?</w:t>
      </w:r>
    </w:p>
    <w:p>
      <w:pPr>
        <w:pStyle w:val="ListParagraph"/>
      </w:pPr>
      <w:r>
        <w:rPr>
          <w:sz w:val="22"/>
        </w:rPr>
        <w:t>A. Buzz Aldrin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Yuri Gagarin</w:t>
      </w:r>
    </w:p>
    <w:p>
      <w:pPr>
        <w:pStyle w:val="ListParagraph"/>
      </w:pPr>
      <w:r>
        <w:rPr>
          <w:sz w:val="22"/>
        </w:rPr>
        <w:t>D. Michael Collins</w:t>
      </w:r>
    </w:p>
    <w:p/>
    <w:p>
      <w:r>
        <w:rPr>
          <w:b/>
          <w:sz w:val="24"/>
        </w:rPr>
        <w:t>Câu 21: What is the chemical symbol for sodium?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Na</w:t>
      </w:r>
    </w:p>
    <w:p>
      <w:pPr>
        <w:pStyle w:val="ListParagraph"/>
      </w:pPr>
      <w:r>
        <w:rPr>
          <w:sz w:val="22"/>
        </w:rPr>
        <w:t>C. Sd</w:t>
      </w:r>
    </w:p>
    <w:p>
      <w:pPr>
        <w:pStyle w:val="ListParagraph"/>
      </w:pPr>
      <w:r>
        <w:rPr>
          <w:sz w:val="22"/>
        </w:rPr>
        <w:t>D. Sn</w:t>
      </w:r>
    </w:p>
    <w:p/>
    <w:p>
      <w:r>
        <w:rPr>
          <w:b/>
          <w:sz w:val="24"/>
        </w:rPr>
        <w:t>Câu 22: Which is the largest continent?</w:t>
      </w:r>
    </w:p>
    <w:p>
      <w:pPr>
        <w:pStyle w:val="ListParagraph"/>
      </w:pPr>
      <w:r>
        <w:rPr>
          <w:sz w:val="22"/>
        </w:rPr>
        <w:t>A. Africa</w:t>
      </w:r>
    </w:p>
    <w:p>
      <w:pPr>
        <w:pStyle w:val="ListParagraph"/>
      </w:pPr>
      <w:r>
        <w:rPr>
          <w:sz w:val="22"/>
        </w:rPr>
        <w:t>B. Asia</w:t>
      </w:r>
    </w:p>
    <w:p>
      <w:pPr>
        <w:pStyle w:val="ListParagraph"/>
      </w:pPr>
      <w:r>
        <w:rPr>
          <w:sz w:val="22"/>
        </w:rPr>
        <w:t>C. North America</w:t>
      </w:r>
    </w:p>
    <w:p>
      <w:pPr>
        <w:pStyle w:val="ListParagraph"/>
      </w:pPr>
      <w:r>
        <w:rPr>
          <w:sz w:val="22"/>
        </w:rPr>
        <w:t>D. Europe</w:t>
      </w:r>
    </w:p>
    <w:p/>
    <w:p>
      <w:r>
        <w:rPr>
          <w:b/>
          <w:sz w:val="24"/>
        </w:rPr>
        <w:t>Câu 23: What is the boiling point of water at sea level?</w:t>
      </w:r>
    </w:p>
    <w:p>
      <w:pPr>
        <w:pStyle w:val="ListParagraph"/>
      </w:pPr>
      <w:r>
        <w:rPr>
          <w:sz w:val="22"/>
        </w:rPr>
        <w:t>A. 90°C</w:t>
      </w:r>
    </w:p>
    <w:p>
      <w:pPr>
        <w:pStyle w:val="ListParagraph"/>
      </w:pPr>
      <w:r>
        <w:rPr>
          <w:sz w:val="22"/>
        </w:rPr>
        <w:t>B. 100°C</w:t>
      </w:r>
    </w:p>
    <w:p>
      <w:pPr>
        <w:pStyle w:val="ListParagraph"/>
      </w:pPr>
      <w:r>
        <w:rPr>
          <w:sz w:val="22"/>
        </w:rPr>
        <w:t>C. 110°C</w:t>
      </w:r>
    </w:p>
    <w:p>
      <w:pPr>
        <w:pStyle w:val="ListParagraph"/>
      </w:pPr>
      <w:r>
        <w:rPr>
          <w:sz w:val="22"/>
        </w:rPr>
        <w:t>D. 120°C</w:t>
      </w:r>
    </w:p>
    <w:p/>
    <w:p>
      <w:r>
        <w:rPr>
          <w:b/>
          <w:sz w:val="24"/>
        </w:rPr>
        <w:t>Câu 24: Who wrote 'The Origin of Species'?</w:t>
      </w:r>
    </w:p>
    <w:p>
      <w:pPr>
        <w:pStyle w:val="ListParagraph"/>
      </w:pPr>
      <w:r>
        <w:rPr>
          <w:sz w:val="22"/>
        </w:rPr>
        <w:t>A. Gregor Mendel</w:t>
      </w:r>
    </w:p>
    <w:p>
      <w:pPr>
        <w:pStyle w:val="ListParagraph"/>
      </w:pPr>
      <w:r>
        <w:rPr>
          <w:sz w:val="22"/>
        </w:rPr>
        <w:t>B. Charles Darwin</w:t>
      </w:r>
    </w:p>
    <w:p>
      <w:pPr>
        <w:pStyle w:val="ListParagraph"/>
      </w:pPr>
      <w:r>
        <w:rPr>
          <w:sz w:val="22"/>
        </w:rPr>
        <w:t>C. Louis Pasteur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25: What is the main ingredient in guacamole?</w:t>
      </w:r>
    </w:p>
    <w:p>
      <w:pPr>
        <w:pStyle w:val="ListParagraph"/>
      </w:pPr>
      <w:r>
        <w:rPr>
          <w:sz w:val="22"/>
        </w:rPr>
        <w:t>A. Tomato</w:t>
      </w:r>
    </w:p>
    <w:p>
      <w:pPr>
        <w:pStyle w:val="ListParagraph"/>
      </w:pPr>
      <w:r>
        <w:rPr>
          <w:sz w:val="22"/>
        </w:rPr>
        <w:t>B. Avocado</w:t>
      </w:r>
    </w:p>
    <w:p>
      <w:pPr>
        <w:pStyle w:val="ListParagraph"/>
      </w:pPr>
      <w:r>
        <w:rPr>
          <w:sz w:val="22"/>
        </w:rPr>
        <w:t>C. Onion</w:t>
      </w:r>
    </w:p>
    <w:p>
      <w:pPr>
        <w:pStyle w:val="ListParagraph"/>
      </w:pPr>
      <w:r>
        <w:rPr>
          <w:sz w:val="22"/>
        </w:rPr>
        <w:t>D. Pepper</w:t>
      </w:r>
    </w:p>
    <w:p/>
    <w:p>
      <w:r>
        <w:rPr>
          <w:b/>
          <w:sz w:val="24"/>
        </w:rPr>
        <w:t>Câu 26: Which planet is closest to the sun?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Mercury</w:t>
      </w:r>
    </w:p>
    <w:p>
      <w:pPr>
        <w:pStyle w:val="ListParagraph"/>
      </w:pPr>
      <w:r>
        <w:rPr>
          <w:sz w:val="22"/>
        </w:rPr>
        <w:t>C. Earth</w:t>
      </w:r>
    </w:p>
    <w:p>
      <w:pPr>
        <w:pStyle w:val="ListParagraph"/>
      </w:pPr>
      <w:r>
        <w:rPr>
          <w:sz w:val="22"/>
        </w:rPr>
        <w:t>D. Mars</w:t>
      </w:r>
    </w:p>
    <w:p/>
    <w:p>
      <w:r>
        <w:rPr>
          <w:b/>
          <w:sz w:val="24"/>
        </w:rPr>
        <w:t>Câu 27: What is the largest bird in the world?</w:t>
      </w:r>
    </w:p>
    <w:p>
      <w:pPr>
        <w:pStyle w:val="ListParagraph"/>
      </w:pPr>
      <w:r>
        <w:rPr>
          <w:sz w:val="22"/>
        </w:rPr>
        <w:t>A. Eagle</w:t>
      </w:r>
    </w:p>
    <w:p>
      <w:pPr>
        <w:pStyle w:val="ListParagraph"/>
      </w:pPr>
      <w:r>
        <w:rPr>
          <w:sz w:val="22"/>
        </w:rPr>
        <w:t>B. Ostrich</w:t>
      </w:r>
    </w:p>
    <w:p>
      <w:pPr>
        <w:pStyle w:val="ListParagraph"/>
      </w:pPr>
      <w:r>
        <w:rPr>
          <w:sz w:val="22"/>
        </w:rPr>
        <w:t>C. Emu</w:t>
      </w:r>
    </w:p>
    <w:p>
      <w:pPr>
        <w:pStyle w:val="ListParagraph"/>
      </w:pPr>
      <w:r>
        <w:rPr>
          <w:sz w:val="22"/>
        </w:rPr>
        <w:t>D. Albatross</w:t>
      </w:r>
    </w:p>
    <w:p/>
    <w:p>
      <w:r>
        <w:rPr>
          <w:b/>
          <w:sz w:val="24"/>
        </w:rPr>
        <w:t>Câu 28: Who invented the telephone?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Nikola Tesla</w:t>
      </w:r>
    </w:p>
    <w:p>
      <w:pPr>
        <w:pStyle w:val="ListParagraph"/>
      </w:pPr>
      <w:r>
        <w:rPr>
          <w:sz w:val="22"/>
        </w:rPr>
        <w:t>D. Guglielmo Marconi</w:t>
      </w:r>
    </w:p>
    <w:p/>
    <w:p>
      <w:r>
        <w:rPr>
          <w:b/>
          <w:sz w:val="24"/>
        </w:rPr>
        <w:t>Câu 29: What is the chemical symbol for oxygen?</w:t>
      </w:r>
    </w:p>
    <w:p>
      <w:pPr>
        <w:pStyle w:val="ListParagraph"/>
      </w:pPr>
      <w:r>
        <w:rPr>
          <w:sz w:val="22"/>
        </w:rPr>
        <w:t>A. O</w:t>
      </w:r>
    </w:p>
    <w:p>
      <w:pPr>
        <w:pStyle w:val="ListParagraph"/>
      </w:pPr>
      <w:r>
        <w:rPr>
          <w:sz w:val="22"/>
        </w:rPr>
        <w:t>B. Ox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Oh</w:t>
      </w:r>
    </w:p>
    <w:p/>
    <w:p>
      <w:r>
        <w:rPr>
          <w:b/>
          <w:sz w:val="24"/>
        </w:rPr>
        <w:t>Câu 30: Which is the smallest country in the world?</w:t>
      </w:r>
    </w:p>
    <w:p>
      <w:pPr>
        <w:pStyle w:val="ListParagraph"/>
      </w:pPr>
      <w:r>
        <w:rPr>
          <w:sz w:val="22"/>
        </w:rPr>
        <w:t>A. Monaco</w:t>
      </w:r>
    </w:p>
    <w:p>
      <w:pPr>
        <w:pStyle w:val="ListParagraph"/>
      </w:pPr>
      <w:r>
        <w:rPr>
          <w:sz w:val="22"/>
        </w:rPr>
        <w:t>B. Vatican City</w:t>
      </w:r>
    </w:p>
    <w:p>
      <w:pPr>
        <w:pStyle w:val="ListParagraph"/>
      </w:pPr>
      <w:r>
        <w:rPr>
          <w:sz w:val="22"/>
        </w:rPr>
        <w:t>C. Nauru</w:t>
      </w:r>
    </w:p>
    <w:p>
      <w:pPr>
        <w:pStyle w:val="ListParagraph"/>
      </w:pPr>
      <w:r>
        <w:rPr>
          <w:sz w:val="22"/>
        </w:rPr>
        <w:t>D. San Marino</w:t>
      </w:r>
    </w:p>
    <w:p/>
    <w:p>
      <w:r>
        <w:rPr>
          <w:b/>
          <w:sz w:val="24"/>
        </w:rPr>
        <w:t>Câu 31: What is the capital of Canada?</w:t>
      </w:r>
    </w:p>
    <w:p>
      <w:pPr>
        <w:pStyle w:val="ListParagraph"/>
      </w:pPr>
      <w:r>
        <w:rPr>
          <w:sz w:val="22"/>
        </w:rPr>
        <w:t>A. Toronto</w:t>
      </w:r>
    </w:p>
    <w:p>
      <w:pPr>
        <w:pStyle w:val="ListParagraph"/>
      </w:pPr>
      <w:r>
        <w:rPr>
          <w:sz w:val="22"/>
        </w:rPr>
        <w:t>B. Vancouver</w:t>
      </w:r>
    </w:p>
    <w:p>
      <w:pPr>
        <w:pStyle w:val="ListParagraph"/>
      </w:pPr>
      <w:r>
        <w:rPr>
          <w:sz w:val="22"/>
        </w:rPr>
        <w:t>C. Ottawa</w:t>
      </w:r>
    </w:p>
    <w:p>
      <w:pPr>
        <w:pStyle w:val="ListParagraph"/>
      </w:pPr>
      <w:r>
        <w:rPr>
          <w:sz w:val="22"/>
        </w:rPr>
        <w:t>D. Montreal</w:t>
      </w:r>
    </w:p>
    <w:p/>
    <w:p>
      <w:r>
        <w:rPr>
          <w:b/>
          <w:sz w:val="24"/>
        </w:rPr>
        <w:t>Câu 32: Who painted 'Starry Night'?</w:t>
      </w:r>
    </w:p>
    <w:p>
      <w:pPr>
        <w:pStyle w:val="ListParagraph"/>
      </w:pPr>
      <w:r>
        <w:rPr>
          <w:sz w:val="22"/>
        </w:rPr>
        <w:t>A. Pablo Picasso</w:t>
      </w:r>
    </w:p>
    <w:p>
      <w:pPr>
        <w:pStyle w:val="ListParagraph"/>
      </w:pPr>
      <w:r>
        <w:rPr>
          <w:sz w:val="22"/>
        </w:rPr>
        <w:t>B. Vincent van Gogh</w:t>
      </w:r>
    </w:p>
    <w:p>
      <w:pPr>
        <w:pStyle w:val="ListParagraph"/>
      </w:pPr>
      <w:r>
        <w:rPr>
          <w:sz w:val="22"/>
        </w:rPr>
        <w:t>C. Claude Monet</w:t>
      </w:r>
    </w:p>
    <w:p>
      <w:pPr>
        <w:pStyle w:val="ListParagraph"/>
      </w:pPr>
      <w:r>
        <w:rPr>
          <w:sz w:val="22"/>
        </w:rPr>
        <w:t>D. Salvador Dali</w:t>
      </w:r>
    </w:p>
    <w:p/>
    <w:p>
      <w:r>
        <w:rPr>
          <w:b/>
          <w:sz w:val="24"/>
        </w:rPr>
        <w:t>Câu 33: What is the largest internal organ in the human body?</w:t>
      </w:r>
    </w:p>
    <w:p>
      <w:pPr>
        <w:pStyle w:val="ListParagraph"/>
      </w:pPr>
      <w:r>
        <w:rPr>
          <w:sz w:val="22"/>
        </w:rPr>
        <w:t>A. Heart</w:t>
      </w:r>
    </w:p>
    <w:p>
      <w:pPr>
        <w:pStyle w:val="ListParagraph"/>
      </w:pPr>
      <w:r>
        <w:rPr>
          <w:sz w:val="22"/>
        </w:rPr>
        <w:t>B. Liver</w:t>
      </w:r>
    </w:p>
    <w:p>
      <w:pPr>
        <w:pStyle w:val="ListParagraph"/>
      </w:pPr>
      <w:r>
        <w:rPr>
          <w:sz w:val="22"/>
        </w:rPr>
        <w:t>C. Lungs</w:t>
      </w:r>
    </w:p>
    <w:p>
      <w:pPr>
        <w:pStyle w:val="ListParagraph"/>
      </w:pPr>
      <w:r>
        <w:rPr>
          <w:sz w:val="22"/>
        </w:rPr>
        <w:t>D. Kidneys</w:t>
      </w:r>
    </w:p>
    <w:p/>
    <w:p>
      <w:r>
        <w:rPr>
          <w:b/>
          <w:sz w:val="24"/>
        </w:rPr>
        <w:t>Câu 34: Which element has the atomic number 1?</w:t>
      </w:r>
    </w:p>
    <w:p>
      <w:pPr>
        <w:pStyle w:val="ListParagraph"/>
      </w:pPr>
      <w:r>
        <w:rPr>
          <w:sz w:val="22"/>
        </w:rPr>
        <w:t>A. Helium</w:t>
      </w:r>
    </w:p>
    <w:p>
      <w:pPr>
        <w:pStyle w:val="ListParagraph"/>
      </w:pPr>
      <w:r>
        <w:rPr>
          <w:sz w:val="22"/>
        </w:rPr>
        <w:t>B. Hydrogen</w:t>
      </w:r>
    </w:p>
    <w:p>
      <w:pPr>
        <w:pStyle w:val="ListParagraph"/>
      </w:pPr>
      <w:r>
        <w:rPr>
          <w:sz w:val="22"/>
        </w:rPr>
        <w:t>C. Lithium</w:t>
      </w:r>
    </w:p>
    <w:p>
      <w:pPr>
        <w:pStyle w:val="ListParagraph"/>
      </w:pPr>
      <w:r>
        <w:rPr>
          <w:sz w:val="22"/>
        </w:rPr>
        <w:t>D. Carbon</w:t>
      </w:r>
    </w:p>
    <w:p/>
    <w:p>
      <w:r>
        <w:rPr>
          <w:b/>
          <w:sz w:val="24"/>
        </w:rPr>
        <w:t>Câu 35: What is the capital of Italy?</w:t>
      </w:r>
    </w:p>
    <w:p>
      <w:pPr>
        <w:pStyle w:val="ListParagraph"/>
      </w:pPr>
      <w:r>
        <w:rPr>
          <w:sz w:val="22"/>
        </w:rPr>
        <w:t>A. Milan</w:t>
      </w:r>
    </w:p>
    <w:p>
      <w:pPr>
        <w:pStyle w:val="ListParagraph"/>
      </w:pPr>
      <w:r>
        <w:rPr>
          <w:sz w:val="22"/>
        </w:rPr>
        <w:t>B. Rome</w:t>
      </w:r>
    </w:p>
    <w:p>
      <w:pPr>
        <w:pStyle w:val="ListParagraph"/>
      </w:pPr>
      <w:r>
        <w:rPr>
          <w:sz w:val="22"/>
        </w:rPr>
        <w:t>C. Naples</w:t>
      </w:r>
    </w:p>
    <w:p>
      <w:pPr>
        <w:pStyle w:val="ListParagraph"/>
      </w:pPr>
      <w:r>
        <w:rPr>
          <w:sz w:val="22"/>
        </w:rPr>
        <w:t>D. Florence</w:t>
      </w:r>
    </w:p>
    <w:p/>
    <w:p>
      <w:r>
        <w:rPr>
          <w:b/>
          <w:sz w:val="24"/>
        </w:rPr>
        <w:t>Câu 36: Who wrote 'Pride and Prejudice'?</w:t>
      </w:r>
    </w:p>
    <w:p>
      <w:pPr>
        <w:pStyle w:val="ListParagraph"/>
      </w:pPr>
      <w:r>
        <w:rPr>
          <w:sz w:val="22"/>
        </w:rPr>
        <w:t>A. Charlotte Bronte</w:t>
      </w:r>
    </w:p>
    <w:p>
      <w:pPr>
        <w:pStyle w:val="ListParagraph"/>
      </w:pPr>
      <w:r>
        <w:rPr>
          <w:sz w:val="22"/>
        </w:rPr>
        <w:t>B. Jane Austen</w:t>
      </w:r>
    </w:p>
    <w:p>
      <w:pPr>
        <w:pStyle w:val="ListParagraph"/>
      </w:pPr>
      <w:r>
        <w:rPr>
          <w:sz w:val="22"/>
        </w:rPr>
        <w:t>C. Emily Bronte</w:t>
      </w:r>
    </w:p>
    <w:p>
      <w:pPr>
        <w:pStyle w:val="ListParagraph"/>
      </w:pPr>
      <w:r>
        <w:rPr>
          <w:sz w:val="22"/>
        </w:rPr>
        <w:t>D. Louisa May Alcott</w:t>
      </w:r>
    </w:p>
    <w:p/>
    <w:p>
      <w:r>
        <w:rPr>
          <w:b/>
          <w:sz w:val="24"/>
        </w:rPr>
        <w:t>Câu 37: What is the chemical symbol for iron?</w:t>
      </w:r>
    </w:p>
    <w:p>
      <w:pPr>
        <w:pStyle w:val="ListParagraph"/>
      </w:pPr>
      <w:r>
        <w:rPr>
          <w:sz w:val="22"/>
        </w:rPr>
        <w:t>A. Ir</w:t>
      </w:r>
    </w:p>
    <w:p>
      <w:pPr>
        <w:pStyle w:val="ListParagraph"/>
      </w:pPr>
      <w:r>
        <w:rPr>
          <w:sz w:val="22"/>
        </w:rPr>
        <w:t>B. Fe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I</w:t>
      </w:r>
    </w:p>
    <w:p/>
    <w:p>
      <w:r>
        <w:rPr>
          <w:b/>
          <w:sz w:val="24"/>
        </w:rPr>
        <w:t>Câu 38: Which is the largest species of shark?</w:t>
      </w:r>
    </w:p>
    <w:p>
      <w:pPr>
        <w:pStyle w:val="ListParagraph"/>
      </w:pPr>
      <w:r>
        <w:rPr>
          <w:sz w:val="22"/>
        </w:rPr>
        <w:t>A. Great White Shark</w:t>
      </w:r>
    </w:p>
    <w:p>
      <w:pPr>
        <w:pStyle w:val="ListParagraph"/>
      </w:pPr>
      <w:r>
        <w:rPr>
          <w:sz w:val="22"/>
        </w:rPr>
        <w:t>B. Whale Shark</w:t>
      </w:r>
    </w:p>
    <w:p>
      <w:pPr>
        <w:pStyle w:val="ListParagraph"/>
      </w:pPr>
      <w:r>
        <w:rPr>
          <w:sz w:val="22"/>
        </w:rPr>
        <w:t>C. Tiger Shark</w:t>
      </w:r>
    </w:p>
    <w:p>
      <w:pPr>
        <w:pStyle w:val="ListParagraph"/>
      </w:pPr>
      <w:r>
        <w:rPr>
          <w:sz w:val="22"/>
        </w:rPr>
        <w:t>D. Hammerhead Shark</w:t>
      </w:r>
    </w:p>
    <w:p/>
    <w:p>
      <w:r>
        <w:rPr>
          <w:b/>
          <w:sz w:val="24"/>
        </w:rPr>
        <w:t>Câu 39: What is the capital of Spain?</w:t>
      </w:r>
    </w:p>
    <w:p>
      <w:pPr>
        <w:pStyle w:val="ListParagraph"/>
      </w:pPr>
      <w:r>
        <w:rPr>
          <w:sz w:val="22"/>
        </w:rPr>
        <w:t>A. Barcelona</w:t>
      </w:r>
    </w:p>
    <w:p>
      <w:pPr>
        <w:pStyle w:val="ListParagraph"/>
      </w:pPr>
      <w:r>
        <w:rPr>
          <w:sz w:val="22"/>
        </w:rPr>
        <w:t>B. Madrid</w:t>
      </w:r>
    </w:p>
    <w:p>
      <w:pPr>
        <w:pStyle w:val="ListParagraph"/>
      </w:pPr>
      <w:r>
        <w:rPr>
          <w:sz w:val="22"/>
        </w:rPr>
        <w:t>C. Seville</w:t>
      </w:r>
    </w:p>
    <w:p>
      <w:pPr>
        <w:pStyle w:val="ListParagraph"/>
      </w:pPr>
      <w:r>
        <w:rPr>
          <w:sz w:val="22"/>
        </w:rPr>
        <w:t>D. Valencia</w:t>
      </w:r>
    </w:p>
    <w:p/>
    <w:p>
      <w:r>
        <w:rPr>
          <w:b/>
          <w:sz w:val="24"/>
        </w:rPr>
        <w:t>Câu 40: Who developed the theory of relativity?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Albert Einstein</w:t>
      </w:r>
    </w:p>
    <w:p>
      <w:pPr>
        <w:pStyle w:val="ListParagraph"/>
      </w:pPr>
      <w:r>
        <w:rPr>
          <w:sz w:val="22"/>
        </w:rPr>
        <w:t>C. Galileo Galilei</w:t>
      </w:r>
    </w:p>
    <w:p>
      <w:pPr>
        <w:pStyle w:val="ListParagraph"/>
      </w:pPr>
      <w:r>
        <w:rPr>
          <w:sz w:val="22"/>
        </w:rPr>
        <w:t>D. Stephen Hawking</w:t>
      </w:r>
    </w:p>
    <w:p/>
    <w:p>
      <w:r>
        <w:rPr>
          <w:b/>
          <w:sz w:val="24"/>
        </w:rPr>
        <w:t>Câu 41: What is the chemical symbol for carbon?</w:t>
      </w:r>
    </w:p>
    <w:p>
      <w:pPr>
        <w:pStyle w:val="ListParagraph"/>
      </w:pPr>
      <w:r>
        <w:rPr>
          <w:sz w:val="22"/>
        </w:rPr>
        <w:t>A. C</w:t>
      </w:r>
    </w:p>
    <w:p>
      <w:pPr>
        <w:pStyle w:val="ListParagraph"/>
      </w:pPr>
      <w:r>
        <w:rPr>
          <w:sz w:val="22"/>
        </w:rPr>
        <w:t>B. Ca</w:t>
      </w:r>
    </w:p>
    <w:p>
      <w:pPr>
        <w:pStyle w:val="ListParagraph"/>
      </w:pPr>
      <w:r>
        <w:rPr>
          <w:sz w:val="22"/>
        </w:rPr>
        <w:t>C. Co</w:t>
      </w:r>
    </w:p>
    <w:p>
      <w:pPr>
        <w:pStyle w:val="ListParagraph"/>
      </w:pPr>
      <w:r>
        <w:rPr>
          <w:sz w:val="22"/>
        </w:rPr>
        <w:t>D. Cr</w:t>
      </w:r>
    </w:p>
    <w:p/>
    <w:p>
      <w:r>
        <w:rPr>
          <w:b/>
          <w:sz w:val="24"/>
        </w:rPr>
        <w:t>Câu 42: Which is the largest island in the world?</w:t>
      </w:r>
    </w:p>
    <w:p>
      <w:pPr>
        <w:pStyle w:val="ListParagraph"/>
      </w:pPr>
      <w:r>
        <w:rPr>
          <w:sz w:val="22"/>
        </w:rPr>
        <w:t>A. Borneo</w:t>
      </w:r>
    </w:p>
    <w:p>
      <w:pPr>
        <w:pStyle w:val="ListParagraph"/>
      </w:pPr>
      <w:r>
        <w:rPr>
          <w:sz w:val="22"/>
        </w:rPr>
        <w:t>B. Greenland</w:t>
      </w:r>
    </w:p>
    <w:p>
      <w:pPr>
        <w:pStyle w:val="ListParagraph"/>
      </w:pPr>
      <w:r>
        <w:rPr>
          <w:sz w:val="22"/>
        </w:rPr>
        <w:t>C. New Guinea</w:t>
      </w:r>
    </w:p>
    <w:p>
      <w:pPr>
        <w:pStyle w:val="ListParagraph"/>
      </w:pPr>
      <w:r>
        <w:rPr>
          <w:sz w:val="22"/>
        </w:rPr>
        <w:t>D. Madagascar</w:t>
      </w:r>
    </w:p>
    <w:p/>
    <w:p>
      <w:r>
        <w:rPr>
          <w:b/>
          <w:sz w:val="24"/>
        </w:rPr>
        <w:t>Câu 43: What is the capital of Germany?</w:t>
      </w:r>
    </w:p>
    <w:p>
      <w:pPr>
        <w:pStyle w:val="ListParagraph"/>
      </w:pPr>
      <w:r>
        <w:rPr>
          <w:sz w:val="22"/>
        </w:rPr>
        <w:t>A. Munich</w:t>
      </w:r>
    </w:p>
    <w:p>
      <w:pPr>
        <w:pStyle w:val="ListParagraph"/>
      </w:pPr>
      <w:r>
        <w:rPr>
          <w:sz w:val="22"/>
        </w:rPr>
        <w:t>B. Berlin</w:t>
      </w:r>
    </w:p>
    <w:p>
      <w:pPr>
        <w:pStyle w:val="ListParagraph"/>
      </w:pPr>
      <w:r>
        <w:rPr>
          <w:sz w:val="22"/>
        </w:rPr>
        <w:t>C. Hamburg</w:t>
      </w:r>
    </w:p>
    <w:p>
      <w:pPr>
        <w:pStyle w:val="ListParagraph"/>
      </w:pPr>
      <w:r>
        <w:rPr>
          <w:sz w:val="22"/>
        </w:rPr>
        <w:t>D. Frankfurt</w:t>
      </w:r>
    </w:p>
    <w:p/>
    <w:p>
      <w:r>
        <w:rPr>
          <w:b/>
          <w:sz w:val="24"/>
        </w:rPr>
        <w:t>Câu 44: Who wrote '1984'?</w:t>
      </w:r>
    </w:p>
    <w:p>
      <w:pPr>
        <w:pStyle w:val="ListParagraph"/>
      </w:pPr>
      <w:r>
        <w:rPr>
          <w:sz w:val="22"/>
        </w:rPr>
        <w:t>A. Aldous Huxley</w:t>
      </w:r>
    </w:p>
    <w:p>
      <w:pPr>
        <w:pStyle w:val="ListParagraph"/>
      </w:pPr>
      <w:r>
        <w:rPr>
          <w:sz w:val="22"/>
        </w:rPr>
        <w:t>B. George Orwell</w:t>
      </w:r>
    </w:p>
    <w:p>
      <w:pPr>
        <w:pStyle w:val="ListParagraph"/>
      </w:pPr>
      <w:r>
        <w:rPr>
          <w:sz w:val="22"/>
        </w:rPr>
        <w:t>C. Ray Bradbury</w:t>
      </w:r>
    </w:p>
    <w:p>
      <w:pPr>
        <w:pStyle w:val="ListParagraph"/>
      </w:pPr>
      <w:r>
        <w:rPr>
          <w:sz w:val="22"/>
        </w:rPr>
        <w:t>D. J.D. Salinger</w:t>
      </w:r>
    </w:p>
    <w:p/>
    <w:p>
      <w:r>
        <w:rPr>
          <w:b/>
          <w:sz w:val="24"/>
        </w:rPr>
        <w:t>Câu 45: What is the chemical symbol for silver?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Si</w:t>
      </w:r>
    </w:p>
    <w:p>
      <w:pPr>
        <w:pStyle w:val="ListParagraph"/>
      </w:pPr>
      <w:r>
        <w:rPr>
          <w:sz w:val="22"/>
        </w:rPr>
        <w:t>C. Au</w:t>
      </w:r>
    </w:p>
    <w:p>
      <w:pPr>
        <w:pStyle w:val="ListParagraph"/>
      </w:pPr>
      <w:r>
        <w:rPr>
          <w:sz w:val="22"/>
        </w:rPr>
        <w:t>D. Sv</w:t>
      </w:r>
    </w:p>
    <w:p/>
    <w:p>
      <w:r>
        <w:rPr>
          <w:b/>
          <w:sz w:val="24"/>
        </w:rPr>
        <w:t>Câu 46: Which is the largest lake in the world?</w:t>
      </w:r>
    </w:p>
    <w:p>
      <w:pPr>
        <w:pStyle w:val="ListParagraph"/>
      </w:pPr>
      <w:r>
        <w:rPr>
          <w:sz w:val="22"/>
        </w:rPr>
        <w:t>A. Lake Superior</w:t>
      </w:r>
    </w:p>
    <w:p>
      <w:pPr>
        <w:pStyle w:val="ListParagraph"/>
      </w:pPr>
      <w:r>
        <w:rPr>
          <w:sz w:val="22"/>
        </w:rPr>
        <w:t>B. Caspian Sea</w:t>
      </w:r>
    </w:p>
    <w:p>
      <w:pPr>
        <w:pStyle w:val="ListParagraph"/>
      </w:pPr>
      <w:r>
        <w:rPr>
          <w:sz w:val="22"/>
        </w:rPr>
        <w:t>C. Lake Victoria</w:t>
      </w:r>
    </w:p>
    <w:p>
      <w:pPr>
        <w:pStyle w:val="ListParagraph"/>
      </w:pPr>
      <w:r>
        <w:rPr>
          <w:sz w:val="22"/>
        </w:rPr>
        <w:t>D. Lake Michigan</w:t>
      </w:r>
    </w:p>
    <w:p/>
    <w:p>
      <w:r>
        <w:rPr>
          <w:b/>
          <w:sz w:val="24"/>
        </w:rPr>
        <w:t>Câu 47: What is the capital of Russia?</w:t>
      </w:r>
    </w:p>
    <w:p>
      <w:pPr>
        <w:pStyle w:val="ListParagraph"/>
      </w:pPr>
      <w:r>
        <w:rPr>
          <w:sz w:val="22"/>
        </w:rPr>
        <w:t>A. St. Petersburg</w:t>
      </w:r>
    </w:p>
    <w:p>
      <w:pPr>
        <w:pStyle w:val="ListParagraph"/>
      </w:pPr>
      <w:r>
        <w:rPr>
          <w:sz w:val="22"/>
        </w:rPr>
        <w:t>B. Moscow</w:t>
      </w:r>
    </w:p>
    <w:p>
      <w:pPr>
        <w:pStyle w:val="ListParagraph"/>
      </w:pPr>
      <w:r>
        <w:rPr>
          <w:sz w:val="22"/>
        </w:rPr>
        <w:t>C. Kiev</w:t>
      </w:r>
    </w:p>
    <w:p>
      <w:pPr>
        <w:pStyle w:val="ListParagraph"/>
      </w:pPr>
      <w:r>
        <w:rPr>
          <w:sz w:val="22"/>
        </w:rPr>
        <w:t>D. Minsk</w:t>
      </w:r>
    </w:p>
    <w:p/>
    <w:p>
      <w:r>
        <w:rPr>
          <w:b/>
          <w:sz w:val="24"/>
        </w:rPr>
        <w:t>Câu 48: Who wrote 'The Great Gatsby'?</w:t>
      </w:r>
    </w:p>
    <w:p>
      <w:pPr>
        <w:pStyle w:val="ListParagraph"/>
      </w:pPr>
      <w:r>
        <w:rPr>
          <w:sz w:val="22"/>
        </w:rPr>
        <w:t>A. Ernest Hemingway</w:t>
      </w:r>
    </w:p>
    <w:p>
      <w:pPr>
        <w:pStyle w:val="ListParagraph"/>
      </w:pPr>
      <w:r>
        <w:rPr>
          <w:sz w:val="22"/>
        </w:rPr>
        <w:t>B. F. Scott Fitzgerald</w:t>
      </w:r>
    </w:p>
    <w:p>
      <w:pPr>
        <w:pStyle w:val="ListParagraph"/>
      </w:pPr>
      <w:r>
        <w:rPr>
          <w:sz w:val="22"/>
        </w:rPr>
        <w:t>C. John Steinbeck</w:t>
      </w:r>
    </w:p>
    <w:p>
      <w:pPr>
        <w:pStyle w:val="ListParagraph"/>
      </w:pPr>
      <w:r>
        <w:rPr>
          <w:sz w:val="22"/>
        </w:rPr>
        <w:t>D. William Faulkner</w:t>
      </w:r>
    </w:p>
    <w:p/>
    <w:p>
      <w:r>
        <w:rPr>
          <w:b/>
          <w:sz w:val="24"/>
        </w:rPr>
        <w:t>Câu 49: What is the chemical symbol for helium?</w:t>
      </w:r>
    </w:p>
    <w:p>
      <w:pPr>
        <w:pStyle w:val="ListParagraph"/>
      </w:pPr>
      <w:r>
        <w:rPr>
          <w:sz w:val="22"/>
        </w:rPr>
        <w:t>A. He</w:t>
      </w:r>
    </w:p>
    <w:p>
      <w:pPr>
        <w:pStyle w:val="ListParagraph"/>
      </w:pPr>
      <w:r>
        <w:rPr>
          <w:sz w:val="22"/>
        </w:rPr>
        <w:t>B. H</w:t>
      </w:r>
    </w:p>
    <w:p>
      <w:pPr>
        <w:pStyle w:val="ListParagraph"/>
      </w:pPr>
      <w:r>
        <w:rPr>
          <w:sz w:val="22"/>
        </w:rPr>
        <w:t>C. Hy</w:t>
      </w:r>
    </w:p>
    <w:p>
      <w:pPr>
        <w:pStyle w:val="ListParagraph"/>
      </w:pPr>
      <w:r>
        <w:rPr>
          <w:sz w:val="22"/>
        </w:rPr>
        <w:t>D. Hl</w:t>
      </w:r>
    </w:p>
    <w:p/>
    <w:p>
      <w:r>
        <w:rPr>
          <w:b/>
          <w:sz w:val="24"/>
        </w:rPr>
        <w:t>Câu 50: Which is the largest mountain in the world?</w:t>
      </w:r>
    </w:p>
    <w:p>
      <w:pPr>
        <w:pStyle w:val="ListParagraph"/>
      </w:pPr>
      <w:r>
        <w:rPr>
          <w:sz w:val="22"/>
        </w:rPr>
        <w:t>A. K2</w:t>
      </w:r>
    </w:p>
    <w:p>
      <w:pPr>
        <w:pStyle w:val="ListParagraph"/>
      </w:pPr>
      <w:r>
        <w:rPr>
          <w:sz w:val="22"/>
        </w:rPr>
        <w:t>B. Mount Everest</w:t>
      </w:r>
    </w:p>
    <w:p>
      <w:pPr>
        <w:pStyle w:val="ListParagraph"/>
      </w:pPr>
      <w:r>
        <w:rPr>
          <w:sz w:val="22"/>
        </w:rPr>
        <w:t>C. Kangchenjunga</w:t>
      </w:r>
    </w:p>
    <w:p>
      <w:pPr>
        <w:pStyle w:val="ListParagraph"/>
      </w:pPr>
      <w:r>
        <w:rPr>
          <w:sz w:val="22"/>
        </w:rPr>
        <w:t>D. Makalu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