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Hóa học Lớp 12 - Amin, Amino axit, Peptit, Protein và Polime</w:t>
      </w:r>
    </w:p>
    <w:p>
      <w:pPr>
        <w:jc w:val="center"/>
      </w:pPr>
      <w:r>
        <w:rPr>
          <w:sz w:val="22"/>
        </w:rPr>
        <w:t>Số câu: 49    Thời gian: _____ phút    Họ và tên: _________________________</w:t>
      </w:r>
    </w:p>
    <w:p/>
    <w:p>
      <w:r>
        <w:rPr>
          <w:b/>
          <w:sz w:val="24"/>
        </w:rPr>
        <w:t>Câu 1: Số đồng phân amin bậc một ứng với công thức phân tử C3H9N là: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2: Số đồng phân amin bậc hai ứng với công thức phân tử C4H11N là: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3: Chất nào sau đây là amin bậc ba?</w:t>
      </w:r>
    </w:p>
    <w:p>
      <w:pPr>
        <w:pStyle w:val="ListParagraph"/>
      </w:pPr>
      <w:r>
        <w:rPr>
          <w:sz w:val="22"/>
        </w:rPr>
        <w:t>A. CH3NH2</w:t>
      </w:r>
    </w:p>
    <w:p>
      <w:pPr>
        <w:pStyle w:val="ListParagraph"/>
      </w:pPr>
      <w:r>
        <w:rPr>
          <w:sz w:val="22"/>
        </w:rPr>
        <w:t>B. (CH3)2NH</w:t>
      </w:r>
    </w:p>
    <w:p>
      <w:pPr>
        <w:pStyle w:val="ListParagraph"/>
      </w:pPr>
      <w:r>
        <w:rPr>
          <w:sz w:val="22"/>
        </w:rPr>
        <w:t>C. (CH3)3N</w:t>
      </w:r>
    </w:p>
    <w:p>
      <w:pPr>
        <w:pStyle w:val="ListParagraph"/>
      </w:pPr>
      <w:r>
        <w:rPr>
          <w:sz w:val="22"/>
        </w:rPr>
        <w:t>D. C6H5NH2</w:t>
      </w:r>
    </w:p>
    <w:p/>
    <w:p>
      <w:r>
        <w:rPr>
          <w:b/>
          <w:sz w:val="24"/>
        </w:rPr>
        <w:t>Câu 4: Dung dịch chất nào sau đây làm quỳ tím chuyển sang màu xanh?</w:t>
      </w:r>
    </w:p>
    <w:p>
      <w:pPr>
        <w:pStyle w:val="ListParagraph"/>
      </w:pPr>
      <w:r>
        <w:rPr>
          <w:sz w:val="22"/>
        </w:rPr>
        <w:t>A. Anilin</w:t>
      </w:r>
    </w:p>
    <w:p>
      <w:pPr>
        <w:pStyle w:val="ListParagraph"/>
      </w:pPr>
      <w:r>
        <w:rPr>
          <w:sz w:val="22"/>
        </w:rPr>
        <w:t>B. Metylamin</w:t>
      </w:r>
    </w:p>
    <w:p>
      <w:pPr>
        <w:pStyle w:val="ListParagraph"/>
      </w:pPr>
      <w:r>
        <w:rPr>
          <w:sz w:val="22"/>
        </w:rPr>
        <w:t>C. Glyxin</w:t>
      </w:r>
    </w:p>
    <w:p>
      <w:pPr>
        <w:pStyle w:val="ListParagraph"/>
      </w:pPr>
      <w:r>
        <w:rPr>
          <w:sz w:val="22"/>
        </w:rPr>
        <w:t>D. Axit glutamic</w:t>
      </w:r>
    </w:p>
    <w:p/>
    <w:p>
      <w:r>
        <w:rPr>
          <w:b/>
          <w:sz w:val="24"/>
        </w:rPr>
        <w:t>Câu 5: Amin nào sau đây không tác dụng với dung dịch HCl?</w:t>
      </w:r>
    </w:p>
    <w:p>
      <w:pPr>
        <w:pStyle w:val="ListParagraph"/>
      </w:pPr>
      <w:r>
        <w:rPr>
          <w:sz w:val="22"/>
        </w:rPr>
        <w:t>A. Metylamin</w:t>
      </w:r>
    </w:p>
    <w:p>
      <w:pPr>
        <w:pStyle w:val="ListParagraph"/>
      </w:pPr>
      <w:r>
        <w:rPr>
          <w:sz w:val="22"/>
        </w:rPr>
        <w:t>B. Đimetylamin</w:t>
      </w:r>
    </w:p>
    <w:p>
      <w:pPr>
        <w:pStyle w:val="ListParagraph"/>
      </w:pPr>
      <w:r>
        <w:rPr>
          <w:sz w:val="22"/>
        </w:rPr>
        <w:t>C. Anilin</w:t>
      </w:r>
    </w:p>
    <w:p>
      <w:pPr>
        <w:pStyle w:val="ListParagraph"/>
      </w:pPr>
      <w:r>
        <w:rPr>
          <w:sz w:val="22"/>
        </w:rPr>
        <w:t>D. Trimetylamin</w:t>
      </w:r>
    </w:p>
    <w:p/>
    <w:p>
      <w:r>
        <w:rPr>
          <w:b/>
          <w:sz w:val="24"/>
        </w:rPr>
        <w:t>Câu 6: Cho 4,48 lít khí metylamin (đktc) tác dụng vừa đủ với V lít dung dịch HCl 1M. Giá trị của V là:</w:t>
      </w:r>
    </w:p>
    <w:p>
      <w:pPr>
        <w:pStyle w:val="ListParagraph"/>
      </w:pPr>
      <w:r>
        <w:rPr>
          <w:sz w:val="22"/>
        </w:rPr>
        <w:t>A. 0,1</w:t>
      </w:r>
    </w:p>
    <w:p>
      <w:pPr>
        <w:pStyle w:val="ListParagraph"/>
      </w:pPr>
      <w:r>
        <w:rPr>
          <w:sz w:val="22"/>
        </w:rPr>
        <w:t>B. 0,2</w:t>
      </w:r>
    </w:p>
    <w:p>
      <w:pPr>
        <w:pStyle w:val="ListParagraph"/>
      </w:pPr>
      <w:r>
        <w:rPr>
          <w:sz w:val="22"/>
        </w:rPr>
        <w:t>C. 0,3</w:t>
      </w:r>
    </w:p>
    <w:p>
      <w:pPr>
        <w:pStyle w:val="ListParagraph"/>
      </w:pPr>
      <w:r>
        <w:rPr>
          <w:sz w:val="22"/>
        </w:rPr>
        <w:t>D. 0,4</w:t>
      </w:r>
    </w:p>
    <w:p/>
    <w:p>
      <w:r>
        <w:rPr>
          <w:b/>
          <w:sz w:val="24"/>
        </w:rPr>
        <w:t>Câu 7: Để trung hòa 50 ml dung dịch metylamin cần 30 ml dung dịch HCl 0,1M. Nồng độ mol của dung dịch metylamin là:</w:t>
      </w:r>
    </w:p>
    <w:p>
      <w:pPr>
        <w:pStyle w:val="ListParagraph"/>
      </w:pPr>
      <w:r>
        <w:rPr>
          <w:sz w:val="22"/>
        </w:rPr>
        <w:t>A. 0,06M</w:t>
      </w:r>
    </w:p>
    <w:p>
      <w:pPr>
        <w:pStyle w:val="ListParagraph"/>
      </w:pPr>
      <w:r>
        <w:rPr>
          <w:sz w:val="22"/>
        </w:rPr>
        <w:t>B. 0,08M</w:t>
      </w:r>
    </w:p>
    <w:p>
      <w:pPr>
        <w:pStyle w:val="ListParagraph"/>
      </w:pPr>
      <w:r>
        <w:rPr>
          <w:sz w:val="22"/>
        </w:rPr>
        <w:t>C. 0,10M</w:t>
      </w:r>
    </w:p>
    <w:p>
      <w:pPr>
        <w:pStyle w:val="ListParagraph"/>
      </w:pPr>
      <w:r>
        <w:rPr>
          <w:sz w:val="22"/>
        </w:rPr>
        <w:t>D. 0,12M</w:t>
      </w:r>
    </w:p>
    <w:p/>
    <w:p>
      <w:r>
        <w:rPr>
          <w:b/>
          <w:sz w:val="24"/>
        </w:rPr>
        <w:t>Câu 8: Cho 9,3 gam anilin tác dụng với dung dịch brom dư, thu được m gam kết tủa. Giá trị của m là:</w:t>
      </w:r>
    </w:p>
    <w:p>
      <w:pPr>
        <w:pStyle w:val="ListParagraph"/>
      </w:pPr>
      <w:r>
        <w:rPr>
          <w:sz w:val="22"/>
        </w:rPr>
        <w:t>A. 16,5</w:t>
      </w:r>
    </w:p>
    <w:p>
      <w:pPr>
        <w:pStyle w:val="ListParagraph"/>
      </w:pPr>
      <w:r>
        <w:rPr>
          <w:sz w:val="22"/>
        </w:rPr>
        <w:t>B. 33,0</w:t>
      </w:r>
    </w:p>
    <w:p>
      <w:pPr>
        <w:pStyle w:val="ListParagraph"/>
      </w:pPr>
      <w:r>
        <w:rPr>
          <w:sz w:val="22"/>
        </w:rPr>
        <w:t>C. 24,75</w:t>
      </w:r>
    </w:p>
    <w:p>
      <w:pPr>
        <w:pStyle w:val="ListParagraph"/>
      </w:pPr>
      <w:r>
        <w:rPr>
          <w:sz w:val="22"/>
        </w:rPr>
        <w:t>D. 49,5</w:t>
      </w:r>
    </w:p>
    <w:p/>
    <w:p>
      <w:r>
        <w:rPr>
          <w:b/>
          <w:sz w:val="24"/>
        </w:rPr>
        <w:t>Câu 9: Amino axit là hợp chất hữu cơ tạp chức, phân tử chứa đồng thời nhóm amino và nhóm</w:t>
      </w:r>
    </w:p>
    <w:p>
      <w:pPr>
        <w:pStyle w:val="ListParagraph"/>
      </w:pPr>
      <w:r>
        <w:rPr>
          <w:sz w:val="22"/>
        </w:rPr>
        <w:t>A. cacboxyl</w:t>
      </w:r>
    </w:p>
    <w:p>
      <w:pPr>
        <w:pStyle w:val="ListParagraph"/>
      </w:pPr>
      <w:r>
        <w:rPr>
          <w:sz w:val="22"/>
        </w:rPr>
        <w:t>B. hiđroxyl</w:t>
      </w:r>
    </w:p>
    <w:p>
      <w:pPr>
        <w:pStyle w:val="ListParagraph"/>
      </w:pPr>
      <w:r>
        <w:rPr>
          <w:sz w:val="22"/>
        </w:rPr>
        <w:t>C. andehit</w:t>
      </w:r>
    </w:p>
    <w:p>
      <w:pPr>
        <w:pStyle w:val="ListParagraph"/>
      </w:pPr>
      <w:r>
        <w:rPr>
          <w:sz w:val="22"/>
        </w:rPr>
        <w:t>D. xeton</w:t>
      </w:r>
    </w:p>
    <w:p/>
    <w:p>
      <w:r>
        <w:rPr>
          <w:b/>
          <w:sz w:val="24"/>
        </w:rPr>
        <w:t>Câu 10: Số đồng phân amino axit có công thức phân tử C3H7O2N là: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11: Chất nào sau đây có tính lưỡng tính?</w:t>
      </w:r>
    </w:p>
    <w:p>
      <w:pPr>
        <w:pStyle w:val="ListParagraph"/>
      </w:pPr>
      <w:r>
        <w:rPr>
          <w:sz w:val="22"/>
        </w:rPr>
        <w:t>A. Metylamin</w:t>
      </w:r>
    </w:p>
    <w:p>
      <w:pPr>
        <w:pStyle w:val="ListParagraph"/>
      </w:pPr>
      <w:r>
        <w:rPr>
          <w:sz w:val="22"/>
        </w:rPr>
        <w:t>B. Anilin</w:t>
      </w:r>
    </w:p>
    <w:p>
      <w:pPr>
        <w:pStyle w:val="ListParagraph"/>
      </w:pPr>
      <w:r>
        <w:rPr>
          <w:sz w:val="22"/>
        </w:rPr>
        <w:t>C. Glyxin</w:t>
      </w:r>
    </w:p>
    <w:p>
      <w:pPr>
        <w:pStyle w:val="ListParagraph"/>
      </w:pPr>
      <w:r>
        <w:rPr>
          <w:sz w:val="22"/>
        </w:rPr>
        <w:t>D. Etylamin</w:t>
      </w:r>
    </w:p>
    <w:p/>
    <w:p>
      <w:r>
        <w:rPr>
          <w:b/>
          <w:sz w:val="24"/>
        </w:rPr>
        <w:t>Câu 12: Dung dịch glyxin (axit aminoaxetic) có pH:</w:t>
      </w:r>
    </w:p>
    <w:p>
      <w:pPr>
        <w:pStyle w:val="ListParagraph"/>
      </w:pPr>
      <w:r>
        <w:rPr>
          <w:sz w:val="22"/>
        </w:rPr>
        <w:t>A. &gt; 7</w:t>
      </w:r>
    </w:p>
    <w:p>
      <w:pPr>
        <w:pStyle w:val="ListParagraph"/>
      </w:pPr>
      <w:r>
        <w:rPr>
          <w:sz w:val="22"/>
        </w:rPr>
        <w:t>B. &lt; 7</w:t>
      </w:r>
    </w:p>
    <w:p>
      <w:pPr>
        <w:pStyle w:val="ListParagraph"/>
      </w:pPr>
      <w:r>
        <w:rPr>
          <w:sz w:val="22"/>
        </w:rPr>
        <w:t>C. = 7</w:t>
      </w:r>
    </w:p>
    <w:p>
      <w:pPr>
        <w:pStyle w:val="ListParagraph"/>
      </w:pPr>
      <w:r>
        <w:rPr>
          <w:sz w:val="22"/>
        </w:rPr>
        <w:t>D. không xác định</w:t>
      </w:r>
    </w:p>
    <w:p/>
    <w:p>
      <w:r>
        <w:rPr>
          <w:b/>
          <w:sz w:val="24"/>
        </w:rPr>
        <w:t>Câu 13: Cho 15 gam glyxin tác dụng vừa đủ với dung dịch HCl. Khối lượng muối thu được là:</w:t>
      </w:r>
    </w:p>
    <w:p>
      <w:pPr>
        <w:pStyle w:val="ListParagraph"/>
      </w:pPr>
      <w:r>
        <w:rPr>
          <w:sz w:val="22"/>
        </w:rPr>
        <w:t>A. 18,65 gam</w:t>
      </w:r>
    </w:p>
    <w:p>
      <w:pPr>
        <w:pStyle w:val="ListParagraph"/>
      </w:pPr>
      <w:r>
        <w:rPr>
          <w:sz w:val="22"/>
        </w:rPr>
        <w:t>B. 22,30 gam</w:t>
      </w:r>
    </w:p>
    <w:p>
      <w:pPr>
        <w:pStyle w:val="ListParagraph"/>
      </w:pPr>
      <w:r>
        <w:rPr>
          <w:sz w:val="22"/>
        </w:rPr>
        <w:t>C. 19,80 gam</w:t>
      </w:r>
    </w:p>
    <w:p>
      <w:pPr>
        <w:pStyle w:val="ListParagraph"/>
      </w:pPr>
      <w:r>
        <w:rPr>
          <w:sz w:val="22"/>
        </w:rPr>
        <w:t>D. 21,15 gam</w:t>
      </w:r>
    </w:p>
    <w:p/>
    <w:p>
      <w:r>
        <w:rPr>
          <w:b/>
          <w:sz w:val="24"/>
        </w:rPr>
        <w:t>Câu 14: Cho 0,1 mol axit glutamic tác dụng với dung dịch NaOH dư. Số mol NaOH đã phản ứng là:</w:t>
      </w:r>
    </w:p>
    <w:p>
      <w:pPr>
        <w:pStyle w:val="ListParagraph"/>
      </w:pPr>
      <w:r>
        <w:rPr>
          <w:sz w:val="22"/>
        </w:rPr>
        <w:t>A. 0,1 mol</w:t>
      </w:r>
    </w:p>
    <w:p>
      <w:pPr>
        <w:pStyle w:val="ListParagraph"/>
      </w:pPr>
      <w:r>
        <w:rPr>
          <w:sz w:val="22"/>
        </w:rPr>
        <w:t>B. 0,2 mol</w:t>
      </w:r>
    </w:p>
    <w:p>
      <w:pPr>
        <w:pStyle w:val="ListParagraph"/>
      </w:pPr>
      <w:r>
        <w:rPr>
          <w:sz w:val="22"/>
        </w:rPr>
        <w:t>C. 0,3 mol</w:t>
      </w:r>
    </w:p>
    <w:p>
      <w:pPr>
        <w:pStyle w:val="ListParagraph"/>
      </w:pPr>
      <w:r>
        <w:rPr>
          <w:sz w:val="22"/>
        </w:rPr>
        <w:t>D. 0,4 mol</w:t>
      </w:r>
    </w:p>
    <w:p/>
    <w:p>
      <w:r>
        <w:rPr>
          <w:b/>
          <w:sz w:val="24"/>
        </w:rPr>
        <w:t>Câu 15: Peptit là hợp chất chứa từ 2 đến 50 gốc α-amino axit liên kết với nhau bởi các liên kết:</w:t>
      </w:r>
    </w:p>
    <w:p>
      <w:pPr>
        <w:pStyle w:val="ListParagraph"/>
      </w:pPr>
      <w:r>
        <w:rPr>
          <w:sz w:val="22"/>
        </w:rPr>
        <w:t>A. peptit</w:t>
      </w:r>
    </w:p>
    <w:p>
      <w:pPr>
        <w:pStyle w:val="ListParagraph"/>
      </w:pPr>
      <w:r>
        <w:rPr>
          <w:sz w:val="22"/>
        </w:rPr>
        <w:t>B. hiđro</w:t>
      </w:r>
    </w:p>
    <w:p>
      <w:pPr>
        <w:pStyle w:val="ListParagraph"/>
      </w:pPr>
      <w:r>
        <w:rPr>
          <w:sz w:val="22"/>
        </w:rPr>
        <w:t>C. ion</w:t>
      </w:r>
    </w:p>
    <w:p>
      <w:pPr>
        <w:pStyle w:val="ListParagraph"/>
      </w:pPr>
      <w:r>
        <w:rPr>
          <w:sz w:val="22"/>
        </w:rPr>
        <w:t>D. cộng hóa trị</w:t>
      </w:r>
    </w:p>
    <w:p/>
    <w:p>
      <w:r>
        <w:rPr>
          <w:b/>
          <w:sz w:val="24"/>
        </w:rPr>
        <w:t>Câu 16: Thủy phân hoàn toàn một tripeptit thu được:</w:t>
      </w:r>
    </w:p>
    <w:p>
      <w:pPr>
        <w:pStyle w:val="ListParagraph"/>
      </w:pPr>
      <w:r>
        <w:rPr>
          <w:sz w:val="22"/>
        </w:rPr>
        <w:t>A. 1 phân tử amino axit</w:t>
      </w:r>
    </w:p>
    <w:p>
      <w:pPr>
        <w:pStyle w:val="ListParagraph"/>
      </w:pPr>
      <w:r>
        <w:rPr>
          <w:sz w:val="22"/>
        </w:rPr>
        <w:t>B. 2 phân tử amino axit</w:t>
      </w:r>
    </w:p>
    <w:p>
      <w:pPr>
        <w:pStyle w:val="ListParagraph"/>
      </w:pPr>
      <w:r>
        <w:rPr>
          <w:sz w:val="22"/>
        </w:rPr>
        <w:t>C. 3 phân tử amino axit</w:t>
      </w:r>
    </w:p>
    <w:p>
      <w:pPr>
        <w:pStyle w:val="ListParagraph"/>
      </w:pPr>
      <w:r>
        <w:rPr>
          <w:sz w:val="22"/>
        </w:rPr>
        <w:t>D. 4 phân tử amino axit</w:t>
      </w:r>
    </w:p>
    <w:p/>
    <w:p>
      <w:r>
        <w:rPr>
          <w:b/>
          <w:sz w:val="24"/>
        </w:rPr>
        <w:t>Câu 17: Phát biểu nào sau đây sai về peptit?</w:t>
      </w:r>
    </w:p>
    <w:p>
      <w:pPr>
        <w:pStyle w:val="ListParagraph"/>
      </w:pPr>
      <w:r>
        <w:rPr>
          <w:sz w:val="22"/>
        </w:rPr>
        <w:t>A. Peptit có thể bị thủy phân trong môi trường axit</w:t>
      </w:r>
    </w:p>
    <w:p>
      <w:pPr>
        <w:pStyle w:val="ListParagraph"/>
      </w:pPr>
      <w:r>
        <w:rPr>
          <w:sz w:val="22"/>
        </w:rPr>
        <w:t>B. Peptit có thể bị thủy phân trong môi trường bazơ</w:t>
      </w:r>
    </w:p>
    <w:p>
      <w:pPr>
        <w:pStyle w:val="ListParagraph"/>
      </w:pPr>
      <w:r>
        <w:rPr>
          <w:sz w:val="22"/>
        </w:rPr>
        <w:t>C. Peptit luôn có phản ứng màu biure</w:t>
      </w:r>
    </w:p>
    <w:p>
      <w:pPr>
        <w:pStyle w:val="ListParagraph"/>
      </w:pPr>
      <w:r>
        <w:rPr>
          <w:sz w:val="22"/>
        </w:rPr>
        <w:t>D. Peptit được tạo thành từ các α-amino axit</w:t>
      </w:r>
    </w:p>
    <w:p/>
    <w:p>
      <w:r>
        <w:rPr>
          <w:b/>
          <w:sz w:val="24"/>
        </w:rPr>
        <w:t>Câu 18: Thuốc thử dùng để nhận biết peptit (từ tripeptit trở lên) là:</w:t>
      </w:r>
    </w:p>
    <w:p>
      <w:pPr>
        <w:pStyle w:val="ListParagraph"/>
      </w:pPr>
      <w:r>
        <w:rPr>
          <w:sz w:val="22"/>
        </w:rPr>
        <w:t>A. Dung dịch HCl</w:t>
      </w:r>
    </w:p>
    <w:p>
      <w:pPr>
        <w:pStyle w:val="ListParagraph"/>
      </w:pPr>
      <w:r>
        <w:rPr>
          <w:sz w:val="22"/>
        </w:rPr>
        <w:t>B. Dung dịch NaOH</w:t>
      </w:r>
    </w:p>
    <w:p>
      <w:pPr>
        <w:pStyle w:val="ListParagraph"/>
      </w:pPr>
      <w:r>
        <w:rPr>
          <w:sz w:val="22"/>
        </w:rPr>
        <w:t>C. Dung dịch CuSO4 trong môi trường kiềm</w:t>
      </w:r>
    </w:p>
    <w:p>
      <w:pPr>
        <w:pStyle w:val="ListParagraph"/>
      </w:pPr>
      <w:r>
        <w:rPr>
          <w:sz w:val="22"/>
        </w:rPr>
        <w:t>D. Dung dịch AgNO3/NH3</w:t>
      </w:r>
    </w:p>
    <w:p/>
    <w:p>
      <w:r>
        <w:rPr>
          <w:b/>
          <w:sz w:val="24"/>
        </w:rPr>
        <w:t>Câu 19: Thủy phân hoàn toàn 14,6 gam Gly-Ala (đipeptit) thu được m gam glyxin. Giá trị của m là:</w:t>
      </w:r>
    </w:p>
    <w:p>
      <w:pPr>
        <w:pStyle w:val="ListParagraph"/>
      </w:pPr>
      <w:r>
        <w:rPr>
          <w:sz w:val="22"/>
        </w:rPr>
        <w:t>A. 7,5 gam</w:t>
      </w:r>
    </w:p>
    <w:p>
      <w:pPr>
        <w:pStyle w:val="ListParagraph"/>
      </w:pPr>
      <w:r>
        <w:rPr>
          <w:sz w:val="22"/>
        </w:rPr>
        <w:t>B. 15,0 gam</w:t>
      </w:r>
    </w:p>
    <w:p>
      <w:pPr>
        <w:pStyle w:val="ListParagraph"/>
      </w:pPr>
      <w:r>
        <w:rPr>
          <w:sz w:val="22"/>
        </w:rPr>
        <w:t>C. 10,0 gam</w:t>
      </w:r>
    </w:p>
    <w:p>
      <w:pPr>
        <w:pStyle w:val="ListParagraph"/>
      </w:pPr>
      <w:r>
        <w:rPr>
          <w:sz w:val="22"/>
        </w:rPr>
        <w:t>D. 12,5 gam</w:t>
      </w:r>
    </w:p>
    <w:p/>
    <w:p>
      <w:r>
        <w:rPr>
          <w:b/>
          <w:sz w:val="24"/>
        </w:rPr>
        <w:t>Câu 20: Protein là những polipeptit cao phân tử có phân tử khối từ vài chục nghìn đến vài triệu. Protein được tạo thành từ các gốc:</w:t>
      </w:r>
    </w:p>
    <w:p>
      <w:pPr>
        <w:pStyle w:val="ListParagraph"/>
      </w:pPr>
      <w:r>
        <w:rPr>
          <w:sz w:val="22"/>
        </w:rPr>
        <w:t>A. glucozơ</w:t>
      </w:r>
    </w:p>
    <w:p>
      <w:pPr>
        <w:pStyle w:val="ListParagraph"/>
      </w:pPr>
      <w:r>
        <w:rPr>
          <w:sz w:val="22"/>
        </w:rPr>
        <w:t>B. amino axit</w:t>
      </w:r>
    </w:p>
    <w:p>
      <w:pPr>
        <w:pStyle w:val="ListParagraph"/>
      </w:pPr>
      <w:r>
        <w:rPr>
          <w:sz w:val="22"/>
        </w:rPr>
        <w:t>C. axit béo</w:t>
      </w:r>
    </w:p>
    <w:p>
      <w:pPr>
        <w:pStyle w:val="ListParagraph"/>
      </w:pPr>
      <w:r>
        <w:rPr>
          <w:sz w:val="22"/>
        </w:rPr>
        <w:t>D. nucleotit</w:t>
      </w:r>
    </w:p>
    <w:p/>
    <w:p>
      <w:r>
        <w:rPr>
          <w:b/>
          <w:sz w:val="24"/>
        </w:rPr>
        <w:t>Câu 21: Phản ứng nào sau đây được dùng để nhận biết protein (lòng trắng trứng)?</w:t>
      </w:r>
    </w:p>
    <w:p>
      <w:pPr>
        <w:pStyle w:val="ListParagraph"/>
      </w:pPr>
      <w:r>
        <w:rPr>
          <w:sz w:val="22"/>
        </w:rPr>
        <w:t>A. Phản ứng với Cu(OH)2 tạo dung dịch màu tím</w:t>
      </w:r>
    </w:p>
    <w:p>
      <w:pPr>
        <w:pStyle w:val="ListParagraph"/>
      </w:pPr>
      <w:r>
        <w:rPr>
          <w:sz w:val="22"/>
        </w:rPr>
        <w:t>B. Phản ứng với dung dịch HCl</w:t>
      </w:r>
    </w:p>
    <w:p>
      <w:pPr>
        <w:pStyle w:val="ListParagraph"/>
      </w:pPr>
      <w:r>
        <w:rPr>
          <w:sz w:val="22"/>
        </w:rPr>
        <w:t>C. Phản ứng với dung dịch NaOH</w:t>
      </w:r>
    </w:p>
    <w:p>
      <w:pPr>
        <w:pStyle w:val="ListParagraph"/>
      </w:pPr>
      <w:r>
        <w:rPr>
          <w:sz w:val="22"/>
        </w:rPr>
        <w:t>D. Phản ứng với nước brom</w:t>
      </w:r>
    </w:p>
    <w:p/>
    <w:p>
      <w:r>
        <w:rPr>
          <w:b/>
          <w:sz w:val="24"/>
        </w:rPr>
        <w:t>Câu 22: Khi đun nóng protein trong dung dịch axit hoặc bazơ, protein bị thủy phân sinh ra các:</w:t>
      </w:r>
    </w:p>
    <w:p>
      <w:pPr>
        <w:pStyle w:val="ListParagraph"/>
      </w:pPr>
      <w:r>
        <w:rPr>
          <w:sz w:val="22"/>
        </w:rPr>
        <w:t>A. glucozơ</w:t>
      </w:r>
    </w:p>
    <w:p>
      <w:pPr>
        <w:pStyle w:val="ListParagraph"/>
      </w:pPr>
      <w:r>
        <w:rPr>
          <w:sz w:val="22"/>
        </w:rPr>
        <w:t>B. amino axit</w:t>
      </w:r>
    </w:p>
    <w:p>
      <w:pPr>
        <w:pStyle w:val="ListParagraph"/>
      </w:pPr>
      <w:r>
        <w:rPr>
          <w:sz w:val="22"/>
        </w:rPr>
        <w:t>C. axit béo</w:t>
      </w:r>
    </w:p>
    <w:p>
      <w:pPr>
        <w:pStyle w:val="ListParagraph"/>
      </w:pPr>
      <w:r>
        <w:rPr>
          <w:sz w:val="22"/>
        </w:rPr>
        <w:t>D. ancol</w:t>
      </w:r>
    </w:p>
    <w:p/>
    <w:p>
      <w:r>
        <w:rPr>
          <w:b/>
          <w:sz w:val="24"/>
        </w:rPr>
        <w:t>Câu 23: Polime là hợp chất có phân tử khối rất lớn do nhiều mắt xích liên kết với nhau tạo nên. Polime được tổng hợp bằng phản ứng:</w:t>
      </w:r>
    </w:p>
    <w:p>
      <w:pPr>
        <w:pStyle w:val="ListParagraph"/>
      </w:pPr>
      <w:r>
        <w:rPr>
          <w:sz w:val="22"/>
        </w:rPr>
        <w:t>A. trùng hợp hoặc trùng ngưng</w:t>
      </w:r>
    </w:p>
    <w:p>
      <w:pPr>
        <w:pStyle w:val="ListParagraph"/>
      </w:pPr>
      <w:r>
        <w:rPr>
          <w:sz w:val="22"/>
        </w:rPr>
        <w:t>B. thủy phân</w:t>
      </w:r>
    </w:p>
    <w:p>
      <w:pPr>
        <w:pStyle w:val="ListParagraph"/>
      </w:pPr>
      <w:r>
        <w:rPr>
          <w:sz w:val="22"/>
        </w:rPr>
        <w:t>C. oxi hóa</w:t>
      </w:r>
    </w:p>
    <w:p>
      <w:pPr>
        <w:pStyle w:val="ListParagraph"/>
      </w:pPr>
      <w:r>
        <w:rPr>
          <w:sz w:val="22"/>
        </w:rPr>
        <w:t>D. khử</w:t>
      </w:r>
    </w:p>
    <w:p/>
    <w:p>
      <w:r>
        <w:rPr>
          <w:b/>
          <w:sz w:val="24"/>
        </w:rPr>
        <w:t>Câu 24: Polime nào sau đây thuộc loại polime thiên nhiên?</w:t>
      </w:r>
    </w:p>
    <w:p>
      <w:pPr>
        <w:pStyle w:val="ListParagraph"/>
      </w:pPr>
      <w:r>
        <w:rPr>
          <w:sz w:val="22"/>
        </w:rPr>
        <w:t>A. Polietilen</w:t>
      </w:r>
    </w:p>
    <w:p>
      <w:pPr>
        <w:pStyle w:val="ListParagraph"/>
      </w:pPr>
      <w:r>
        <w:rPr>
          <w:sz w:val="22"/>
        </w:rPr>
        <w:t>B. Xenlulozơ</w:t>
      </w:r>
    </w:p>
    <w:p>
      <w:pPr>
        <w:pStyle w:val="ListParagraph"/>
      </w:pPr>
      <w:r>
        <w:rPr>
          <w:sz w:val="22"/>
        </w:rPr>
        <w:t>C. Poli(vinyl clorua)</w:t>
      </w:r>
    </w:p>
    <w:p>
      <w:pPr>
        <w:pStyle w:val="ListParagraph"/>
      </w:pPr>
      <w:r>
        <w:rPr>
          <w:sz w:val="22"/>
        </w:rPr>
        <w:t>D. Cao su buna</w:t>
      </w:r>
    </w:p>
    <w:p/>
    <w:p>
      <w:r>
        <w:rPr>
          <w:b/>
          <w:sz w:val="24"/>
        </w:rPr>
        <w:t>Câu 25: Tơ nào sau đây là tơ tổng hợp?</w:t>
      </w:r>
    </w:p>
    <w:p>
      <w:pPr>
        <w:pStyle w:val="ListParagraph"/>
      </w:pPr>
      <w:r>
        <w:rPr>
          <w:sz w:val="22"/>
        </w:rPr>
        <w:t>A. Tơ tằm</w:t>
      </w:r>
    </w:p>
    <w:p>
      <w:pPr>
        <w:pStyle w:val="ListParagraph"/>
      </w:pPr>
      <w:r>
        <w:rPr>
          <w:sz w:val="22"/>
        </w:rPr>
        <w:t>B. Tơ visco</w:t>
      </w:r>
    </w:p>
    <w:p>
      <w:pPr>
        <w:pStyle w:val="ListParagraph"/>
      </w:pPr>
      <w:r>
        <w:rPr>
          <w:sz w:val="22"/>
        </w:rPr>
        <w:t>C. Tơ nilon-6,6</w:t>
      </w:r>
    </w:p>
    <w:p>
      <w:pPr>
        <w:pStyle w:val="ListParagraph"/>
      </w:pPr>
      <w:r>
        <w:rPr>
          <w:sz w:val="22"/>
        </w:rPr>
        <w:t>D. Tơ axetat</w:t>
      </w:r>
    </w:p>
    <w:p/>
    <w:p>
      <w:r>
        <w:rPr>
          <w:b/>
          <w:sz w:val="24"/>
        </w:rPr>
        <w:t>Câu 26: Polime được điều chế bằng phản ứng trùng ngưng là:</w:t>
      </w:r>
    </w:p>
    <w:p>
      <w:pPr>
        <w:pStyle w:val="ListParagraph"/>
      </w:pPr>
      <w:r>
        <w:rPr>
          <w:sz w:val="22"/>
        </w:rPr>
        <w:t>A. Polietilen</w:t>
      </w:r>
    </w:p>
    <w:p>
      <w:pPr>
        <w:pStyle w:val="ListParagraph"/>
      </w:pPr>
      <w:r>
        <w:rPr>
          <w:sz w:val="22"/>
        </w:rPr>
        <w:t>B. Poli(vinyl clorua)</w:t>
      </w:r>
    </w:p>
    <w:p>
      <w:pPr>
        <w:pStyle w:val="ListParagraph"/>
      </w:pPr>
      <w:r>
        <w:rPr>
          <w:sz w:val="22"/>
        </w:rPr>
        <w:t>C. Poli(etylen terephtalat)</w:t>
      </w:r>
    </w:p>
    <w:p>
      <w:pPr>
        <w:pStyle w:val="ListParagraph"/>
      </w:pPr>
      <w:r>
        <w:rPr>
          <w:sz w:val="22"/>
        </w:rPr>
        <w:t>D. Polistiren</w:t>
      </w:r>
    </w:p>
    <w:p/>
    <w:p>
      <w:r>
        <w:rPr>
          <w:b/>
          <w:sz w:val="24"/>
        </w:rPr>
        <w:t>Câu 27: Hệ số polime hóa (n) của polietilen có phân tử khối 42000 là:</w:t>
      </w:r>
    </w:p>
    <w:p>
      <w:pPr>
        <w:pStyle w:val="ListParagraph"/>
      </w:pPr>
      <w:r>
        <w:rPr>
          <w:sz w:val="22"/>
        </w:rPr>
        <w:t>A. 1000</w:t>
      </w:r>
    </w:p>
    <w:p>
      <w:pPr>
        <w:pStyle w:val="ListParagraph"/>
      </w:pPr>
      <w:r>
        <w:rPr>
          <w:sz w:val="22"/>
        </w:rPr>
        <w:t>B. 1500</w:t>
      </w:r>
    </w:p>
    <w:p>
      <w:pPr>
        <w:pStyle w:val="ListParagraph"/>
      </w:pPr>
      <w:r>
        <w:rPr>
          <w:sz w:val="22"/>
        </w:rPr>
        <w:t>C. 2000</w:t>
      </w:r>
    </w:p>
    <w:p>
      <w:pPr>
        <w:pStyle w:val="ListParagraph"/>
      </w:pPr>
      <w:r>
        <w:rPr>
          <w:sz w:val="22"/>
        </w:rPr>
        <w:t>D. 2500</w:t>
      </w:r>
    </w:p>
    <w:p/>
    <w:p>
      <w:r>
        <w:rPr>
          <w:b/>
          <w:sz w:val="24"/>
        </w:rPr>
        <w:t>Câu 28: Chất nào sau đây có thể tham gia phản ứng trùng hợp?</w:t>
      </w:r>
    </w:p>
    <w:p>
      <w:pPr>
        <w:pStyle w:val="ListParagraph"/>
      </w:pPr>
      <w:r>
        <w:rPr>
          <w:sz w:val="22"/>
        </w:rPr>
        <w:t>A. CH3-CH3</w:t>
      </w:r>
    </w:p>
    <w:p>
      <w:pPr>
        <w:pStyle w:val="ListParagraph"/>
      </w:pPr>
      <w:r>
        <w:rPr>
          <w:sz w:val="22"/>
        </w:rPr>
        <w:t>B. CH2=CH2</w:t>
      </w:r>
    </w:p>
    <w:p>
      <w:pPr>
        <w:pStyle w:val="ListParagraph"/>
      </w:pPr>
      <w:r>
        <w:rPr>
          <w:sz w:val="22"/>
        </w:rPr>
        <w:t>C. CH3-CH2-CH3</w:t>
      </w:r>
    </w:p>
    <w:p>
      <w:pPr>
        <w:pStyle w:val="ListParagraph"/>
      </w:pPr>
      <w:r>
        <w:rPr>
          <w:sz w:val="22"/>
        </w:rPr>
        <w:t>D. CH3OH</w:t>
      </w:r>
    </w:p>
    <w:p/>
    <w:p>
      <w:r>
        <w:rPr>
          <w:b/>
          <w:sz w:val="24"/>
        </w:rPr>
        <w:t>Câu 29: Chất nào sau đây có thể tham gia phản ứng trùng ngưng?</w:t>
      </w:r>
    </w:p>
    <w:p>
      <w:pPr>
        <w:pStyle w:val="ListParagraph"/>
      </w:pPr>
      <w:r>
        <w:rPr>
          <w:sz w:val="22"/>
        </w:rPr>
        <w:t>A. H2N-CH2-COOH</w:t>
      </w:r>
    </w:p>
    <w:p>
      <w:pPr>
        <w:pStyle w:val="ListParagraph"/>
      </w:pPr>
      <w:r>
        <w:rPr>
          <w:sz w:val="22"/>
        </w:rPr>
        <w:t>B. CH2=CH2</w:t>
      </w:r>
    </w:p>
    <w:p>
      <w:pPr>
        <w:pStyle w:val="ListParagraph"/>
      </w:pPr>
      <w:r>
        <w:rPr>
          <w:sz w:val="22"/>
        </w:rPr>
        <w:t>C. CH3-CH3</w:t>
      </w:r>
    </w:p>
    <w:p>
      <w:pPr>
        <w:pStyle w:val="ListParagraph"/>
      </w:pPr>
      <w:r>
        <w:rPr>
          <w:sz w:val="22"/>
        </w:rPr>
        <w:t>D. CH3OH</w:t>
      </w:r>
    </w:p>
    <w:p/>
    <w:p>
      <w:r>
        <w:rPr>
          <w:b/>
          <w:sz w:val="24"/>
        </w:rPr>
        <w:t>Câu 30: Tơ nilon-6,6 được điều chế từ:</w:t>
      </w:r>
    </w:p>
    <w:p>
      <w:pPr>
        <w:pStyle w:val="ListParagraph"/>
      </w:pPr>
      <w:r>
        <w:rPr>
          <w:sz w:val="22"/>
        </w:rPr>
        <w:t>A. axit adipic và hexametylenđiamin</w:t>
      </w:r>
    </w:p>
    <w:p>
      <w:pPr>
        <w:pStyle w:val="ListParagraph"/>
      </w:pPr>
      <w:r>
        <w:rPr>
          <w:sz w:val="22"/>
        </w:rPr>
        <w:t>B. axit terephtalic và etylen glicol</w:t>
      </w:r>
    </w:p>
    <w:p>
      <w:pPr>
        <w:pStyle w:val="ListParagraph"/>
      </w:pPr>
      <w:r>
        <w:rPr>
          <w:sz w:val="22"/>
        </w:rPr>
        <w:t>C. caprolactam</w:t>
      </w:r>
    </w:p>
    <w:p>
      <w:pPr>
        <w:pStyle w:val="ListParagraph"/>
      </w:pPr>
      <w:r>
        <w:rPr>
          <w:sz w:val="22"/>
        </w:rPr>
        <w:t>D. vinyl clorua</w:t>
      </w:r>
    </w:p>
    <w:p/>
    <w:p>
      <w:r>
        <w:rPr>
          <w:b/>
          <w:sz w:val="24"/>
        </w:rPr>
        <w:t>Câu 31: Cao su buna được điều chế bằng phản ứng trùng hợp:</w:t>
      </w:r>
    </w:p>
    <w:p>
      <w:pPr>
        <w:pStyle w:val="ListParagraph"/>
      </w:pPr>
      <w:r>
        <w:rPr>
          <w:sz w:val="22"/>
        </w:rPr>
        <w:t>A. buta-1,3-đien</w:t>
      </w:r>
    </w:p>
    <w:p>
      <w:pPr>
        <w:pStyle w:val="ListParagraph"/>
      </w:pPr>
      <w:r>
        <w:rPr>
          <w:sz w:val="22"/>
        </w:rPr>
        <w:t>B. isopren</w:t>
      </w:r>
    </w:p>
    <w:p>
      <w:pPr>
        <w:pStyle w:val="ListParagraph"/>
      </w:pPr>
      <w:r>
        <w:rPr>
          <w:sz w:val="22"/>
        </w:rPr>
        <w:t>C. stiren</w:t>
      </w:r>
    </w:p>
    <w:p>
      <w:pPr>
        <w:pStyle w:val="ListParagraph"/>
      </w:pPr>
      <w:r>
        <w:rPr>
          <w:sz w:val="22"/>
        </w:rPr>
        <w:t>D. vinyl clorua</w:t>
      </w:r>
    </w:p>
    <w:p/>
    <w:p>
      <w:r>
        <w:rPr>
          <w:b/>
          <w:sz w:val="24"/>
        </w:rPr>
        <w:t>Câu 32: Polime nào sau đây có cấu trúc mạch không phân nhánh?</w:t>
      </w:r>
    </w:p>
    <w:p>
      <w:pPr>
        <w:pStyle w:val="ListParagraph"/>
      </w:pPr>
      <w:r>
        <w:rPr>
          <w:sz w:val="22"/>
        </w:rPr>
        <w:t>A. Amilopectin</w:t>
      </w:r>
    </w:p>
    <w:p>
      <w:pPr>
        <w:pStyle w:val="ListParagraph"/>
      </w:pPr>
      <w:r>
        <w:rPr>
          <w:sz w:val="22"/>
        </w:rPr>
        <w:t>B. Polietilen</w:t>
      </w:r>
    </w:p>
    <w:p>
      <w:pPr>
        <w:pStyle w:val="ListParagraph"/>
      </w:pPr>
      <w:r>
        <w:rPr>
          <w:sz w:val="22"/>
        </w:rPr>
        <w:t>C. Cao su lưu hóa</w:t>
      </w:r>
    </w:p>
    <w:p>
      <w:pPr>
        <w:pStyle w:val="ListParagraph"/>
      </w:pPr>
      <w:r>
        <w:rPr>
          <w:sz w:val="22"/>
        </w:rPr>
        <w:t>D. Nhựa bakelit</w:t>
      </w:r>
    </w:p>
    <w:p/>
    <w:p>
      <w:r>
        <w:rPr>
          <w:b/>
          <w:sz w:val="24"/>
        </w:rPr>
        <w:t>Câu 33: Amin nào sau đây là amin thơm?</w:t>
      </w:r>
    </w:p>
    <w:p>
      <w:pPr>
        <w:pStyle w:val="ListParagraph"/>
      </w:pPr>
      <w:r>
        <w:rPr>
          <w:sz w:val="22"/>
        </w:rPr>
        <w:t>A. CH3NH2</w:t>
      </w:r>
    </w:p>
    <w:p>
      <w:pPr>
        <w:pStyle w:val="ListParagraph"/>
      </w:pPr>
      <w:r>
        <w:rPr>
          <w:sz w:val="22"/>
        </w:rPr>
        <w:t>B. C2H5NH2</w:t>
      </w:r>
    </w:p>
    <w:p>
      <w:pPr>
        <w:pStyle w:val="ListParagraph"/>
      </w:pPr>
      <w:r>
        <w:rPr>
          <w:sz w:val="22"/>
        </w:rPr>
        <w:t>C. C6H5NH2</w:t>
      </w:r>
    </w:p>
    <w:p>
      <w:pPr>
        <w:pStyle w:val="ListParagraph"/>
      </w:pPr>
      <w:r>
        <w:rPr>
          <w:sz w:val="22"/>
        </w:rPr>
        <w:t>D. CH3NHCH3</w:t>
      </w:r>
    </w:p>
    <w:p/>
    <w:p>
      <w:r>
        <w:rPr>
          <w:b/>
          <w:sz w:val="24"/>
        </w:rPr>
        <w:t>Câu 34: Tên gọi của hợp chất CH3-CH(NH2)-COOH là:</w:t>
      </w:r>
    </w:p>
    <w:p>
      <w:pPr>
        <w:pStyle w:val="ListParagraph"/>
      </w:pPr>
      <w:r>
        <w:rPr>
          <w:sz w:val="22"/>
        </w:rPr>
        <w:t>A. glyxin</w:t>
      </w:r>
    </w:p>
    <w:p>
      <w:pPr>
        <w:pStyle w:val="ListParagraph"/>
      </w:pPr>
      <w:r>
        <w:rPr>
          <w:sz w:val="22"/>
        </w:rPr>
        <w:t>B. alanin</w:t>
      </w:r>
    </w:p>
    <w:p>
      <w:pPr>
        <w:pStyle w:val="ListParagraph"/>
      </w:pPr>
      <w:r>
        <w:rPr>
          <w:sz w:val="22"/>
        </w:rPr>
        <w:t>C. valin</w:t>
      </w:r>
    </w:p>
    <w:p>
      <w:pPr>
        <w:pStyle w:val="ListParagraph"/>
      </w:pPr>
      <w:r>
        <w:rPr>
          <w:sz w:val="22"/>
        </w:rPr>
        <w:t>D. axit glutamic</w:t>
      </w:r>
    </w:p>
    <w:p/>
    <w:p>
      <w:r>
        <w:rPr>
          <w:b/>
          <w:sz w:val="24"/>
        </w:rPr>
        <w:t>Câu 35: Axit glutamic có công thức cấu tạo là:</w:t>
      </w:r>
    </w:p>
    <w:p>
      <w:pPr>
        <w:pStyle w:val="ListParagraph"/>
      </w:pPr>
      <w:r>
        <w:rPr>
          <w:sz w:val="22"/>
        </w:rPr>
        <w:t>A. H2N-CH2-COOH</w:t>
      </w:r>
    </w:p>
    <w:p>
      <w:pPr>
        <w:pStyle w:val="ListParagraph"/>
      </w:pPr>
      <w:r>
        <w:rPr>
          <w:sz w:val="22"/>
        </w:rPr>
        <w:t>B. H2N-CH(CH3)-COOH</w:t>
      </w:r>
    </w:p>
    <w:p>
      <w:pPr>
        <w:pStyle w:val="ListParagraph"/>
      </w:pPr>
      <w:r>
        <w:rPr>
          <w:sz w:val="22"/>
        </w:rPr>
        <w:t>C. HOOC-CH2-CH2-CH(NH2)-COOH</w:t>
      </w:r>
    </w:p>
    <w:p>
      <w:pPr>
        <w:pStyle w:val="ListParagraph"/>
      </w:pPr>
      <w:r>
        <w:rPr>
          <w:sz w:val="22"/>
        </w:rPr>
        <w:t>D. H2N-CH2-CH2-COOH</w:t>
      </w:r>
    </w:p>
    <w:p/>
    <w:p>
      <w:r>
        <w:rPr>
          <w:b/>
          <w:sz w:val="24"/>
        </w:rPr>
        <w:t>Câu 36: Cho các chất: metylamin (1), amoniac (2), anilin (3), đimetylamin (4). Thứ tự tăng dần lực bazơ là:</w:t>
      </w:r>
    </w:p>
    <w:p>
      <w:pPr>
        <w:pStyle w:val="ListParagraph"/>
      </w:pPr>
      <w:r>
        <w:rPr>
          <w:sz w:val="22"/>
        </w:rPr>
        <w:t>A. (3) &lt; (2) &lt; (1) &lt; (4)</w:t>
      </w:r>
    </w:p>
    <w:p>
      <w:pPr>
        <w:pStyle w:val="ListParagraph"/>
      </w:pPr>
      <w:r>
        <w:rPr>
          <w:sz w:val="22"/>
        </w:rPr>
        <w:t>B. (2) &lt; (3) &lt; (1) &lt; (4)</w:t>
      </w:r>
    </w:p>
    <w:p>
      <w:pPr>
        <w:pStyle w:val="ListParagraph"/>
      </w:pPr>
      <w:r>
        <w:rPr>
          <w:sz w:val="22"/>
        </w:rPr>
        <w:t>C. (3) &lt; (1) &lt; (2) &lt; (4)</w:t>
      </w:r>
    </w:p>
    <w:p>
      <w:pPr>
        <w:pStyle w:val="ListParagraph"/>
      </w:pPr>
      <w:r>
        <w:rPr>
          <w:sz w:val="22"/>
        </w:rPr>
        <w:t>D. (1) &lt; (2) &lt; (3) &lt; (4)</w:t>
      </w:r>
    </w:p>
    <w:p/>
    <w:p>
      <w:r>
        <w:rPr>
          <w:b/>
          <w:sz w:val="24"/>
        </w:rPr>
        <w:t>Câu 37: Cho 0,1 mol amino axit X tác dụng vừa đủ với 0,1 mol HCl. Mặt khác, 0,1 mol X tác dụng vừa đủ với 0,2 mol NaOH. Số nhóm amino và số nhóm cacboxyl trong X lần lượt là:</w:t>
      </w:r>
    </w:p>
    <w:p>
      <w:pPr>
        <w:pStyle w:val="ListParagraph"/>
      </w:pPr>
      <w:r>
        <w:rPr>
          <w:sz w:val="22"/>
        </w:rPr>
        <w:t>A. 1 và 1</w:t>
      </w:r>
    </w:p>
    <w:p>
      <w:pPr>
        <w:pStyle w:val="ListParagraph"/>
      </w:pPr>
      <w:r>
        <w:rPr>
          <w:sz w:val="22"/>
        </w:rPr>
        <w:t>B. 1 và 2</w:t>
      </w:r>
    </w:p>
    <w:p>
      <w:pPr>
        <w:pStyle w:val="ListParagraph"/>
      </w:pPr>
      <w:r>
        <w:rPr>
          <w:sz w:val="22"/>
        </w:rPr>
        <w:t>C. 2 và 1</w:t>
      </w:r>
    </w:p>
    <w:p>
      <w:pPr>
        <w:pStyle w:val="ListParagraph"/>
      </w:pPr>
      <w:r>
        <w:rPr>
          <w:sz w:val="22"/>
        </w:rPr>
        <w:t>D. 2 và 2</w:t>
      </w:r>
    </w:p>
    <w:p/>
    <w:p>
      <w:r>
        <w:rPr>
          <w:b/>
          <w:sz w:val="24"/>
        </w:rPr>
        <w:t>Câu 38: Đốt cháy hoàn toàn một amin no, đơn chức, mạch hở thu được CO2 và H2O theo tỉ lệ mol tương ứng là 2:3. Công thức phân tử của amin là:</w:t>
      </w:r>
    </w:p>
    <w:p>
      <w:pPr>
        <w:pStyle w:val="ListParagraph"/>
      </w:pPr>
      <w:r>
        <w:rPr>
          <w:sz w:val="22"/>
        </w:rPr>
        <w:t>A. CH5N</w:t>
      </w:r>
    </w:p>
    <w:p>
      <w:pPr>
        <w:pStyle w:val="ListParagraph"/>
      </w:pPr>
      <w:r>
        <w:rPr>
          <w:sz w:val="22"/>
        </w:rPr>
        <w:t>B. C2H7N</w:t>
      </w:r>
    </w:p>
    <w:p>
      <w:pPr>
        <w:pStyle w:val="ListParagraph"/>
      </w:pPr>
      <w:r>
        <w:rPr>
          <w:sz w:val="22"/>
        </w:rPr>
        <w:t>C. C3H9N</w:t>
      </w:r>
    </w:p>
    <w:p>
      <w:pPr>
        <w:pStyle w:val="ListParagraph"/>
      </w:pPr>
      <w:r>
        <w:rPr>
          <w:sz w:val="22"/>
        </w:rPr>
        <w:t>D. C4H11N</w:t>
      </w:r>
    </w:p>
    <w:p/>
    <w:p>
      <w:r>
        <w:rPr>
          <w:b/>
          <w:sz w:val="24"/>
        </w:rPr>
        <w:t>Câu 39: Thủy phân không hoàn toàn tetrapeptit Gly-Ala-Gly-Val có thể thu được tối đa bao nhiêu đipeptit?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40: Phát biểu nào sau đây đúng?</w:t>
      </w:r>
    </w:p>
    <w:p>
      <w:pPr>
        <w:pStyle w:val="ListParagraph"/>
      </w:pPr>
      <w:r>
        <w:rPr>
          <w:sz w:val="22"/>
        </w:rPr>
        <w:t>A. Amin nào cũng tan tốt trong nước</w:t>
      </w:r>
    </w:p>
    <w:p>
      <w:pPr>
        <w:pStyle w:val="ListParagraph"/>
      </w:pPr>
      <w:r>
        <w:rPr>
          <w:sz w:val="22"/>
        </w:rPr>
        <w:t>B. Anilin là chất lỏng, ít tan trong nước</w:t>
      </w:r>
    </w:p>
    <w:p>
      <w:pPr>
        <w:pStyle w:val="ListParagraph"/>
      </w:pPr>
      <w:r>
        <w:rPr>
          <w:sz w:val="22"/>
        </w:rPr>
        <w:t>C. Metylamin là chất khí, không tan trong nước</w:t>
      </w:r>
    </w:p>
    <w:p>
      <w:pPr>
        <w:pStyle w:val="ListParagraph"/>
      </w:pPr>
      <w:r>
        <w:rPr>
          <w:sz w:val="22"/>
        </w:rPr>
        <w:t>D. Tất cả các amin đều có tính bazơ mạnh hơn NH3</w:t>
      </w:r>
    </w:p>
    <w:p/>
    <w:p>
      <w:r>
        <w:rPr>
          <w:b/>
          <w:sz w:val="24"/>
        </w:rPr>
        <w:t>Câu 41: Cho 0,1 mol glyxin tác dụng với 0,2 mol NaOH. Sau phản ứng, cô cạn dung dịch thu được m gam chất rắn. Giá trị của m là:</w:t>
      </w:r>
    </w:p>
    <w:p>
      <w:pPr>
        <w:pStyle w:val="ListParagraph"/>
      </w:pPr>
      <w:r>
        <w:rPr>
          <w:sz w:val="22"/>
        </w:rPr>
        <w:t>A. 9,7 gam</w:t>
      </w:r>
    </w:p>
    <w:p>
      <w:pPr>
        <w:pStyle w:val="ListParagraph"/>
      </w:pPr>
      <w:r>
        <w:rPr>
          <w:sz w:val="22"/>
        </w:rPr>
        <w:t>B. 15,5 gam</w:t>
      </w:r>
    </w:p>
    <w:p>
      <w:pPr>
        <w:pStyle w:val="ListParagraph"/>
      </w:pPr>
      <w:r>
        <w:rPr>
          <w:sz w:val="22"/>
        </w:rPr>
        <w:t>C. 17,7 gam</w:t>
      </w:r>
    </w:p>
    <w:p>
      <w:pPr>
        <w:pStyle w:val="ListParagraph"/>
      </w:pPr>
      <w:r>
        <w:rPr>
          <w:sz w:val="22"/>
        </w:rPr>
        <w:t>D. 19,4 gam</w:t>
      </w:r>
    </w:p>
    <w:p/>
    <w:p>
      <w:r>
        <w:rPr>
          <w:b/>
          <w:sz w:val="24"/>
        </w:rPr>
        <w:t>Câu 42: Polime nào sau đây được dùng làm chất dẻo?</w:t>
      </w:r>
    </w:p>
    <w:p>
      <w:pPr>
        <w:pStyle w:val="ListParagraph"/>
      </w:pPr>
      <w:r>
        <w:rPr>
          <w:sz w:val="22"/>
        </w:rPr>
        <w:t>A. Poli(vinyl clorua)</w:t>
      </w:r>
    </w:p>
    <w:p>
      <w:pPr>
        <w:pStyle w:val="ListParagraph"/>
      </w:pPr>
      <w:r>
        <w:rPr>
          <w:sz w:val="22"/>
        </w:rPr>
        <w:t>B. Cao su buna</w:t>
      </w:r>
    </w:p>
    <w:p>
      <w:pPr>
        <w:pStyle w:val="ListParagraph"/>
      </w:pPr>
      <w:r>
        <w:rPr>
          <w:sz w:val="22"/>
        </w:rPr>
        <w:t>C. Tơ nilon-6,6</w:t>
      </w:r>
    </w:p>
    <w:p>
      <w:pPr>
        <w:pStyle w:val="ListParagraph"/>
      </w:pPr>
      <w:r>
        <w:rPr>
          <w:sz w:val="22"/>
        </w:rPr>
        <w:t>D. Tơ visco</w:t>
      </w:r>
    </w:p>
    <w:p/>
    <w:p>
      <w:r>
        <w:rPr>
          <w:b/>
          <w:sz w:val="24"/>
        </w:rPr>
        <w:t>Câu 43: Tơ visco thuộc loại:</w:t>
      </w:r>
    </w:p>
    <w:p>
      <w:pPr>
        <w:pStyle w:val="ListParagraph"/>
      </w:pPr>
      <w:r>
        <w:rPr>
          <w:sz w:val="22"/>
        </w:rPr>
        <w:t>A. tơ thiên nhiên</w:t>
      </w:r>
    </w:p>
    <w:p>
      <w:pPr>
        <w:pStyle w:val="ListParagraph"/>
      </w:pPr>
      <w:r>
        <w:rPr>
          <w:sz w:val="22"/>
        </w:rPr>
        <w:t>B. tơ tổng hợp</w:t>
      </w:r>
    </w:p>
    <w:p>
      <w:pPr>
        <w:pStyle w:val="ListParagraph"/>
      </w:pPr>
      <w:r>
        <w:rPr>
          <w:sz w:val="22"/>
        </w:rPr>
        <w:t>C. tơ bán tổng hợp</w:t>
      </w:r>
    </w:p>
    <w:p>
      <w:pPr>
        <w:pStyle w:val="ListParagraph"/>
      </w:pPr>
      <w:r>
        <w:rPr>
          <w:sz w:val="22"/>
        </w:rPr>
        <w:t>D. tơ nhân tạo</w:t>
      </w:r>
    </w:p>
    <w:p/>
    <w:p>
      <w:r>
        <w:rPr>
          <w:b/>
          <w:sz w:val="24"/>
        </w:rPr>
        <w:t>Câu 44: Phản ứng trùng hợp của stiren tạo ra polime nào sau đây?</w:t>
      </w:r>
    </w:p>
    <w:p>
      <w:pPr>
        <w:pStyle w:val="ListParagraph"/>
      </w:pPr>
      <w:r>
        <w:rPr>
          <w:sz w:val="22"/>
        </w:rPr>
        <w:t>A. Polietilen</w:t>
      </w:r>
    </w:p>
    <w:p>
      <w:pPr>
        <w:pStyle w:val="ListParagraph"/>
      </w:pPr>
      <w:r>
        <w:rPr>
          <w:sz w:val="22"/>
        </w:rPr>
        <w:t>B. Polistiren</w:t>
      </w:r>
    </w:p>
    <w:p>
      <w:pPr>
        <w:pStyle w:val="ListParagraph"/>
      </w:pPr>
      <w:r>
        <w:rPr>
          <w:sz w:val="22"/>
        </w:rPr>
        <w:t>C. Poli(vinyl clorua)</w:t>
      </w:r>
    </w:p>
    <w:p>
      <w:pPr>
        <w:pStyle w:val="ListParagraph"/>
      </w:pPr>
      <w:r>
        <w:rPr>
          <w:sz w:val="22"/>
        </w:rPr>
        <w:t>D. Poli(metyl metacrylat)</w:t>
      </w:r>
    </w:p>
    <w:p/>
    <w:p>
      <w:r>
        <w:rPr>
          <w:b/>
          <w:sz w:val="24"/>
        </w:rPr>
        <w:t>Câu 45: Cho các polime: polietilen, xenlulozơ, tinh bột, nilon-6,6, tơ tằm. Số polime thiên nhiên là: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46: Để phân biệt dung dịch glyxin và dung dịch axit glutamic, có thể dùng:</w:t>
      </w:r>
    </w:p>
    <w:p>
      <w:pPr>
        <w:pStyle w:val="ListParagraph"/>
      </w:pPr>
      <w:r>
        <w:rPr>
          <w:sz w:val="22"/>
        </w:rPr>
        <w:t>A. quỳ tím</w:t>
      </w:r>
    </w:p>
    <w:p>
      <w:pPr>
        <w:pStyle w:val="ListParagraph"/>
      </w:pPr>
      <w:r>
        <w:rPr>
          <w:sz w:val="22"/>
        </w:rPr>
        <w:t>B. dung dịch NaOH</w:t>
      </w:r>
    </w:p>
    <w:p>
      <w:pPr>
        <w:pStyle w:val="ListParagraph"/>
      </w:pPr>
      <w:r>
        <w:rPr>
          <w:sz w:val="22"/>
        </w:rPr>
        <w:t>C. dung dịch HCl</w:t>
      </w:r>
    </w:p>
    <w:p>
      <w:pPr>
        <w:pStyle w:val="ListParagraph"/>
      </w:pPr>
      <w:r>
        <w:rPr>
          <w:sz w:val="22"/>
        </w:rPr>
        <w:t>D. dung dịch NaCl</w:t>
      </w:r>
    </w:p>
    <w:p/>
    <w:p>
      <w:r>
        <w:rPr>
          <w:b/>
          <w:sz w:val="24"/>
        </w:rPr>
        <w:t>Câu 47: Cho 0,1 mol peptit X (mạch hở) tác dụng với dung dịch NaOH dư, thu được 0,3 mol muối của glyxin và 0,2 mol muối của alanin. Số liên kết peptit trong X là: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5</w:t>
      </w:r>
    </w:p>
    <w:p>
      <w:pPr>
        <w:pStyle w:val="ListParagraph"/>
      </w:pPr>
      <w:r>
        <w:rPr>
          <w:sz w:val="22"/>
        </w:rPr>
        <w:t>D. 6</w:t>
      </w:r>
    </w:p>
    <w:p/>
    <w:p>
      <w:r>
        <w:rPr>
          <w:b/>
          <w:sz w:val="24"/>
        </w:rPr>
        <w:t>Câu 48: Phát biểu nào sau đây không đúng về amino axit?</w:t>
      </w:r>
    </w:p>
    <w:p>
      <w:pPr>
        <w:pStyle w:val="ListParagraph"/>
      </w:pPr>
      <w:r>
        <w:rPr>
          <w:sz w:val="22"/>
        </w:rPr>
        <w:t>A. Amino axit là hợp chất hữu cơ tạp chức</w:t>
      </w:r>
    </w:p>
    <w:p>
      <w:pPr>
        <w:pStyle w:val="ListParagraph"/>
      </w:pPr>
      <w:r>
        <w:rPr>
          <w:sz w:val="22"/>
        </w:rPr>
        <w:t>B. Amino axit có tính lưỡng tính</w:t>
      </w:r>
    </w:p>
    <w:p>
      <w:pPr>
        <w:pStyle w:val="ListParagraph"/>
      </w:pPr>
      <w:r>
        <w:rPr>
          <w:sz w:val="22"/>
        </w:rPr>
        <w:t>C. Tất cả các amino axit đều làm quỳ tím chuyển màu</w:t>
      </w:r>
    </w:p>
    <w:p>
      <w:pPr>
        <w:pStyle w:val="ListParagraph"/>
      </w:pPr>
      <w:r>
        <w:rPr>
          <w:sz w:val="22"/>
        </w:rPr>
        <w:t>D. Amino axit tham gia phản ứng este hóa với ancol</w:t>
      </w:r>
    </w:p>
    <w:p/>
    <w:p>
      <w:r>
        <w:rPr>
          <w:b/>
          <w:sz w:val="24"/>
        </w:rPr>
        <w:t>Câu 49: Polime nào sau đây có chứa nguyên tố nitơ trong phân tử?</w:t>
      </w:r>
    </w:p>
    <w:p>
      <w:pPr>
        <w:pStyle w:val="ListParagraph"/>
      </w:pPr>
      <w:r>
        <w:rPr>
          <w:sz w:val="22"/>
        </w:rPr>
        <w:t>A. Polietilen</w:t>
      </w:r>
    </w:p>
    <w:p>
      <w:pPr>
        <w:pStyle w:val="ListParagraph"/>
      </w:pPr>
      <w:r>
        <w:rPr>
          <w:sz w:val="22"/>
        </w:rPr>
        <w:t>B. Poli(vinyl clorua)</w:t>
      </w:r>
    </w:p>
    <w:p>
      <w:pPr>
        <w:pStyle w:val="ListParagraph"/>
      </w:pPr>
      <w:r>
        <w:rPr>
          <w:sz w:val="22"/>
        </w:rPr>
        <w:t>C. Tơ nilon-6,6</w:t>
      </w:r>
    </w:p>
    <w:p>
      <w:pPr>
        <w:pStyle w:val="ListParagraph"/>
      </w:pPr>
      <w:r>
        <w:rPr>
          <w:sz w:val="22"/>
        </w:rPr>
        <w:t>D. Cao su buna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C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B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B</w:t>
      </w:r>
    </w:p>
    <w:p>
      <w:r>
        <w:rPr>
          <w:b/>
        </w:rPr>
        <w:t>Câu 25: Đáp án đúng: C</w:t>
      </w:r>
    </w:p>
    <w:p>
      <w:r>
        <w:rPr>
          <w:b/>
        </w:rPr>
        <w:t>Câu 26: Đáp án đúng: C</w:t>
      </w:r>
    </w:p>
    <w:p>
      <w:r>
        <w:rPr>
          <w:b/>
        </w:rPr>
        <w:t>Câu 27: Đáp án đúng: B</w:t>
      </w:r>
    </w:p>
    <w:p>
      <w:r>
        <w:rPr>
          <w:b/>
        </w:rPr>
        <w:t>Câu 28: Đáp án đúng: B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B</w:t>
      </w:r>
    </w:p>
    <w:p>
      <w:r>
        <w:rPr>
          <w:b/>
        </w:rPr>
        <w:t>Câu 33: Đáp án đúng: C</w:t>
      </w:r>
    </w:p>
    <w:p>
      <w:r>
        <w:rPr>
          <w:b/>
        </w:rPr>
        <w:t>Câu 34: Đáp án đúng: B</w:t>
      </w:r>
    </w:p>
    <w:p>
      <w:r>
        <w:rPr>
          <w:b/>
        </w:rPr>
        <w:t>Câu 35: Đáp án đúng: C</w:t>
      </w:r>
    </w:p>
    <w:p>
      <w:r>
        <w:rPr>
          <w:b/>
        </w:rPr>
        <w:t>Câu 36: Đáp án đúng: A</w:t>
      </w:r>
    </w:p>
    <w:p>
      <w:r>
        <w:rPr>
          <w:b/>
        </w:rPr>
        <w:t>Câu 37: Đáp án đúng: B</w:t>
      </w:r>
    </w:p>
    <w:p>
      <w:r>
        <w:rPr>
          <w:b/>
        </w:rPr>
        <w:t>Câu 38: Đáp án đúng: B</w:t>
      </w:r>
    </w:p>
    <w:p>
      <w:r>
        <w:rPr>
          <w:b/>
        </w:rPr>
        <w:t>Câu 39: Đáp án đúng: B</w:t>
      </w:r>
    </w:p>
    <w:p>
      <w:r>
        <w:rPr>
          <w:b/>
        </w:rPr>
        <w:t>Câu 40: Đáp án đúng: B</w:t>
      </w:r>
    </w:p>
    <w:p>
      <w:r>
        <w:rPr>
          <w:b/>
        </w:rPr>
        <w:t>Câu 41: Đáp án đúng: B</w:t>
      </w:r>
    </w:p>
    <w:p>
      <w:r>
        <w:rPr>
          <w:b/>
        </w:rPr>
        <w:t>Câu 42: Đáp án đúng: A</w:t>
      </w:r>
    </w:p>
    <w:p>
      <w:r>
        <w:rPr>
          <w:b/>
        </w:rPr>
        <w:t>Câu 43: Đáp án đúng: C</w:t>
      </w:r>
    </w:p>
    <w:p>
      <w:r>
        <w:rPr>
          <w:b/>
        </w:rPr>
        <w:t>Câu 44: Đáp án đúng: B</w:t>
      </w:r>
    </w:p>
    <w:p>
      <w:r>
        <w:rPr>
          <w:b/>
        </w:rPr>
        <w:t>Câu 45: Đáp án đúng: B</w:t>
      </w:r>
    </w:p>
    <w:p>
      <w:r>
        <w:rPr>
          <w:b/>
        </w:rPr>
        <w:t>Câu 46: Đáp án đúng: A</w:t>
      </w:r>
    </w:p>
    <w:p>
      <w:r>
        <w:rPr>
          <w:b/>
        </w:rPr>
        <w:t>Câu 47: Đáp án đúng: B</w:t>
      </w:r>
    </w:p>
    <w:p>
      <w:r>
        <w:rPr>
          <w:b/>
        </w:rPr>
        <w:t>Câu 48: Đáp án đúng: C</w:t>
      </w:r>
    </w:p>
    <w:p>
      <w:r>
        <w:rPr>
          <w:b/>
        </w:rPr>
        <w:t>Câu 49: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