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Ôn Tập Địa Lý Giữa Học Kỳ 1 Lớp 11</w:t>
      </w:r>
    </w:p>
    <w:p>
      <w:pPr>
        <w:jc w:val="center"/>
      </w:pPr>
      <w:r>
        <w:rPr>
          <w:sz w:val="22"/>
        </w:rPr>
        <w:t>Số câu: 14    Thời gian: _____ phút    Họ và tên: _________________________</w:t>
      </w:r>
    </w:p>
    <w:p/>
    <w:p>
      <w:r>
        <w:rPr>
          <w:b/>
          <w:sz w:val="24"/>
        </w:rPr>
        <w:t>Câu 1: Các quốc gia trên thế giới được phân chia thành hai nhóm chính dựa trên bao nhiêu tiêu chí chính?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2: Tiêu chí nào sau đây KHÔNG phải là một trong ba tiêu chí chính để phân chia các nhóm quốc gia?</w:t>
      </w:r>
    </w:p>
    <w:p>
      <w:pPr>
        <w:pStyle w:val="ListParagraph"/>
      </w:pPr>
      <w:r>
        <w:rPr>
          <w:sz w:val="22"/>
        </w:rPr>
        <w:t>A. Thu nhập bình quân đầu người (GNI/người)</w:t>
      </w:r>
    </w:p>
    <w:p>
      <w:pPr>
        <w:pStyle w:val="ListParagraph"/>
      </w:pPr>
      <w:r>
        <w:rPr>
          <w:sz w:val="22"/>
        </w:rPr>
        <w:t>B. Cơ cấu ngành kinh tế</w:t>
      </w:r>
    </w:p>
    <w:p>
      <w:pPr>
        <w:pStyle w:val="ListParagraph"/>
      </w:pPr>
      <w:r>
        <w:rPr>
          <w:sz w:val="22"/>
        </w:rPr>
        <w:t>C. Chỉ số Phát triển Con người (HDI)</w:t>
      </w:r>
    </w:p>
    <w:p>
      <w:pPr>
        <w:pStyle w:val="ListParagraph"/>
      </w:pPr>
      <w:r>
        <w:rPr>
          <w:sz w:val="22"/>
        </w:rPr>
        <w:t>D. Tốc độ tăng trưởng kinh tế</w:t>
      </w:r>
    </w:p>
    <w:p/>
    <w:p>
      <w:r>
        <w:rPr>
          <w:b/>
          <w:sz w:val="24"/>
        </w:rPr>
        <w:t>Câu 3: Chỉ số Phát triển Con người (HDI) được tổng hợp từ ba yếu tố chính nào?</w:t>
      </w:r>
    </w:p>
    <w:p>
      <w:pPr>
        <w:pStyle w:val="ListParagraph"/>
      </w:pPr>
      <w:r>
        <w:rPr>
          <w:sz w:val="22"/>
        </w:rPr>
        <w:t>A. Tuổi thọ trung bình, trình độ học vấn, thu nhập bình quân đầu người</w:t>
      </w:r>
    </w:p>
    <w:p>
      <w:pPr>
        <w:pStyle w:val="ListParagraph"/>
      </w:pPr>
      <w:r>
        <w:rPr>
          <w:sz w:val="22"/>
        </w:rPr>
        <w:t>B. GNI/người, cơ cấu ngành kinh tế, tỷ lệ dân thành thị</w:t>
      </w:r>
    </w:p>
    <w:p>
      <w:pPr>
        <w:pStyle w:val="ListParagraph"/>
      </w:pPr>
      <w:r>
        <w:rPr>
          <w:sz w:val="22"/>
        </w:rPr>
        <w:t>C. Tốc độ tăng dân số, tỷ lệ dân số trẻ, chất lượng cuộc sống</w:t>
      </w:r>
    </w:p>
    <w:p>
      <w:pPr>
        <w:pStyle w:val="ListParagraph"/>
      </w:pPr>
      <w:r>
        <w:rPr>
          <w:sz w:val="22"/>
        </w:rPr>
        <w:t>D. Số năm đi học, tuổi thọ, tỷ lệ biết chữ</w:t>
      </w:r>
    </w:p>
    <w:p/>
    <w:p>
      <w:r>
        <w:rPr>
          <w:b/>
          <w:sz w:val="24"/>
        </w:rPr>
        <w:t>Câu 4: Đặc điểm nào sau đây là của các nước phát triển?</w:t>
      </w:r>
    </w:p>
    <w:p>
      <w:pPr>
        <w:pStyle w:val="ListParagraph"/>
      </w:pPr>
      <w:r>
        <w:rPr>
          <w:sz w:val="22"/>
        </w:rPr>
        <w:t>A. Tốc độ tăng dân số tự nhiên cao</w:t>
      </w:r>
    </w:p>
    <w:p>
      <w:pPr>
        <w:pStyle w:val="ListParagraph"/>
      </w:pPr>
      <w:r>
        <w:rPr>
          <w:sz w:val="22"/>
        </w:rPr>
        <w:t>B. Tỷ lệ dân số thành thị thấp</w:t>
      </w:r>
    </w:p>
    <w:p>
      <w:pPr>
        <w:pStyle w:val="ListParagraph"/>
      </w:pPr>
      <w:r>
        <w:rPr>
          <w:sz w:val="22"/>
        </w:rPr>
        <w:t>C. Cơ cấu dân số trẻ</w:t>
      </w:r>
    </w:p>
    <w:p>
      <w:pPr>
        <w:pStyle w:val="ListParagraph"/>
      </w:pPr>
      <w:r>
        <w:rPr>
          <w:sz w:val="22"/>
        </w:rPr>
        <w:t>D. Tốc độ tăng dân số tự nhiên thấp</w:t>
      </w:r>
    </w:p>
    <w:p/>
    <w:p>
      <w:r>
        <w:rPr>
          <w:b/>
          <w:sz w:val="24"/>
        </w:rPr>
        <w:t>Câu 5: Toàn cầu hóa kinh tế là gì?</w:t>
      </w:r>
    </w:p>
    <w:p>
      <w:pPr>
        <w:pStyle w:val="ListParagraph"/>
      </w:pPr>
      <w:r>
        <w:rPr>
          <w:sz w:val="22"/>
        </w:rPr>
        <w:t>A. Sự gia tăng nhanh chóng các hoạt động kinh tế vượt ra ngoài biên giới quốc gia và khu vực</w:t>
      </w:r>
    </w:p>
    <w:p>
      <w:pPr>
        <w:pStyle w:val="ListParagraph"/>
      </w:pPr>
      <w:r>
        <w:rPr>
          <w:sz w:val="22"/>
        </w:rPr>
        <w:t>B. Sự liên kết và hợp tác giữa các quốc gia trong cùng khu vực</w:t>
      </w:r>
    </w:p>
    <w:p>
      <w:pPr>
        <w:pStyle w:val="ListParagraph"/>
      </w:pPr>
      <w:r>
        <w:rPr>
          <w:sz w:val="22"/>
        </w:rPr>
        <w:t>C. Sự phát triển của các tập đoàn đa quốc gia</w:t>
      </w:r>
    </w:p>
    <w:p>
      <w:pPr>
        <w:pStyle w:val="ListParagraph"/>
      </w:pPr>
      <w:r>
        <w:rPr>
          <w:sz w:val="22"/>
        </w:rPr>
        <w:t>D. Sự gia tăng của thương mại quốc tế</w:t>
      </w:r>
    </w:p>
    <w:p/>
    <w:p>
      <w:r>
        <w:rPr>
          <w:b/>
          <w:sz w:val="24"/>
        </w:rPr>
        <w:t>Câu 6: Biểu hiện nào sau đây KHÔNG phải là biểu hiện của toàn cầu hóa kinh tế?</w:t>
      </w:r>
    </w:p>
    <w:p>
      <w:pPr>
        <w:pStyle w:val="ListParagraph"/>
      </w:pPr>
      <w:r>
        <w:rPr>
          <w:sz w:val="22"/>
        </w:rPr>
        <w:t>A. Luồng di chuyển tự do của hàng hóa, dịch vụ, vốn, lao động và tri thức</w:t>
      </w:r>
    </w:p>
    <w:p>
      <w:pPr>
        <w:pStyle w:val="ListParagraph"/>
      </w:pPr>
      <w:r>
        <w:rPr>
          <w:sz w:val="22"/>
        </w:rPr>
        <w:t>B. Sự phát triển mạnh mẽ của các dịch vụ quốc tế</w:t>
      </w:r>
    </w:p>
    <w:p>
      <w:pPr>
        <w:pStyle w:val="ListParagraph"/>
      </w:pPr>
      <w:r>
        <w:rPr>
          <w:sz w:val="22"/>
        </w:rPr>
        <w:t>C. Sự gia tăng về số lượng và quy mô của các tổ chức khu vực</w:t>
      </w:r>
    </w:p>
    <w:p>
      <w:pPr>
        <w:pStyle w:val="ListParagraph"/>
      </w:pPr>
      <w:r>
        <w:rPr>
          <w:sz w:val="22"/>
        </w:rPr>
        <w:t>D. Các tập đoàn đa quốc gia mở rộng phạm vi hoạt động</w:t>
      </w:r>
    </w:p>
    <w:p/>
    <w:p>
      <w:r>
        <w:rPr>
          <w:b/>
          <w:sz w:val="24"/>
        </w:rPr>
        <w:t>Câu 7: Hệ quả tiêu cực của toàn cầu hóa kinh tế là gì?</w:t>
      </w:r>
    </w:p>
    <w:p>
      <w:pPr>
        <w:pStyle w:val="ListParagraph"/>
      </w:pPr>
      <w:r>
        <w:rPr>
          <w:sz w:val="22"/>
        </w:rPr>
        <w:t>A. Thúc đẩy chuyên môn hóa và hợp tác</w:t>
      </w:r>
    </w:p>
    <w:p>
      <w:pPr>
        <w:pStyle w:val="ListParagraph"/>
      </w:pPr>
      <w:r>
        <w:rPr>
          <w:sz w:val="22"/>
        </w:rPr>
        <w:t>B. Gia tăng khoảng cách giàu nghèo</w:t>
      </w:r>
    </w:p>
    <w:p>
      <w:pPr>
        <w:pStyle w:val="ListParagraph"/>
      </w:pPr>
      <w:r>
        <w:rPr>
          <w:sz w:val="22"/>
        </w:rPr>
        <w:t>C. Tăng trưởng kinh tế nhanh</w:t>
      </w:r>
    </w:p>
    <w:p>
      <w:pPr>
        <w:pStyle w:val="ListParagraph"/>
      </w:pPr>
      <w:r>
        <w:rPr>
          <w:sz w:val="22"/>
        </w:rPr>
        <w:t>D. Tạo cơ hội trao đổi và tiếp thu thành tựu khoa học công nghệ</w:t>
      </w:r>
    </w:p>
    <w:p/>
    <w:p>
      <w:r>
        <w:rPr>
          <w:b/>
          <w:sz w:val="24"/>
        </w:rPr>
        <w:t>Câu 8: Khu vực hóa kinh tế diễn ra như thế nào so với toàn cầu hóa?</w:t>
      </w:r>
    </w:p>
    <w:p>
      <w:pPr>
        <w:pStyle w:val="ListParagraph"/>
      </w:pPr>
      <w:r>
        <w:rPr>
          <w:sz w:val="22"/>
        </w:rPr>
        <w:t>A. Song song và có mối liên hệ mật thiết</w:t>
      </w:r>
    </w:p>
    <w:p>
      <w:pPr>
        <w:pStyle w:val="ListParagraph"/>
      </w:pPr>
      <w:r>
        <w:rPr>
          <w:sz w:val="22"/>
        </w:rPr>
        <w:t>B. Trước toàn cầu hóa</w:t>
      </w:r>
    </w:p>
    <w:p>
      <w:pPr>
        <w:pStyle w:val="ListParagraph"/>
      </w:pPr>
      <w:r>
        <w:rPr>
          <w:sz w:val="22"/>
        </w:rPr>
        <w:t>C. Sau toàn cầu hóa</w:t>
      </w:r>
    </w:p>
    <w:p>
      <w:pPr>
        <w:pStyle w:val="ListParagraph"/>
      </w:pPr>
      <w:r>
        <w:rPr>
          <w:sz w:val="22"/>
        </w:rPr>
        <w:t>D. Đối lập với toàn cầu hóa</w:t>
      </w:r>
    </w:p>
    <w:p/>
    <w:p>
      <w:r>
        <w:rPr>
          <w:b/>
          <w:sz w:val="24"/>
        </w:rPr>
        <w:t>Câu 9: Tổ chức nào sau đây được thành lập năm 1945?</w:t>
      </w:r>
    </w:p>
    <w:p>
      <w:pPr>
        <w:pStyle w:val="ListParagraph"/>
      </w:pPr>
      <w:r>
        <w:rPr>
          <w:sz w:val="22"/>
        </w:rPr>
        <w:t>A. IMF</w:t>
      </w:r>
    </w:p>
    <w:p>
      <w:pPr>
        <w:pStyle w:val="ListParagraph"/>
      </w:pPr>
      <w:r>
        <w:rPr>
          <w:sz w:val="22"/>
        </w:rPr>
        <w:t>B. WTO</w:t>
      </w:r>
    </w:p>
    <w:p>
      <w:pPr>
        <w:pStyle w:val="ListParagraph"/>
      </w:pPr>
      <w:r>
        <w:rPr>
          <w:sz w:val="22"/>
        </w:rPr>
        <w:t>C. UN</w:t>
      </w:r>
    </w:p>
    <w:p>
      <w:pPr>
        <w:pStyle w:val="ListParagraph"/>
      </w:pPr>
      <w:r>
        <w:rPr>
          <w:sz w:val="22"/>
        </w:rPr>
        <w:t>D. APEC</w:t>
      </w:r>
    </w:p>
    <w:p/>
    <w:p>
      <w:r>
        <w:rPr>
          <w:b/>
          <w:sz w:val="24"/>
        </w:rPr>
        <w:t>Câu 10: Việt Nam gia nhập WTO vào năm nào?</w:t>
      </w:r>
    </w:p>
    <w:p>
      <w:pPr>
        <w:pStyle w:val="ListParagraph"/>
      </w:pPr>
      <w:r>
        <w:rPr>
          <w:sz w:val="22"/>
        </w:rPr>
        <w:t>A. 1995</w:t>
      </w:r>
    </w:p>
    <w:p>
      <w:pPr>
        <w:pStyle w:val="ListParagraph"/>
      </w:pPr>
      <w:r>
        <w:rPr>
          <w:sz w:val="22"/>
        </w:rPr>
        <w:t>B. 2007</w:t>
      </w:r>
    </w:p>
    <w:p>
      <w:pPr>
        <w:pStyle w:val="ListParagraph"/>
      </w:pPr>
      <w:r>
        <w:rPr>
          <w:sz w:val="22"/>
        </w:rPr>
        <w:t>C. 1977</w:t>
      </w:r>
    </w:p>
    <w:p>
      <w:pPr>
        <w:pStyle w:val="ListParagraph"/>
      </w:pPr>
      <w:r>
        <w:rPr>
          <w:sz w:val="22"/>
        </w:rPr>
        <w:t>D. 1976</w:t>
      </w:r>
    </w:p>
    <w:p/>
    <w:p>
      <w:r>
        <w:rPr>
          <w:b/>
          <w:sz w:val="24"/>
        </w:rPr>
        <w:t>Câu 11: Mục tiêu của APEC là gì?</w:t>
      </w:r>
    </w:p>
    <w:p>
      <w:pPr>
        <w:pStyle w:val="ListParagraph"/>
      </w:pPr>
      <w:r>
        <w:rPr>
          <w:sz w:val="22"/>
        </w:rPr>
        <w:t>A. Duy trì hòa bình và an ninh quốc tế</w:t>
      </w:r>
    </w:p>
    <w:p>
      <w:pPr>
        <w:pStyle w:val="ListParagraph"/>
      </w:pPr>
      <w:r>
        <w:rPr>
          <w:sz w:val="22"/>
        </w:rPr>
        <w:t>B. Thúc đẩy hợp tác tiền tệ toàn cầu</w:t>
      </w:r>
    </w:p>
    <w:p>
      <w:pPr>
        <w:pStyle w:val="ListParagraph"/>
      </w:pPr>
      <w:r>
        <w:rPr>
          <w:sz w:val="22"/>
        </w:rPr>
        <w:t>C. Thiết lập hệ thống thương mại toàn cầu tự do</w:t>
      </w:r>
    </w:p>
    <w:p>
      <w:pPr>
        <w:pStyle w:val="ListParagraph"/>
      </w:pPr>
      <w:r>
        <w:rPr>
          <w:sz w:val="22"/>
        </w:rPr>
        <w:t>D. Thúc đẩy các biện pháp kinh tế nhằm tăng cường thương mại và đầu tư giữa các nền kinh tế thành viên</w:t>
      </w:r>
    </w:p>
    <w:p/>
    <w:p>
      <w:r>
        <w:rPr>
          <w:b/>
          <w:sz w:val="24"/>
        </w:rPr>
        <w:t>Câu 12: An ninh lương thực là gì?</w:t>
      </w:r>
    </w:p>
    <w:p>
      <w:pPr>
        <w:pStyle w:val="ListParagraph"/>
      </w:pPr>
      <w:r>
        <w:rPr>
          <w:sz w:val="22"/>
        </w:rPr>
        <w:t>A. Đảm bảo đủ năng lượng cho sản xuất và sinh hoạt</w:t>
      </w:r>
    </w:p>
    <w:p>
      <w:pPr>
        <w:pStyle w:val="ListParagraph"/>
      </w:pPr>
      <w:r>
        <w:rPr>
          <w:sz w:val="22"/>
        </w:rPr>
        <w:t>B. Đảm bảo nguồn cung lương thực cho người dân</w:t>
      </w:r>
    </w:p>
    <w:p>
      <w:pPr>
        <w:pStyle w:val="ListParagraph"/>
      </w:pPr>
      <w:r>
        <w:rPr>
          <w:sz w:val="22"/>
        </w:rPr>
        <w:t>C. Đảm bảo số lượng và chất lượng nguồn nước</w:t>
      </w:r>
    </w:p>
    <w:p>
      <w:pPr>
        <w:pStyle w:val="ListParagraph"/>
      </w:pPr>
      <w:r>
        <w:rPr>
          <w:sz w:val="22"/>
        </w:rPr>
        <w:t>D. Đảm bảo an toàn không gian mạng</w:t>
      </w:r>
    </w:p>
    <w:p/>
    <w:p>
      <w:r>
        <w:rPr>
          <w:b/>
          <w:sz w:val="24"/>
        </w:rPr>
        <w:t>Câu 13: Biện pháp nào sau đây KHÔNG phải là biện pháp đảm bảo an ninh năng lượng?</w:t>
      </w:r>
    </w:p>
    <w:p>
      <w:pPr>
        <w:pStyle w:val="ListParagraph"/>
      </w:pPr>
      <w:r>
        <w:rPr>
          <w:sz w:val="22"/>
        </w:rPr>
        <w:t>A. Thúc đẩy tiết kiệm năng lượng</w:t>
      </w:r>
    </w:p>
    <w:p>
      <w:pPr>
        <w:pStyle w:val="ListParagraph"/>
      </w:pPr>
      <w:r>
        <w:rPr>
          <w:sz w:val="22"/>
        </w:rPr>
        <w:t>B. Phát triển năng lượng tái tạo</w:t>
      </w:r>
    </w:p>
    <w:p>
      <w:pPr>
        <w:pStyle w:val="ListParagraph"/>
      </w:pPr>
      <w:r>
        <w:rPr>
          <w:sz w:val="22"/>
        </w:rPr>
        <w:t>C. Tăng cường sản xuất lương thực</w:t>
      </w:r>
    </w:p>
    <w:p>
      <w:pPr>
        <w:pStyle w:val="ListParagraph"/>
      </w:pPr>
      <w:r>
        <w:rPr>
          <w:sz w:val="22"/>
        </w:rPr>
        <w:t>D. Tìm kiếm nguồn năng lượng mới</w:t>
      </w:r>
    </w:p>
    <w:p/>
    <w:p>
      <w:r>
        <w:rPr>
          <w:b/>
          <w:sz w:val="24"/>
        </w:rPr>
        <w:t>Câu 14: An ninh mạng là gì?</w:t>
      </w:r>
    </w:p>
    <w:p>
      <w:pPr>
        <w:pStyle w:val="ListParagraph"/>
      </w:pPr>
      <w:r>
        <w:rPr>
          <w:sz w:val="22"/>
        </w:rPr>
        <w:t>A. Đảm bảo các hoạt động trong không gian mạng không gây tổn hại đến an ninh quốc gia, trật tự và an toàn xã hội</w:t>
      </w:r>
    </w:p>
    <w:p>
      <w:pPr>
        <w:pStyle w:val="ListParagraph"/>
      </w:pPr>
      <w:r>
        <w:rPr>
          <w:sz w:val="22"/>
        </w:rPr>
        <w:t>B. Đảm bảo nguồn cung lương thực</w:t>
      </w:r>
    </w:p>
    <w:p>
      <w:pPr>
        <w:pStyle w:val="ListParagraph"/>
      </w:pPr>
      <w:r>
        <w:rPr>
          <w:sz w:val="22"/>
        </w:rPr>
        <w:t>C. Đảm bảo đủ năng lượng</w:t>
      </w:r>
    </w:p>
    <w:p>
      <w:pPr>
        <w:pStyle w:val="ListParagraph"/>
      </w:pPr>
      <w:r>
        <w:rPr>
          <w:sz w:val="22"/>
        </w:rPr>
        <w:t>D. Đảm bảo nguồn nước sạch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