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Trắc nghiệm 10 câu tiếng Anh về thì câu ước 1...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I wish I ____ taller.</w:t>
      </w:r>
    </w:p>
    <w:p>
      <w:pPr>
        <w:pStyle w:val="ListParagraph"/>
      </w:pPr>
      <w:r>
        <w:rPr>
          <w:sz w:val="22"/>
        </w:rPr>
        <w:t>A. were</w:t>
      </w:r>
    </w:p>
    <w:p>
      <w:pPr>
        <w:pStyle w:val="ListParagraph"/>
      </w:pPr>
      <w:r>
        <w:rPr>
          <w:sz w:val="22"/>
        </w:rPr>
        <w:t>B. was</w:t>
      </w:r>
    </w:p>
    <w:p>
      <w:pPr>
        <w:pStyle w:val="ListParagraph"/>
      </w:pPr>
      <w:r>
        <w:rPr>
          <w:sz w:val="22"/>
        </w:rPr>
        <w:t>C. am</w:t>
      </w:r>
    </w:p>
    <w:p>
      <w:pPr>
        <w:pStyle w:val="ListParagraph"/>
      </w:pPr>
      <w:r>
        <w:rPr>
          <w:sz w:val="22"/>
        </w:rPr>
        <w:t>D. have been</w:t>
      </w:r>
    </w:p>
    <w:p/>
    <w:p>
      <w:r>
        <w:rPr>
          <w:b/>
          <w:sz w:val="24"/>
        </w:rPr>
        <w:t>Câu 2: She wishes she ____ more time to read books.</w:t>
      </w:r>
    </w:p>
    <w:p>
      <w:pPr>
        <w:pStyle w:val="ListParagraph"/>
      </w:pPr>
      <w:r>
        <w:rPr>
          <w:sz w:val="22"/>
        </w:rPr>
        <w:t>A. has</w:t>
      </w:r>
    </w:p>
    <w:p>
      <w:pPr>
        <w:pStyle w:val="ListParagraph"/>
      </w:pPr>
      <w:r>
        <w:rPr>
          <w:sz w:val="22"/>
        </w:rPr>
        <w:t>B. had</w:t>
      </w:r>
    </w:p>
    <w:p>
      <w:pPr>
        <w:pStyle w:val="ListParagraph"/>
      </w:pPr>
      <w:r>
        <w:rPr>
          <w:sz w:val="22"/>
        </w:rPr>
        <w:t>C. will have</w:t>
      </w:r>
    </w:p>
    <w:p>
      <w:pPr>
        <w:pStyle w:val="ListParagraph"/>
      </w:pPr>
      <w:r>
        <w:rPr>
          <w:sz w:val="22"/>
        </w:rPr>
        <w:t>D. is having</w:t>
      </w:r>
    </w:p>
    <w:p/>
    <w:p>
      <w:r>
        <w:rPr>
          <w:b/>
          <w:sz w:val="24"/>
        </w:rPr>
        <w:t>Câu 3: I wish I ____ to your wedding last month.</w:t>
      </w:r>
    </w:p>
    <w:p>
      <w:pPr>
        <w:pStyle w:val="ListParagraph"/>
      </w:pPr>
      <w:r>
        <w:rPr>
          <w:sz w:val="22"/>
        </w:rPr>
        <w:t>A. went</w:t>
      </w:r>
    </w:p>
    <w:p>
      <w:pPr>
        <w:pStyle w:val="ListParagraph"/>
      </w:pPr>
      <w:r>
        <w:rPr>
          <w:sz w:val="22"/>
        </w:rPr>
        <w:t>B. would go</w:t>
      </w:r>
    </w:p>
    <w:p>
      <w:pPr>
        <w:pStyle w:val="ListParagraph"/>
      </w:pPr>
      <w:r>
        <w:rPr>
          <w:sz w:val="22"/>
        </w:rPr>
        <w:t>C. had gone</w:t>
      </w:r>
    </w:p>
    <w:p>
      <w:pPr>
        <w:pStyle w:val="ListParagraph"/>
      </w:pPr>
      <w:r>
        <w:rPr>
          <w:sz w:val="22"/>
        </w:rPr>
        <w:t>D. go</w:t>
      </w:r>
    </w:p>
    <w:p/>
    <w:p>
      <w:r>
        <w:rPr>
          <w:b/>
          <w:sz w:val="24"/>
        </w:rPr>
        <w:t>Câu 4: He wishes he ____ the truth at that time.</w:t>
      </w:r>
    </w:p>
    <w:p>
      <w:pPr>
        <w:pStyle w:val="ListParagraph"/>
      </w:pPr>
      <w:r>
        <w:rPr>
          <w:sz w:val="22"/>
        </w:rPr>
        <w:t>A. knew</w:t>
      </w:r>
    </w:p>
    <w:p>
      <w:pPr>
        <w:pStyle w:val="ListParagraph"/>
      </w:pPr>
      <w:r>
        <w:rPr>
          <w:sz w:val="22"/>
        </w:rPr>
        <w:t>B. would know</w:t>
      </w:r>
    </w:p>
    <w:p>
      <w:pPr>
        <w:pStyle w:val="ListParagraph"/>
      </w:pPr>
      <w:r>
        <w:rPr>
          <w:sz w:val="22"/>
        </w:rPr>
        <w:t>C. knows</w:t>
      </w:r>
    </w:p>
    <w:p>
      <w:pPr>
        <w:pStyle w:val="ListParagraph"/>
      </w:pPr>
      <w:r>
        <w:rPr>
          <w:sz w:val="22"/>
        </w:rPr>
        <w:t>D. had known</w:t>
      </w:r>
    </w:p>
    <w:p/>
    <w:p>
      <w:r>
        <w:rPr>
          <w:b/>
          <w:sz w:val="24"/>
        </w:rPr>
        <w:t>Câu 5: I wish she ____ talking. I can't concentrate.</w:t>
      </w:r>
    </w:p>
    <w:p>
      <w:pPr>
        <w:pStyle w:val="ListParagraph"/>
      </w:pPr>
      <w:r>
        <w:rPr>
          <w:sz w:val="22"/>
        </w:rPr>
        <w:t>A. would stop</w:t>
      </w:r>
    </w:p>
    <w:p>
      <w:pPr>
        <w:pStyle w:val="ListParagraph"/>
      </w:pPr>
      <w:r>
        <w:rPr>
          <w:sz w:val="22"/>
        </w:rPr>
        <w:t>B. stopped</w:t>
      </w:r>
    </w:p>
    <w:p>
      <w:pPr>
        <w:pStyle w:val="ListParagraph"/>
      </w:pPr>
      <w:r>
        <w:rPr>
          <w:sz w:val="22"/>
        </w:rPr>
        <w:t>C. stops</w:t>
      </w:r>
    </w:p>
    <w:p>
      <w:pPr>
        <w:pStyle w:val="ListParagraph"/>
      </w:pPr>
      <w:r>
        <w:rPr>
          <w:sz w:val="22"/>
        </w:rPr>
        <w:t>D. had stopped</w:t>
      </w:r>
    </w:p>
    <w:p/>
    <w:p>
      <w:r>
        <w:rPr>
          <w:b/>
          <w:sz w:val="24"/>
        </w:rPr>
        <w:t>Câu 6: If only you ____ me earlier.</w:t>
      </w:r>
    </w:p>
    <w:p>
      <w:pPr>
        <w:pStyle w:val="ListParagraph"/>
      </w:pPr>
      <w:r>
        <w:rPr>
          <w:sz w:val="22"/>
        </w:rPr>
        <w:t>A. would call</w:t>
      </w:r>
    </w:p>
    <w:p>
      <w:pPr>
        <w:pStyle w:val="ListParagraph"/>
      </w:pPr>
      <w:r>
        <w:rPr>
          <w:sz w:val="22"/>
        </w:rPr>
        <w:t>B. had called</w:t>
      </w:r>
    </w:p>
    <w:p>
      <w:pPr>
        <w:pStyle w:val="ListParagraph"/>
      </w:pPr>
      <w:r>
        <w:rPr>
          <w:sz w:val="22"/>
        </w:rPr>
        <w:t>C. called</w:t>
      </w:r>
    </w:p>
    <w:p>
      <w:pPr>
        <w:pStyle w:val="ListParagraph"/>
      </w:pPr>
      <w:r>
        <w:rPr>
          <w:sz w:val="22"/>
        </w:rPr>
        <w:t>D. call</w:t>
      </w:r>
    </w:p>
    <w:p/>
    <w:p>
      <w:r>
        <w:rPr>
          <w:b/>
          <w:sz w:val="24"/>
        </w:rPr>
        <w:t>Câu 7: I wish I ____ speak French fluently.</w:t>
      </w:r>
    </w:p>
    <w:p>
      <w:pPr>
        <w:pStyle w:val="ListParagraph"/>
      </w:pPr>
      <w:r>
        <w:rPr>
          <w:sz w:val="22"/>
        </w:rPr>
        <w:t>A. can</w:t>
      </w:r>
    </w:p>
    <w:p>
      <w:pPr>
        <w:pStyle w:val="ListParagraph"/>
      </w:pPr>
      <w:r>
        <w:rPr>
          <w:sz w:val="22"/>
        </w:rPr>
        <w:t>B. will</w:t>
      </w:r>
    </w:p>
    <w:p>
      <w:pPr>
        <w:pStyle w:val="ListParagraph"/>
      </w:pPr>
      <w:r>
        <w:rPr>
          <w:sz w:val="22"/>
        </w:rPr>
        <w:t>C. could</w:t>
      </w:r>
    </w:p>
    <w:p>
      <w:pPr>
        <w:pStyle w:val="ListParagraph"/>
      </w:pPr>
      <w:r>
        <w:rPr>
          <w:sz w:val="22"/>
        </w:rPr>
        <w:t>D. would</w:t>
      </w:r>
    </w:p>
    <w:p/>
    <w:p>
      <w:r>
        <w:rPr>
          <w:b/>
          <w:sz w:val="24"/>
        </w:rPr>
        <w:t>Câu 8: She wishes her parents ____ here now.</w:t>
      </w:r>
    </w:p>
    <w:p>
      <w:pPr>
        <w:pStyle w:val="ListParagraph"/>
      </w:pPr>
      <w:r>
        <w:rPr>
          <w:sz w:val="22"/>
        </w:rPr>
        <w:t>A. are</w:t>
      </w:r>
    </w:p>
    <w:p>
      <w:pPr>
        <w:pStyle w:val="ListParagraph"/>
      </w:pPr>
      <w:r>
        <w:rPr>
          <w:sz w:val="22"/>
        </w:rPr>
        <w:t>B. would be</w:t>
      </w:r>
    </w:p>
    <w:p>
      <w:pPr>
        <w:pStyle w:val="ListParagraph"/>
      </w:pPr>
      <w:r>
        <w:rPr>
          <w:sz w:val="22"/>
        </w:rPr>
        <w:t>C. will be</w:t>
      </w:r>
    </w:p>
    <w:p>
      <w:pPr>
        <w:pStyle w:val="ListParagraph"/>
      </w:pPr>
      <w:r>
        <w:rPr>
          <w:sz w:val="22"/>
        </w:rPr>
        <w:t>D. were</w:t>
      </w:r>
    </w:p>
    <w:p/>
    <w:p>
      <w:r>
        <w:rPr>
          <w:b/>
          <w:sz w:val="24"/>
        </w:rPr>
        <w:t>Câu 9: I wish I ____ that film. It was terrible.</w:t>
      </w:r>
    </w:p>
    <w:p>
      <w:pPr>
        <w:pStyle w:val="ListParagraph"/>
      </w:pPr>
      <w:r>
        <w:rPr>
          <w:sz w:val="22"/>
        </w:rPr>
        <w:t>A. hadn't seen</w:t>
      </w:r>
    </w:p>
    <w:p>
      <w:pPr>
        <w:pStyle w:val="ListParagraph"/>
      </w:pPr>
      <w:r>
        <w:rPr>
          <w:sz w:val="22"/>
        </w:rPr>
        <w:t>B. didn't see</w:t>
      </w:r>
    </w:p>
    <w:p>
      <w:pPr>
        <w:pStyle w:val="ListParagraph"/>
      </w:pPr>
      <w:r>
        <w:rPr>
          <w:sz w:val="22"/>
        </w:rPr>
        <w:t>C. wouldn't see</w:t>
      </w:r>
    </w:p>
    <w:p>
      <w:pPr>
        <w:pStyle w:val="ListParagraph"/>
      </w:pPr>
      <w:r>
        <w:rPr>
          <w:sz w:val="22"/>
        </w:rPr>
        <w:t>D. don't see</w:t>
      </w:r>
    </w:p>
    <w:p/>
    <w:p>
      <w:r>
        <w:rPr>
          <w:b/>
          <w:sz w:val="24"/>
        </w:rPr>
        <w:t>Câu 10: We wish you ____ longer next time.</w:t>
      </w:r>
    </w:p>
    <w:p>
      <w:pPr>
        <w:pStyle w:val="ListParagraph"/>
      </w:pPr>
      <w:r>
        <w:rPr>
          <w:sz w:val="22"/>
        </w:rPr>
        <w:t>A. stay</w:t>
      </w:r>
    </w:p>
    <w:p>
      <w:pPr>
        <w:pStyle w:val="ListParagraph"/>
      </w:pPr>
      <w:r>
        <w:rPr>
          <w:sz w:val="22"/>
        </w:rPr>
        <w:t>B. would stay</w:t>
      </w:r>
    </w:p>
    <w:p>
      <w:pPr>
        <w:pStyle w:val="ListParagraph"/>
      </w:pPr>
      <w:r>
        <w:rPr>
          <w:sz w:val="22"/>
        </w:rPr>
        <w:t>C. stayed</w:t>
      </w:r>
    </w:p>
    <w:p>
      <w:pPr>
        <w:pStyle w:val="ListParagraph"/>
      </w:pPr>
      <w:r>
        <w:rPr>
          <w:sz w:val="22"/>
        </w:rPr>
        <w:t>D. had stayed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D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D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