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Một trong những nhiệm vụ hàng đầu khi nghiên cứu k</w:t>
      </w:r>
    </w:p>
    <w:p>
      <w:pPr>
        <w:jc w:val="center"/>
      </w:pPr>
      <w:r>
        <w:rPr>
          <w:sz w:val="22"/>
        </w:rPr>
        <w:t>Số câu: 10    Thời gian: _____ phút    Họ và tên: _________________________</w:t>
      </w:r>
    </w:p>
    <w:p/>
    <w:p>
      <w:r>
        <w:rPr>
          <w:b/>
          <w:sz w:val="24"/>
        </w:rPr>
        <w:t>Câu 1: Một trong những nhiệm vụ hàng đầu khi nghiên cứu khoa học Lịch sử Đảng Cộng sản Việt Nam là:</w:t>
      </w:r>
    </w:p>
    <w:p>
      <w:pPr>
        <w:pStyle w:val="ListParagraph"/>
      </w:pPr>
      <w:r>
        <w:rPr>
          <w:sz w:val="22"/>
        </w:rPr>
        <w:t>A. Làm cho người học hiểu được quyền lực của Đảng, từ đó thêm trung thành với đường lối lãnh đạo của Đảng</w:t>
      </w:r>
    </w:p>
    <w:p>
      <w:pPr>
        <w:pStyle w:val="ListParagraph"/>
      </w:pPr>
      <w:r>
        <w:rPr>
          <w:sz w:val="22"/>
        </w:rPr>
        <w:t>B. Khẳng định, chứng minh giá trị khoa học của những mục tiêu chiến lược và sách lược cách mạng mà Đảng đề ra trong cương lĩnh</w:t>
      </w:r>
    </w:p>
    <w:p>
      <w:pPr>
        <w:pStyle w:val="ListParagraph"/>
      </w:pPr>
      <w:r>
        <w:rPr>
          <w:sz w:val="22"/>
        </w:rPr>
        <w:t>C. Chọn lọc ra những sự kiện lịch sử nổi bật để tái hiện lại sự thành công trong quá trình lãnh đạo của Đảng</w:t>
      </w:r>
    </w:p>
    <w:p>
      <w:pPr>
        <w:pStyle w:val="ListParagraph"/>
      </w:pPr>
      <w:r>
        <w:rPr>
          <w:sz w:val="22"/>
        </w:rPr>
        <w:t>D. Tìm hiểu về lịch sử ra đời của đảng cộng sản trên thế giới</w:t>
      </w:r>
    </w:p>
    <w:p/>
    <w:p>
      <w:r>
        <w:rPr>
          <w:b/>
          <w:sz w:val="24"/>
        </w:rPr>
        <w:t>Câu 2: Trong phương pháp nghiên cứu, học tập môn học Lịch sử Đảng Cộng sản Việt Nam cần phải dựa trên phương pháp luận khoa học mác-xít, đồng thời phải nắm vững chủ nghĩa nào dưới đây để xem xét và nhận thức lịch sử một cách khách quan, trung thực và đúng quy luật?</w:t>
      </w:r>
    </w:p>
    <w:p>
      <w:pPr>
        <w:pStyle w:val="ListParagraph"/>
      </w:pPr>
      <w:r>
        <w:rPr>
          <w:sz w:val="22"/>
        </w:rPr>
        <w:t>A. Chủ nghĩa duy vật và chủ nghĩa duy tâm</w:t>
      </w:r>
    </w:p>
    <w:p>
      <w:pPr>
        <w:pStyle w:val="ListParagraph"/>
      </w:pPr>
      <w:r>
        <w:rPr>
          <w:sz w:val="22"/>
        </w:rPr>
        <w:t>B. Chủ nghĩa duy lý và chủ nghĩa duy vật biện chứng</w:t>
      </w:r>
    </w:p>
    <w:p>
      <w:pPr>
        <w:pStyle w:val="ListParagraph"/>
      </w:pPr>
      <w:r>
        <w:rPr>
          <w:sz w:val="22"/>
        </w:rPr>
        <w:t>C. Chủ nghĩa duy vật biện chứng và chủ nghĩa duy vật lịch sử</w:t>
      </w:r>
    </w:p>
    <w:p>
      <w:pPr>
        <w:pStyle w:val="ListParagraph"/>
      </w:pPr>
      <w:r>
        <w:rPr>
          <w:sz w:val="22"/>
        </w:rPr>
        <w:t>D. Chủ nghĩa duy lý và chủ nghĩa duy vật lịch sử</w:t>
      </w:r>
    </w:p>
    <w:p/>
    <w:p>
      <w:r>
        <w:rPr>
          <w:b/>
          <w:sz w:val="24"/>
        </w:rPr>
        <w:t>Câu 3: Tại sao khi nghiên cứu, học tập Lịch sử Đảng Cộng sản Việt Nam lại cần phải nhận thức và vận dụng chủ nghĩa duy vật lịch sử?</w:t>
      </w:r>
    </w:p>
    <w:p>
      <w:pPr>
        <w:pStyle w:val="ListParagraph"/>
      </w:pPr>
      <w:r>
        <w:rPr>
          <w:sz w:val="22"/>
        </w:rPr>
        <w:t>A. Để thấy được sự ưu việt của Đảng Cộng sản Việt Nam so với các đảng phái ở phương Tây</w:t>
      </w:r>
    </w:p>
    <w:p>
      <w:pPr>
        <w:pStyle w:val="ListParagraph"/>
      </w:pPr>
      <w:r>
        <w:rPr>
          <w:sz w:val="22"/>
        </w:rPr>
        <w:t>B. Để hiểu được sứ mệnh lịch sử của giai cấp nông dân trong lãnh đạo cách mạng</w:t>
      </w:r>
    </w:p>
    <w:p>
      <w:pPr>
        <w:pStyle w:val="ListParagraph"/>
      </w:pPr>
      <w:r>
        <w:rPr>
          <w:sz w:val="22"/>
        </w:rPr>
        <w:t>C. Để hiểu vì sao cách mạng giải phóng dân tộc ở Việt Nam đi theo con đường tư sản</w:t>
      </w:r>
    </w:p>
    <w:p>
      <w:pPr>
        <w:pStyle w:val="ListParagraph"/>
      </w:pPr>
      <w:r>
        <w:rPr>
          <w:sz w:val="22"/>
        </w:rPr>
        <w:t>D. Để nhận thức tiến trình cách mạng do Đảng Cộng sản Việt Nam lãnh đạo</w:t>
      </w:r>
    </w:p>
    <w:p/>
    <w:p>
      <w:r>
        <w:rPr>
          <w:b/>
          <w:sz w:val="24"/>
        </w:rPr>
        <w:t>Câu 4: Đối tượng nghiên cứu của khoa học Lịch sử Đảng Cộng sản Việt Nam là:</w:t>
      </w:r>
    </w:p>
    <w:p>
      <w:pPr>
        <w:pStyle w:val="ListParagraph"/>
      </w:pPr>
      <w:r>
        <w:rPr>
          <w:sz w:val="22"/>
        </w:rPr>
        <w:t>A. Các cán bộ, đảng viên Đảng Cộng sản Việt Nam</w:t>
      </w:r>
    </w:p>
    <w:p>
      <w:pPr>
        <w:pStyle w:val="ListParagraph"/>
      </w:pPr>
      <w:r>
        <w:rPr>
          <w:sz w:val="22"/>
        </w:rPr>
        <w:t>B. Sự ra đời, phát triển và hoạt động lãnh đạo của Đảng qua các thời kỳ lịch sử</w:t>
      </w:r>
    </w:p>
    <w:p>
      <w:pPr>
        <w:pStyle w:val="ListParagraph"/>
      </w:pPr>
      <w:r>
        <w:rPr>
          <w:sz w:val="22"/>
        </w:rPr>
        <w:t>C. Những mặt hạn chế trong quá trình lãnh đạo của Đảng</w:t>
      </w:r>
    </w:p>
    <w:p>
      <w:pPr>
        <w:pStyle w:val="ListParagraph"/>
      </w:pPr>
      <w:r>
        <w:rPr>
          <w:sz w:val="22"/>
        </w:rPr>
        <w:t>D. Các văn kiện của Đảng chuẩn bị được lưu hành</w:t>
      </w:r>
    </w:p>
    <w:p/>
    <w:p>
      <w:r>
        <w:rPr>
          <w:b/>
          <w:sz w:val="24"/>
        </w:rPr>
        <w:t>Câu 5: Là một ngành của khoa học lịch sử, Lịch sử Đảng Cộng sản Việt Nam có các chức năng, nhiệm vụ của khoa học lịch sử, đồng thời còn có thêm các chức năng nổi bật khác là:</w:t>
      </w:r>
    </w:p>
    <w:p>
      <w:pPr>
        <w:pStyle w:val="ListParagraph"/>
      </w:pPr>
      <w:r>
        <w:rPr>
          <w:sz w:val="22"/>
        </w:rPr>
        <w:t>A. Chức năng nhận thức, điều tiết, chọn lọc và tìm kiếm</w:t>
      </w:r>
    </w:p>
    <w:p>
      <w:pPr>
        <w:pStyle w:val="ListParagraph"/>
      </w:pPr>
      <w:r>
        <w:rPr>
          <w:sz w:val="22"/>
        </w:rPr>
        <w:t>B. Chức năng tuyên truyền, phổ cập, giáo huấn và phổ quát</w:t>
      </w:r>
    </w:p>
    <w:p>
      <w:pPr>
        <w:pStyle w:val="ListParagraph"/>
      </w:pPr>
      <w:r>
        <w:rPr>
          <w:sz w:val="22"/>
        </w:rPr>
        <w:t>C. Chức năng nhận thức, giáo dục, dự báo và phê phán</w:t>
      </w:r>
    </w:p>
    <w:p>
      <w:pPr>
        <w:pStyle w:val="ListParagraph"/>
      </w:pPr>
      <w:r>
        <w:rPr>
          <w:sz w:val="22"/>
        </w:rPr>
        <w:t>D. Chức năng giáo dục, sàng lọc, tuyên truyền và tìm kiếm</w:t>
      </w:r>
    </w:p>
    <w:p/>
    <w:p>
      <w:r>
        <w:rPr>
          <w:b/>
          <w:sz w:val="24"/>
        </w:rPr>
        <w:t>Câu 6: "Nhận thức về sự ra đời ĐCSVN, quá trình đấu tranh giành chính quyền,..."</w:t>
      </w:r>
    </w:p>
    <w:p>
      <w:pPr>
        <w:pStyle w:val="ListParagraph"/>
      </w:pPr>
      <w:r>
        <w:rPr>
          <w:sz w:val="22"/>
        </w:rPr>
        <w:t>A. Chức năng nhận thức</w:t>
      </w:r>
    </w:p>
    <w:p>
      <w:pPr>
        <w:pStyle w:val="ListParagraph"/>
      </w:pPr>
      <w:r>
        <w:rPr>
          <w:sz w:val="22"/>
        </w:rPr>
        <w:t>B. Chức năng giáo dục</w:t>
      </w:r>
    </w:p>
    <w:p>
      <w:pPr>
        <w:pStyle w:val="ListParagraph"/>
      </w:pPr>
      <w:r>
        <w:rPr>
          <w:sz w:val="22"/>
        </w:rPr>
        <w:t>C. Chức năng dự báo</w:t>
      </w:r>
    </w:p>
    <w:p>
      <w:pPr>
        <w:pStyle w:val="ListParagraph"/>
      </w:pPr>
      <w:r>
        <w:rPr>
          <w:sz w:val="22"/>
        </w:rPr>
        <w:t>D. Chức năng phê phán</w:t>
      </w:r>
    </w:p>
    <w:p/>
    <w:p>
      <w:r>
        <w:rPr>
          <w:b/>
          <w:sz w:val="24"/>
        </w:rPr>
        <w:t>Câu 7: Nhiệm vụ chủ yếu của môn Lịch sử Đảng là:</w:t>
      </w:r>
    </w:p>
    <w:p>
      <w:pPr>
        <w:pStyle w:val="ListParagraph"/>
      </w:pPr>
      <w:r>
        <w:rPr>
          <w:sz w:val="22"/>
        </w:rPr>
        <w:t>A. Nghiên cứu về lý luận của chủ nghĩa Mác – Lênin</w:t>
      </w:r>
    </w:p>
    <w:p>
      <w:pPr>
        <w:pStyle w:val="ListParagraph"/>
      </w:pPr>
      <w:r>
        <w:rPr>
          <w:sz w:val="22"/>
        </w:rPr>
        <w:t>B. Khẳng định, chứng minh giá trị khoa học và hiện thực của những mục tiêu chiến lược và sách lược cách mạng</w:t>
      </w:r>
    </w:p>
    <w:p>
      <w:pPr>
        <w:pStyle w:val="ListParagraph"/>
      </w:pPr>
      <w:r>
        <w:rPr>
          <w:sz w:val="22"/>
        </w:rPr>
        <w:t>C. Nghiên cứu về xu thế thời đại</w:t>
      </w:r>
    </w:p>
    <w:p>
      <w:pPr>
        <w:pStyle w:val="ListParagraph"/>
      </w:pPr>
      <w:r>
        <w:rPr>
          <w:sz w:val="22"/>
        </w:rPr>
        <w:t>D. Nghiên cứu về lịch sử Việt Nam</w:t>
      </w:r>
    </w:p>
    <w:p/>
    <w:p>
      <w:r>
        <w:rPr>
          <w:b/>
          <w:sz w:val="24"/>
        </w:rPr>
        <w:t>Câu 8: Môn Lịch sử Đảng cộng sản Việt Nam nghiên cứu về:</w:t>
      </w:r>
    </w:p>
    <w:p>
      <w:pPr>
        <w:pStyle w:val="ListParagraph"/>
      </w:pPr>
      <w:r>
        <w:rPr>
          <w:sz w:val="22"/>
        </w:rPr>
        <w:t>A. Hệ thống các quan điểm, chủ trương, chính sách</w:t>
      </w:r>
    </w:p>
    <w:p>
      <w:pPr>
        <w:pStyle w:val="ListParagraph"/>
      </w:pPr>
      <w:r>
        <w:rPr>
          <w:sz w:val="22"/>
        </w:rPr>
        <w:t>B. Mục tiêu, phương hướng cách mạng</w:t>
      </w:r>
    </w:p>
    <w:p>
      <w:pPr>
        <w:pStyle w:val="ListParagraph"/>
      </w:pPr>
      <w:r>
        <w:rPr>
          <w:sz w:val="22"/>
        </w:rPr>
        <w:t>C. Nghiên cứu có hệ thống các sự kiện lịch sử Đảng</w:t>
      </w:r>
    </w:p>
    <w:p>
      <w:pPr>
        <w:pStyle w:val="ListParagraph"/>
      </w:pPr>
      <w:r>
        <w:rPr>
          <w:sz w:val="22"/>
        </w:rPr>
        <w:t>D. Nhiệm vụ, giải pháp của cách mạng</w:t>
      </w:r>
    </w:p>
    <w:p/>
    <w:p>
      <w:r>
        <w:rPr>
          <w:b/>
          <w:sz w:val="24"/>
        </w:rPr>
        <w:t>Câu 9: Đảng lãnh đạo cách mạng giải phóng dân tộc, xây dựng và phát triển đất nước bằng:</w:t>
      </w:r>
    </w:p>
    <w:p>
      <w:pPr>
        <w:pStyle w:val="ListParagraph"/>
      </w:pPr>
      <w:r>
        <w:rPr>
          <w:sz w:val="22"/>
        </w:rPr>
        <w:t>A. Lập trường; chiến lược của Đảng</w:t>
      </w:r>
    </w:p>
    <w:p>
      <w:pPr>
        <w:pStyle w:val="ListParagraph"/>
      </w:pPr>
      <w:r>
        <w:rPr>
          <w:sz w:val="22"/>
        </w:rPr>
        <w:t>B. Quan điểm; chính sách của Đảng</w:t>
      </w:r>
    </w:p>
    <w:p>
      <w:pPr>
        <w:pStyle w:val="ListParagraph"/>
      </w:pPr>
      <w:r>
        <w:rPr>
          <w:sz w:val="22"/>
        </w:rPr>
        <w:t>C. Cương lĩnh, đường lối, chủ trương, chính sách lớn</w:t>
      </w:r>
    </w:p>
    <w:p>
      <w:pPr>
        <w:pStyle w:val="ListParagraph"/>
      </w:pPr>
      <w:r>
        <w:rPr>
          <w:sz w:val="22"/>
        </w:rPr>
        <w:t>D. Chủ trương; kế hoạch của Đảng</w:t>
      </w:r>
    </w:p>
    <w:p/>
    <w:p>
      <w:r>
        <w:rPr>
          <w:b/>
          <w:sz w:val="24"/>
        </w:rPr>
        <w:t>Câu 10: Nền tảng tư tưởng và kim chỉ nam cho hành động của Đảng cộng sản Việt Nam là:</w:t>
      </w:r>
    </w:p>
    <w:p>
      <w:pPr>
        <w:pStyle w:val="ListParagraph"/>
      </w:pPr>
      <w:r>
        <w:rPr>
          <w:sz w:val="22"/>
        </w:rPr>
        <w:t>A. Hệ thống tư tưởng, đường lối, chính sách của Đảng trong tiến trình cách mạng Việt Nam</w:t>
      </w:r>
    </w:p>
    <w:p>
      <w:pPr>
        <w:pStyle w:val="ListParagraph"/>
      </w:pPr>
      <w:r>
        <w:rPr>
          <w:sz w:val="22"/>
        </w:rPr>
        <w:t>B. Hệ thống lập trường, tư tưởng, chiến lược của Đảng trong tiến trình cách mạng Việt Nam</w:t>
      </w:r>
    </w:p>
    <w:p>
      <w:pPr>
        <w:pStyle w:val="ListParagraph"/>
      </w:pPr>
      <w:r>
        <w:rPr>
          <w:sz w:val="22"/>
        </w:rPr>
        <w:t>C. Chủ nghĩa Mác-Lênin và tư tưởng Hồ Chí Minh</w:t>
      </w:r>
    </w:p>
    <w:p>
      <w:pPr>
        <w:pStyle w:val="ListParagraph"/>
      </w:pPr>
      <w:r>
        <w:rPr>
          <w:sz w:val="22"/>
        </w:rPr>
        <w:t>D. Hệ thống đường lối, chiến lược, sách lược của Đảng trong tiến trình cách mạng Việt Nam</w:t>
      </w:r>
    </w:p>
    <w:p/>
    <w:p>
      <w:r>
        <w:t>──────────────────────────────────────────────────</w:t>
      </w:r>
    </w:p>
    <w:p>
      <w:r>
        <w:rPr>
          <w:b/>
        </w:rPr>
        <w:t>BẢNG ĐÁP ÁN &amp; LỜI GIẢI CHI TIẾT</w:t>
      </w:r>
    </w:p>
    <w:p>
      <w:r>
        <w:rPr>
          <w:b/>
        </w:rPr>
        <w:t>Câu 1: Đáp án đúng: B</w:t>
      </w:r>
    </w:p>
    <w:p>
      <w:r>
        <w:rPr>
          <w:b/>
        </w:rPr>
        <w:t>Câu 2: Đáp án đúng: C</w:t>
      </w:r>
    </w:p>
    <w:p>
      <w:r>
        <w:rPr>
          <w:b/>
        </w:rPr>
        <w:t>Câu 3: Đáp án đúng: D</w:t>
      </w:r>
    </w:p>
    <w:p>
      <w:r>
        <w:rPr>
          <w:b/>
        </w:rPr>
        <w:t>Câu 4: Đáp án đúng: B</w:t>
      </w:r>
    </w:p>
    <w:p>
      <w:r>
        <w:rPr>
          <w:b/>
        </w:rPr>
        <w:t>Câu 5: Đáp án đúng: C</w:t>
      </w:r>
    </w:p>
    <w:p>
      <w:r>
        <w:rPr>
          <w:b/>
        </w:rPr>
        <w:t>Câu 6: Đáp án đúng: A</w:t>
      </w:r>
    </w:p>
    <w:p>
      <w:r>
        <w:rPr>
          <w:b/>
        </w:rPr>
        <w:t>Câu 7: Đáp án đúng: B</w:t>
      </w:r>
    </w:p>
    <w:p>
      <w:r>
        <w:rPr>
          <w:b/>
        </w:rPr>
        <w:t>Câu 8: Đáp án đúng: C</w:t>
      </w:r>
    </w:p>
    <w:p>
      <w:r>
        <w:rPr>
          <w:b/>
        </w:rPr>
        <w:t>Câu 9: Đáp án đúng: C</w:t>
      </w:r>
    </w:p>
    <w:p>
      <w:r>
        <w:rPr>
          <w:b/>
        </w:rPr>
        <w:t>Câu 10: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