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tao 10 cau hoi ve nganh duoc</w:t>
      </w:r>
    </w:p>
    <w:p>
      <w:pPr>
        <w:jc w:val="center"/>
      </w:pPr>
      <w:r>
        <w:rPr>
          <w:sz w:val="22"/>
        </w:rPr>
        <w:t>Số câu: 10    Thời gian: _____ phút    Họ và tên: _________________________</w:t>
      </w:r>
    </w:p>
    <w:p/>
    <w:p>
      <w:r>
        <w:rPr>
          <w:b/>
          <w:sz w:val="24"/>
        </w:rPr>
        <w:t>Câu 1: Ngành dược học là gì?</w:t>
      </w:r>
    </w:p>
    <w:p>
      <w:pPr>
        <w:pStyle w:val="ListParagraph"/>
      </w:pPr>
      <w:r>
        <w:rPr>
          <w:sz w:val="22"/>
        </w:rPr>
        <w:t>A. Ngành khoa học nghiên cứu về thuốc và cách sử dụng thuốc</w:t>
      </w:r>
    </w:p>
    <w:p>
      <w:pPr>
        <w:pStyle w:val="ListParagraph"/>
      </w:pPr>
      <w:r>
        <w:rPr>
          <w:sz w:val="22"/>
        </w:rPr>
        <w:t>B. Ngành khoa học nghiên cứu về bệnh tật</w:t>
      </w:r>
    </w:p>
    <w:p>
      <w:pPr>
        <w:pStyle w:val="ListParagraph"/>
      </w:pPr>
      <w:r>
        <w:rPr>
          <w:sz w:val="22"/>
        </w:rPr>
        <w:t>C. Ngành khoa học nghiên cứu về thực phẩm</w:t>
      </w:r>
    </w:p>
    <w:p>
      <w:pPr>
        <w:pStyle w:val="ListParagraph"/>
      </w:pPr>
      <w:r>
        <w:rPr>
          <w:sz w:val="22"/>
        </w:rPr>
        <w:t>D. Ngành khoa học nghiên cứu về môi trường</w:t>
      </w:r>
    </w:p>
    <w:p/>
    <w:p>
      <w:r>
        <w:rPr>
          <w:b/>
          <w:sz w:val="24"/>
        </w:rPr>
        <w:t>Câu 2: Đơn vị cơ bản của thuốc là gì?</w:t>
      </w:r>
    </w:p>
    <w:p>
      <w:pPr>
        <w:pStyle w:val="ListParagraph"/>
      </w:pPr>
      <w:r>
        <w:rPr>
          <w:sz w:val="22"/>
        </w:rPr>
        <w:t>A. Viên nén</w:t>
      </w:r>
    </w:p>
    <w:p>
      <w:pPr>
        <w:pStyle w:val="ListParagraph"/>
      </w:pPr>
      <w:r>
        <w:rPr>
          <w:sz w:val="22"/>
        </w:rPr>
        <w:t>B. Liều dùng</w:t>
      </w:r>
    </w:p>
    <w:p>
      <w:pPr>
        <w:pStyle w:val="ListParagraph"/>
      </w:pPr>
      <w:r>
        <w:rPr>
          <w:sz w:val="22"/>
        </w:rPr>
        <w:t>C. Hoạt chất</w:t>
      </w:r>
    </w:p>
    <w:p>
      <w:pPr>
        <w:pStyle w:val="ListParagraph"/>
      </w:pPr>
      <w:r>
        <w:rPr>
          <w:sz w:val="22"/>
        </w:rPr>
        <w:t>D. Dược phẩm</w:t>
      </w:r>
    </w:p>
    <w:p/>
    <w:p>
      <w:r>
        <w:rPr>
          <w:b/>
          <w:sz w:val="24"/>
        </w:rPr>
        <w:t>Câu 3: Quá trình hấp thu thuốc vào cơ thể chủ yếu xảy ra ở đâu?</w:t>
      </w:r>
    </w:p>
    <w:p>
      <w:pPr>
        <w:pStyle w:val="ListParagraph"/>
      </w:pPr>
      <w:r>
        <w:rPr>
          <w:sz w:val="22"/>
        </w:rPr>
        <w:t>A. Dạ dày</w:t>
      </w:r>
    </w:p>
    <w:p>
      <w:pPr>
        <w:pStyle w:val="ListParagraph"/>
      </w:pPr>
      <w:r>
        <w:rPr>
          <w:sz w:val="22"/>
        </w:rPr>
        <w:t>B. Ruột non</w:t>
      </w:r>
    </w:p>
    <w:p>
      <w:pPr>
        <w:pStyle w:val="ListParagraph"/>
      </w:pPr>
      <w:r>
        <w:rPr>
          <w:sz w:val="22"/>
        </w:rPr>
        <w:t>C. Gan</w:t>
      </w:r>
    </w:p>
    <w:p>
      <w:pPr>
        <w:pStyle w:val="ListParagraph"/>
      </w:pPr>
      <w:r>
        <w:rPr>
          <w:sz w:val="22"/>
        </w:rPr>
        <w:t>D. Thận</w:t>
      </w:r>
    </w:p>
    <w:p/>
    <w:p>
      <w:r>
        <w:rPr>
          <w:b/>
          <w:sz w:val="24"/>
        </w:rPr>
        <w:t>Câu 4: Tác dụng phụ của thuốc là gì?</w:t>
      </w:r>
    </w:p>
    <w:p>
      <w:pPr>
        <w:pStyle w:val="ListParagraph"/>
      </w:pPr>
      <w:r>
        <w:rPr>
          <w:sz w:val="22"/>
        </w:rPr>
        <w:t>A. Tác dụng có lợi ngoài mục đích điều trị</w:t>
      </w:r>
    </w:p>
    <w:p>
      <w:pPr>
        <w:pStyle w:val="ListParagraph"/>
      </w:pPr>
      <w:r>
        <w:rPr>
          <w:sz w:val="22"/>
        </w:rPr>
        <w:t>B. Tác dụng không mong muốn xảy ra khi dùng thuốc</w:t>
      </w:r>
    </w:p>
    <w:p>
      <w:pPr>
        <w:pStyle w:val="ListParagraph"/>
      </w:pPr>
      <w:r>
        <w:rPr>
          <w:sz w:val="22"/>
        </w:rPr>
        <w:t>C. Tác dụng chính của thuốc</w:t>
      </w:r>
    </w:p>
    <w:p>
      <w:pPr>
        <w:pStyle w:val="ListParagraph"/>
      </w:pPr>
      <w:r>
        <w:rPr>
          <w:sz w:val="22"/>
        </w:rPr>
        <w:t>D. Tác dụng do quá liều</w:t>
      </w:r>
    </w:p>
    <w:p/>
    <w:p>
      <w:r>
        <w:rPr>
          <w:b/>
          <w:sz w:val="24"/>
        </w:rPr>
        <w:t>Câu 5: Thuốc kháng sinh thường được sử dụng để điều trị bệnh gì?</w:t>
      </w:r>
    </w:p>
    <w:p>
      <w:pPr>
        <w:pStyle w:val="ListParagraph"/>
      </w:pPr>
      <w:r>
        <w:rPr>
          <w:sz w:val="22"/>
        </w:rPr>
        <w:t>A. Bệnh do virus</w:t>
      </w:r>
    </w:p>
    <w:p>
      <w:pPr>
        <w:pStyle w:val="ListParagraph"/>
      </w:pPr>
      <w:r>
        <w:rPr>
          <w:sz w:val="22"/>
        </w:rPr>
        <w:t>B. Bệnh do vi khuẩn</w:t>
      </w:r>
    </w:p>
    <w:p>
      <w:pPr>
        <w:pStyle w:val="ListParagraph"/>
      </w:pPr>
      <w:r>
        <w:rPr>
          <w:sz w:val="22"/>
        </w:rPr>
        <w:t>C. Bệnh do nấm</w:t>
      </w:r>
    </w:p>
    <w:p>
      <w:pPr>
        <w:pStyle w:val="ListParagraph"/>
      </w:pPr>
      <w:r>
        <w:rPr>
          <w:sz w:val="22"/>
        </w:rPr>
        <w:t>D. Bệnh do ký sinh trùng</w:t>
      </w:r>
    </w:p>
    <w:p/>
    <w:p>
      <w:r>
        <w:rPr>
          <w:b/>
          <w:sz w:val="24"/>
        </w:rPr>
        <w:t>Câu 6: Dược sĩ có vai trò chính nào sau đây?</w:t>
      </w:r>
    </w:p>
    <w:p>
      <w:pPr>
        <w:pStyle w:val="ListParagraph"/>
      </w:pPr>
      <w:r>
        <w:rPr>
          <w:sz w:val="22"/>
        </w:rPr>
        <w:t>A. Bào chế thuốc và tư vấn sử dụng thuốc</w:t>
      </w:r>
    </w:p>
    <w:p>
      <w:pPr>
        <w:pStyle w:val="ListParagraph"/>
      </w:pPr>
      <w:r>
        <w:rPr>
          <w:sz w:val="22"/>
        </w:rPr>
        <w:t>B. Phẫu thuật cho bệnh nhân</w:t>
      </w:r>
    </w:p>
    <w:p>
      <w:pPr>
        <w:pStyle w:val="ListParagraph"/>
      </w:pPr>
      <w:r>
        <w:rPr>
          <w:sz w:val="22"/>
        </w:rPr>
        <w:t>C. Chẩn đoán bệnh</w:t>
      </w:r>
    </w:p>
    <w:p>
      <w:pPr>
        <w:pStyle w:val="ListParagraph"/>
      </w:pPr>
      <w:r>
        <w:rPr>
          <w:sz w:val="22"/>
        </w:rPr>
        <w:t>D. Chăm sóc dinh dưỡng</w:t>
      </w:r>
    </w:p>
    <w:p/>
    <w:p>
      <w:r>
        <w:rPr>
          <w:b/>
          <w:sz w:val="24"/>
        </w:rPr>
        <w:t>Câu 7: Dạng thuốc nào sau đây là dạng bào chế lỏng?</w:t>
      </w:r>
    </w:p>
    <w:p>
      <w:pPr>
        <w:pStyle w:val="ListParagraph"/>
      </w:pPr>
      <w:r>
        <w:rPr>
          <w:sz w:val="22"/>
        </w:rPr>
        <w:t>A. Viên nang</w:t>
      </w:r>
    </w:p>
    <w:p>
      <w:pPr>
        <w:pStyle w:val="ListParagraph"/>
      </w:pPr>
      <w:r>
        <w:rPr>
          <w:sz w:val="22"/>
        </w:rPr>
        <w:t>B. Thuốc mỡ</w:t>
      </w:r>
    </w:p>
    <w:p>
      <w:pPr>
        <w:pStyle w:val="ListParagraph"/>
      </w:pPr>
      <w:r>
        <w:rPr>
          <w:sz w:val="22"/>
        </w:rPr>
        <w:t>C. Siro</w:t>
      </w:r>
    </w:p>
    <w:p>
      <w:pPr>
        <w:pStyle w:val="ListParagraph"/>
      </w:pPr>
      <w:r>
        <w:rPr>
          <w:sz w:val="22"/>
        </w:rPr>
        <w:t>D. Viên nén</w:t>
      </w:r>
    </w:p>
    <w:p/>
    <w:p>
      <w:r>
        <w:rPr>
          <w:b/>
          <w:sz w:val="24"/>
        </w:rPr>
        <w:t>Câu 8: Đường tiêm thuốc nào sau đây có tác dụng nhanh nhất?</w:t>
      </w:r>
    </w:p>
    <w:p>
      <w:pPr>
        <w:pStyle w:val="ListParagraph"/>
      </w:pPr>
      <w:r>
        <w:rPr>
          <w:sz w:val="22"/>
        </w:rPr>
        <w:t>A. Tiêm dưới da</w:t>
      </w:r>
    </w:p>
    <w:p>
      <w:pPr>
        <w:pStyle w:val="ListParagraph"/>
      </w:pPr>
      <w:r>
        <w:rPr>
          <w:sz w:val="22"/>
        </w:rPr>
        <w:t>B. Tiêm bắp</w:t>
      </w:r>
    </w:p>
    <w:p>
      <w:pPr>
        <w:pStyle w:val="ListParagraph"/>
      </w:pPr>
      <w:r>
        <w:rPr>
          <w:sz w:val="22"/>
        </w:rPr>
        <w:t>C. Tiêm tĩnh mạch</w:t>
      </w:r>
    </w:p>
    <w:p>
      <w:pPr>
        <w:pStyle w:val="ListParagraph"/>
      </w:pPr>
      <w:r>
        <w:rPr>
          <w:sz w:val="22"/>
        </w:rPr>
        <w:t>D. Tiêm trong da</w:t>
      </w:r>
    </w:p>
    <w:p/>
    <w:p>
      <w:r>
        <w:rPr>
          <w:b/>
          <w:sz w:val="24"/>
        </w:rPr>
        <w:t>Câu 9: Dược điển Việt Nam là gì?</w:t>
      </w:r>
    </w:p>
    <w:p>
      <w:pPr>
        <w:pStyle w:val="ListParagraph"/>
      </w:pPr>
      <w:r>
        <w:rPr>
          <w:sz w:val="22"/>
        </w:rPr>
        <w:t>A. Sách hướng dẫn sử dụng thuốc</w:t>
      </w:r>
    </w:p>
    <w:p>
      <w:pPr>
        <w:pStyle w:val="ListParagraph"/>
      </w:pPr>
      <w:r>
        <w:rPr>
          <w:sz w:val="22"/>
        </w:rPr>
        <w:t>B. Bộ luật về dược</w:t>
      </w:r>
    </w:p>
    <w:p>
      <w:pPr>
        <w:pStyle w:val="ListParagraph"/>
      </w:pPr>
      <w:r>
        <w:rPr>
          <w:sz w:val="22"/>
        </w:rPr>
        <w:t>C. Bộ tiêu chuẩn quy định chất lượng thuốc</w:t>
      </w:r>
    </w:p>
    <w:p>
      <w:pPr>
        <w:pStyle w:val="ListParagraph"/>
      </w:pPr>
      <w:r>
        <w:rPr>
          <w:sz w:val="22"/>
        </w:rPr>
        <w:t>D. Danh mục thuốc thiết yếu</w:t>
      </w:r>
    </w:p>
    <w:p/>
    <w:p>
      <w:r>
        <w:rPr>
          <w:b/>
          <w:sz w:val="24"/>
        </w:rPr>
        <w:t>Câu 10: Tương tác thuốc là gì?</w:t>
      </w:r>
    </w:p>
    <w:p>
      <w:pPr>
        <w:pStyle w:val="ListParagraph"/>
      </w:pPr>
      <w:r>
        <w:rPr>
          <w:sz w:val="22"/>
        </w:rPr>
        <w:t>A. Phản ứng giữa thuốc và thức ăn</w:t>
      </w:r>
    </w:p>
    <w:p>
      <w:pPr>
        <w:pStyle w:val="ListParagraph"/>
      </w:pPr>
      <w:r>
        <w:rPr>
          <w:sz w:val="22"/>
        </w:rPr>
        <w:t>B. Sự thay đổi tác dụng của thuốc này do thuốc khác</w:t>
      </w:r>
    </w:p>
    <w:p>
      <w:pPr>
        <w:pStyle w:val="ListParagraph"/>
      </w:pPr>
      <w:r>
        <w:rPr>
          <w:sz w:val="22"/>
        </w:rPr>
        <w:t>C. Tác dụng của thuốc trên bệnh nhân</w:t>
      </w:r>
    </w:p>
    <w:p>
      <w:pPr>
        <w:pStyle w:val="ListParagraph"/>
      </w:pPr>
      <w:r>
        <w:rPr>
          <w:sz w:val="22"/>
        </w:rPr>
        <w:t>D. Phản ứng dị ứng với thuốc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C</w:t>
      </w:r>
    </w:p>
    <w:p>
      <w:r>
        <w:rPr>
          <w:b/>
        </w:rPr>
        <w:t>Câu 3: Đáp án đúng: B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C</w:t>
      </w:r>
    </w:p>
    <w:p>
      <w:r>
        <w:rPr>
          <w:b/>
        </w:rPr>
        <w:t>Câu 9: Đáp án đúng: C</w:t>
      </w:r>
    </w:p>
    <w:p>
      <w:r>
        <w:rPr>
          <w:b/>
        </w:rPr>
        <w:t>Câu 10: Đáp án đúng: B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