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tâp toán 4 tuần 9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1 giờ bằng bao nhiêu giây?</w:t>
      </w:r>
    </w:p>
    <w:p>
      <w:pPr>
        <w:pStyle w:val="ListParagraph"/>
      </w:pPr>
      <w:r>
        <w:rPr>
          <w:sz w:val="22"/>
        </w:rPr>
        <w:t>A. 60 giây</w:t>
      </w:r>
    </w:p>
    <w:p>
      <w:pPr>
        <w:pStyle w:val="ListParagraph"/>
      </w:pPr>
      <w:r>
        <w:rPr>
          <w:sz w:val="22"/>
        </w:rPr>
        <w:t>B. 3600 giây</w:t>
      </w:r>
    </w:p>
    <w:p>
      <w:pPr>
        <w:pStyle w:val="ListParagraph"/>
      </w:pPr>
      <w:r>
        <w:rPr>
          <w:sz w:val="22"/>
        </w:rPr>
        <w:t>C. 600 giây</w:t>
      </w:r>
    </w:p>
    <w:p>
      <w:pPr>
        <w:pStyle w:val="ListParagraph"/>
      </w:pPr>
      <w:r>
        <w:rPr>
          <w:sz w:val="22"/>
        </w:rPr>
        <w:t>D. 360 giây</w:t>
      </w:r>
    </w:p>
    <w:p/>
    <w:p>
      <w:r>
        <w:rPr>
          <w:b/>
          <w:sz w:val="24"/>
        </w:rPr>
        <w:t>Câu 2: 1 thế kỉ bằng bao nhiêu năm?</w:t>
      </w:r>
    </w:p>
    <w:p>
      <w:pPr>
        <w:pStyle w:val="ListParagraph"/>
      </w:pPr>
      <w:r>
        <w:rPr>
          <w:sz w:val="22"/>
        </w:rPr>
        <w:t>A. 10 năm</w:t>
      </w:r>
    </w:p>
    <w:p>
      <w:pPr>
        <w:pStyle w:val="ListParagraph"/>
      </w:pPr>
      <w:r>
        <w:rPr>
          <w:sz w:val="22"/>
        </w:rPr>
        <w:t>B. 100 năm</w:t>
      </w:r>
    </w:p>
    <w:p>
      <w:pPr>
        <w:pStyle w:val="ListParagraph"/>
      </w:pPr>
      <w:r>
        <w:rPr>
          <w:sz w:val="22"/>
        </w:rPr>
        <w:t>C. 1000 năm</w:t>
      </w:r>
    </w:p>
    <w:p>
      <w:pPr>
        <w:pStyle w:val="ListParagraph"/>
      </w:pPr>
      <w:r>
        <w:rPr>
          <w:sz w:val="22"/>
        </w:rPr>
        <w:t>D. 50 năm</w:t>
      </w:r>
    </w:p>
    <w:p/>
    <w:p>
      <w:r>
        <w:rPr>
          <w:b/>
          <w:sz w:val="24"/>
        </w:rPr>
        <w:t>Câu 3: 1/2 giờ bằng bao nhiêu phút?</w:t>
      </w:r>
    </w:p>
    <w:p>
      <w:pPr>
        <w:pStyle w:val="ListParagraph"/>
      </w:pPr>
      <w:r>
        <w:rPr>
          <w:sz w:val="22"/>
        </w:rPr>
        <w:t>A. 20 phút</w:t>
      </w:r>
    </w:p>
    <w:p>
      <w:pPr>
        <w:pStyle w:val="ListParagraph"/>
      </w:pPr>
      <w:r>
        <w:rPr>
          <w:sz w:val="22"/>
        </w:rPr>
        <w:t>B. 30 phút</w:t>
      </w:r>
    </w:p>
    <w:p>
      <w:pPr>
        <w:pStyle w:val="ListParagraph"/>
      </w:pPr>
      <w:r>
        <w:rPr>
          <w:sz w:val="22"/>
        </w:rPr>
        <w:t>C. 40 phút</w:t>
      </w:r>
    </w:p>
    <w:p>
      <w:pPr>
        <w:pStyle w:val="ListParagraph"/>
      </w:pPr>
      <w:r>
        <w:rPr>
          <w:sz w:val="22"/>
        </w:rPr>
        <w:t>D. 50 phút</w:t>
      </w:r>
    </w:p>
    <w:p/>
    <w:p>
      <w:r>
        <w:rPr>
          <w:b/>
          <w:sz w:val="24"/>
        </w:rPr>
        <w:t>Câu 4: 1/4 thế kỉ bằng bao nhiêu năm?</w:t>
      </w:r>
    </w:p>
    <w:p>
      <w:pPr>
        <w:pStyle w:val="ListParagraph"/>
      </w:pPr>
      <w:r>
        <w:rPr>
          <w:sz w:val="22"/>
        </w:rPr>
        <w:t>A. 20 năm</w:t>
      </w:r>
    </w:p>
    <w:p>
      <w:pPr>
        <w:pStyle w:val="ListParagraph"/>
      </w:pPr>
      <w:r>
        <w:rPr>
          <w:sz w:val="22"/>
        </w:rPr>
        <w:t>B. 25 năm</w:t>
      </w:r>
    </w:p>
    <w:p>
      <w:pPr>
        <w:pStyle w:val="ListParagraph"/>
      </w:pPr>
      <w:r>
        <w:rPr>
          <w:sz w:val="22"/>
        </w:rPr>
        <w:t>C. 30 năm</w:t>
      </w:r>
    </w:p>
    <w:p>
      <w:pPr>
        <w:pStyle w:val="ListParagraph"/>
      </w:pPr>
      <w:r>
        <w:rPr>
          <w:sz w:val="22"/>
        </w:rPr>
        <w:t>D. 40 năm</w:t>
      </w:r>
    </w:p>
    <w:p/>
    <w:p>
      <w:r>
        <w:rPr>
          <w:b/>
          <w:sz w:val="24"/>
        </w:rPr>
        <w:t>Câu 5: 1 ngày bằng bao nhiêu giờ?</w:t>
      </w:r>
    </w:p>
    <w:p>
      <w:pPr>
        <w:pStyle w:val="ListParagraph"/>
      </w:pPr>
      <w:r>
        <w:rPr>
          <w:sz w:val="22"/>
        </w:rPr>
        <w:t>A. 12 giờ</w:t>
      </w:r>
    </w:p>
    <w:p>
      <w:pPr>
        <w:pStyle w:val="ListParagraph"/>
      </w:pPr>
      <w:r>
        <w:rPr>
          <w:sz w:val="22"/>
        </w:rPr>
        <w:t>B. 24 giờ</w:t>
      </w:r>
    </w:p>
    <w:p>
      <w:pPr>
        <w:pStyle w:val="ListParagraph"/>
      </w:pPr>
      <w:r>
        <w:rPr>
          <w:sz w:val="22"/>
        </w:rPr>
        <w:t>C. 36 giờ</w:t>
      </w:r>
    </w:p>
    <w:p>
      <w:pPr>
        <w:pStyle w:val="ListParagraph"/>
      </w:pPr>
      <w:r>
        <w:rPr>
          <w:sz w:val="22"/>
        </w:rPr>
        <w:t>D. 48 giờ</w:t>
      </w:r>
    </w:p>
    <w:p/>
    <w:p>
      <w:r>
        <w:rPr>
          <w:b/>
          <w:sz w:val="24"/>
        </w:rPr>
        <w:t>Câu 6: 1 phút bằng bao nhiêu giây?</w:t>
      </w:r>
    </w:p>
    <w:p>
      <w:pPr>
        <w:pStyle w:val="ListParagraph"/>
      </w:pPr>
      <w:r>
        <w:rPr>
          <w:sz w:val="22"/>
        </w:rPr>
        <w:t>A. 30 giây</w:t>
      </w:r>
    </w:p>
    <w:p>
      <w:pPr>
        <w:pStyle w:val="ListParagraph"/>
      </w:pPr>
      <w:r>
        <w:rPr>
          <w:sz w:val="22"/>
        </w:rPr>
        <w:t>B. 60 giây</w:t>
      </w:r>
    </w:p>
    <w:p>
      <w:pPr>
        <w:pStyle w:val="ListParagraph"/>
      </w:pPr>
      <w:r>
        <w:rPr>
          <w:sz w:val="22"/>
        </w:rPr>
        <w:t>C. 90 giây</w:t>
      </w:r>
    </w:p>
    <w:p>
      <w:pPr>
        <w:pStyle w:val="ListParagraph"/>
      </w:pPr>
      <w:r>
        <w:rPr>
          <w:sz w:val="22"/>
        </w:rPr>
        <w:t>D. 120 giây</w:t>
      </w:r>
    </w:p>
    <w:p/>
    <w:p>
      <w:r>
        <w:rPr>
          <w:b/>
          <w:sz w:val="24"/>
        </w:rPr>
        <w:t>Câu 7: 1/5 thế kỉ bằng bao nhiêu năm?</w:t>
      </w:r>
    </w:p>
    <w:p>
      <w:pPr>
        <w:pStyle w:val="ListParagraph"/>
      </w:pPr>
      <w:r>
        <w:rPr>
          <w:sz w:val="22"/>
        </w:rPr>
        <w:t>A. 10 năm</w:t>
      </w:r>
    </w:p>
    <w:p>
      <w:pPr>
        <w:pStyle w:val="ListParagraph"/>
      </w:pPr>
      <w:r>
        <w:rPr>
          <w:sz w:val="22"/>
        </w:rPr>
        <w:t>B. 15 năm</w:t>
      </w:r>
    </w:p>
    <w:p>
      <w:pPr>
        <w:pStyle w:val="ListParagraph"/>
      </w:pPr>
      <w:r>
        <w:rPr>
          <w:sz w:val="22"/>
        </w:rPr>
        <w:t>C. 20 năm</w:t>
      </w:r>
    </w:p>
    <w:p>
      <w:pPr>
        <w:pStyle w:val="ListParagraph"/>
      </w:pPr>
      <w:r>
        <w:rPr>
          <w:sz w:val="22"/>
        </w:rPr>
        <w:t>D. 25 năm</w:t>
      </w:r>
    </w:p>
    <w:p/>
    <w:p>
      <w:r>
        <w:rPr>
          <w:b/>
          <w:sz w:val="24"/>
        </w:rPr>
        <w:t>Câu 8: 1 tuần lễ có bao nhiêu ngày?</w:t>
      </w:r>
    </w:p>
    <w:p>
      <w:pPr>
        <w:pStyle w:val="ListParagraph"/>
      </w:pPr>
      <w:r>
        <w:rPr>
          <w:sz w:val="22"/>
        </w:rPr>
        <w:t>A. 5 ngày</w:t>
      </w:r>
    </w:p>
    <w:p>
      <w:pPr>
        <w:pStyle w:val="ListParagraph"/>
      </w:pPr>
      <w:r>
        <w:rPr>
          <w:sz w:val="22"/>
        </w:rPr>
        <w:t>B. 6 ngày</w:t>
      </w:r>
    </w:p>
    <w:p>
      <w:pPr>
        <w:pStyle w:val="ListParagraph"/>
      </w:pPr>
      <w:r>
        <w:rPr>
          <w:sz w:val="22"/>
        </w:rPr>
        <w:t>C. 7 ngày</w:t>
      </w:r>
    </w:p>
    <w:p>
      <w:pPr>
        <w:pStyle w:val="ListParagraph"/>
      </w:pPr>
      <w:r>
        <w:rPr>
          <w:sz w:val="22"/>
        </w:rPr>
        <w:t>D. 8 ngày</w:t>
      </w:r>
    </w:p>
    <w:p/>
    <w:p>
      <w:r>
        <w:rPr>
          <w:b/>
          <w:sz w:val="24"/>
        </w:rPr>
        <w:t>Câu 9: 1/3 giờ bằng bao nhiêu phút?</w:t>
      </w:r>
    </w:p>
    <w:p>
      <w:pPr>
        <w:pStyle w:val="ListParagraph"/>
      </w:pPr>
      <w:r>
        <w:rPr>
          <w:sz w:val="22"/>
        </w:rPr>
        <w:t>A. 15 phút</w:t>
      </w:r>
    </w:p>
    <w:p>
      <w:pPr>
        <w:pStyle w:val="ListParagraph"/>
      </w:pPr>
      <w:r>
        <w:rPr>
          <w:sz w:val="22"/>
        </w:rPr>
        <w:t>B. 20 phút</w:t>
      </w:r>
    </w:p>
    <w:p>
      <w:pPr>
        <w:pStyle w:val="ListParagraph"/>
      </w:pPr>
      <w:r>
        <w:rPr>
          <w:sz w:val="22"/>
        </w:rPr>
        <w:t>C. 25 phút</w:t>
      </w:r>
    </w:p>
    <w:p>
      <w:pPr>
        <w:pStyle w:val="ListParagraph"/>
      </w:pPr>
      <w:r>
        <w:rPr>
          <w:sz w:val="22"/>
        </w:rPr>
        <w:t>D. 30 phút</w:t>
      </w:r>
    </w:p>
    <w:p/>
    <w:p>
      <w:r>
        <w:rPr>
          <w:b/>
          <w:sz w:val="24"/>
        </w:rPr>
        <w:t>Câu 10: 1 thế kỉ bằng bao nhiêu thập kỉ?</w:t>
      </w:r>
    </w:p>
    <w:p>
      <w:pPr>
        <w:pStyle w:val="ListParagraph"/>
      </w:pPr>
      <w:r>
        <w:rPr>
          <w:sz w:val="22"/>
        </w:rPr>
        <w:t>A. 5 thập kỉ</w:t>
      </w:r>
    </w:p>
    <w:p>
      <w:pPr>
        <w:pStyle w:val="ListParagraph"/>
      </w:pPr>
      <w:r>
        <w:rPr>
          <w:sz w:val="22"/>
        </w:rPr>
        <w:t>B. 10 thập kỉ</w:t>
      </w:r>
    </w:p>
    <w:p>
      <w:pPr>
        <w:pStyle w:val="ListParagraph"/>
      </w:pPr>
      <w:r>
        <w:rPr>
          <w:sz w:val="22"/>
        </w:rPr>
        <w:t>C. 20 thập kỉ</w:t>
      </w:r>
    </w:p>
    <w:p>
      <w:pPr>
        <w:pStyle w:val="ListParagraph"/>
      </w:pPr>
      <w:r>
        <w:rPr>
          <w:sz w:val="22"/>
        </w:rPr>
        <w:t>D. 100 thập kỉ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