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lịch sử BÀI 6. HOẠT ĐỘNG CỦA NGUYỄN ÁI QUỐC VÀ S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Nguyễn Ái Quốc gửi bản Yêu sách của nhân dân An Nam tới Hội nghị Véc-xai vào thời gian nào?</w:t>
      </w:r>
    </w:p>
    <w:p>
      <w:pPr>
        <w:pStyle w:val="ListParagraph"/>
      </w:pPr>
      <w:r>
        <w:rPr>
          <w:sz w:val="22"/>
        </w:rPr>
        <w:t>A. Tháng 6/1919</w:t>
      </w:r>
    </w:p>
    <w:p>
      <w:pPr>
        <w:pStyle w:val="ListParagraph"/>
      </w:pPr>
      <w:r>
        <w:rPr>
          <w:sz w:val="22"/>
        </w:rPr>
        <w:t>B. Tháng 7/1920</w:t>
      </w:r>
    </w:p>
    <w:p>
      <w:pPr>
        <w:pStyle w:val="ListParagraph"/>
      </w:pPr>
      <w:r>
        <w:rPr>
          <w:sz w:val="22"/>
        </w:rPr>
        <w:t>C. Tháng 12/1920</w:t>
      </w:r>
    </w:p>
    <w:p>
      <w:pPr>
        <w:pStyle w:val="ListParagraph"/>
      </w:pPr>
      <w:r>
        <w:rPr>
          <w:sz w:val="22"/>
        </w:rPr>
        <w:t>D. Tháng 10/1923</w:t>
      </w:r>
    </w:p>
    <w:p/>
    <w:p>
      <w:r>
        <w:rPr>
          <w:b/>
          <w:sz w:val="24"/>
        </w:rPr>
        <w:t>Câu 2: Sự kiện nào đánh dấu bước ngoặt quyết định trong hoạt động của Nguyễn Ái Quốc, từ chủ nghĩa yêu nước đến chủ nghĩa Mác - Lê-nin và đi theo cách mạng vô sản?</w:t>
      </w:r>
    </w:p>
    <w:p>
      <w:pPr>
        <w:pStyle w:val="ListParagraph"/>
      </w:pPr>
      <w:r>
        <w:rPr>
          <w:sz w:val="22"/>
        </w:rPr>
        <w:t>A. Gửi bản Yêu sách của nhân dân An Nam (6/1919)</w:t>
      </w:r>
    </w:p>
    <w:p>
      <w:pPr>
        <w:pStyle w:val="ListParagraph"/>
      </w:pPr>
      <w:r>
        <w:rPr>
          <w:sz w:val="22"/>
        </w:rPr>
        <w:t>B. Đọc Sơ thảo Luận cương của Lê-nin (7/1920)</w:t>
      </w:r>
    </w:p>
    <w:p>
      <w:pPr>
        <w:pStyle w:val="ListParagraph"/>
      </w:pPr>
      <w:r>
        <w:rPr>
          <w:sz w:val="22"/>
        </w:rPr>
        <w:t>C. Dự Đại hội Tua, bỏ phiếu tán thành gia nhập Quốc tế Cộng sản và tham gia thành lập Đảng Cộng sản Pháp (12/1920)</w:t>
      </w:r>
    </w:p>
    <w:p>
      <w:pPr>
        <w:pStyle w:val="ListParagraph"/>
      </w:pPr>
      <w:r>
        <w:rPr>
          <w:sz w:val="22"/>
        </w:rPr>
        <w:t>D. Sáng lập Hội Liên hiệp thuộc địa (1921)</w:t>
      </w:r>
    </w:p>
    <w:p/>
    <w:p>
      <w:r>
        <w:rPr>
          <w:b/>
          <w:sz w:val="24"/>
        </w:rPr>
        <w:t>Câu 3: Nguyễn Ái Quốc sáng lập Hội Việt Nam Cách mạng Thanh niên vào thời gian nào?</w:t>
      </w:r>
    </w:p>
    <w:p>
      <w:pPr>
        <w:pStyle w:val="ListParagraph"/>
      </w:pPr>
      <w:r>
        <w:rPr>
          <w:sz w:val="22"/>
        </w:rPr>
        <w:t>A. Tháng 6/1925</w:t>
      </w:r>
    </w:p>
    <w:p>
      <w:pPr>
        <w:pStyle w:val="ListParagraph"/>
      </w:pPr>
      <w:r>
        <w:rPr>
          <w:sz w:val="22"/>
        </w:rPr>
        <w:t>B. Tháng 7/1925</w:t>
      </w:r>
    </w:p>
    <w:p>
      <w:pPr>
        <w:pStyle w:val="ListParagraph"/>
      </w:pPr>
      <w:r>
        <w:rPr>
          <w:sz w:val="22"/>
        </w:rPr>
        <w:t>C. Đầu năm 1927</w:t>
      </w:r>
    </w:p>
    <w:p>
      <w:pPr>
        <w:pStyle w:val="ListParagraph"/>
      </w:pPr>
      <w:r>
        <w:rPr>
          <w:sz w:val="22"/>
        </w:rPr>
        <w:t>D. Tháng 6/1929</w:t>
      </w:r>
    </w:p>
    <w:p/>
    <w:p>
      <w:r>
        <w:rPr>
          <w:b/>
          <w:sz w:val="24"/>
        </w:rPr>
        <w:t>Câu 4: Tác phẩm Đường Kách mệnh của Nguyễn Ái Quốc được xuất bản vào thời gian nào?</w:t>
      </w:r>
    </w:p>
    <w:p>
      <w:pPr>
        <w:pStyle w:val="ListParagraph"/>
      </w:pPr>
      <w:r>
        <w:rPr>
          <w:sz w:val="22"/>
        </w:rPr>
        <w:t>A. Năm 1925</w:t>
      </w:r>
    </w:p>
    <w:p>
      <w:pPr>
        <w:pStyle w:val="ListParagraph"/>
      </w:pPr>
      <w:r>
        <w:rPr>
          <w:sz w:val="22"/>
        </w:rPr>
        <w:t>B. Năm 1926</w:t>
      </w:r>
    </w:p>
    <w:p>
      <w:pPr>
        <w:pStyle w:val="ListParagraph"/>
      </w:pPr>
      <w:r>
        <w:rPr>
          <w:sz w:val="22"/>
        </w:rPr>
        <w:t>C. Đầu năm 1927</w:t>
      </w:r>
    </w:p>
    <w:p>
      <w:pPr>
        <w:pStyle w:val="ListParagraph"/>
      </w:pPr>
      <w:r>
        <w:rPr>
          <w:sz w:val="22"/>
        </w:rPr>
        <w:t>D. Năm 1929</w:t>
      </w:r>
    </w:p>
    <w:p/>
    <w:p>
      <w:r>
        <w:rPr>
          <w:b/>
          <w:sz w:val="24"/>
        </w:rPr>
        <w:t>Câu 5: Tổ chức cộng sản nào được thành lập vào tháng 6/1929 tại Hà Nội?</w:t>
      </w:r>
    </w:p>
    <w:p>
      <w:pPr>
        <w:pStyle w:val="ListParagraph"/>
      </w:pPr>
      <w:r>
        <w:rPr>
          <w:sz w:val="22"/>
        </w:rPr>
        <w:t>A. Đông Dương Cộng sản đảng</w:t>
      </w:r>
    </w:p>
    <w:p>
      <w:pPr>
        <w:pStyle w:val="ListParagraph"/>
      </w:pPr>
      <w:r>
        <w:rPr>
          <w:sz w:val="22"/>
        </w:rPr>
        <w:t>B. An Nam Cộng sản đảng</w:t>
      </w:r>
    </w:p>
    <w:p>
      <w:pPr>
        <w:pStyle w:val="ListParagraph"/>
      </w:pPr>
      <w:r>
        <w:rPr>
          <w:sz w:val="22"/>
        </w:rPr>
        <w:t>C. Đông Dương Cộng sản liên đoàn</w:t>
      </w:r>
    </w:p>
    <w:p>
      <w:pPr>
        <w:pStyle w:val="ListParagraph"/>
      </w:pPr>
      <w:r>
        <w:rPr>
          <w:sz w:val="22"/>
        </w:rPr>
        <w:t>D. Hội Việt Nam Cách mạng Thanh niên</w:t>
      </w:r>
    </w:p>
    <w:p/>
    <w:p>
      <w:r>
        <w:rPr>
          <w:b/>
          <w:sz w:val="24"/>
        </w:rPr>
        <w:t>Câu 6: Hội nghị thành lập Đảng Cộng sản Việt Nam bắt đầu vào thời gian nào?</w:t>
      </w:r>
    </w:p>
    <w:p>
      <w:pPr>
        <w:pStyle w:val="ListParagraph"/>
      </w:pPr>
      <w:r>
        <w:rPr>
          <w:sz w:val="22"/>
        </w:rPr>
        <w:t>A. Ngày 6/1/1930</w:t>
      </w:r>
    </w:p>
    <w:p>
      <w:pPr>
        <w:pStyle w:val="ListParagraph"/>
      </w:pPr>
      <w:r>
        <w:rPr>
          <w:sz w:val="22"/>
        </w:rPr>
        <w:t>B. Ngày 3/2/1930</w:t>
      </w:r>
    </w:p>
    <w:p>
      <w:pPr>
        <w:pStyle w:val="ListParagraph"/>
      </w:pPr>
      <w:r>
        <w:rPr>
          <w:sz w:val="22"/>
        </w:rPr>
        <w:t>C. Ngày 24/2/1930</w:t>
      </w:r>
    </w:p>
    <w:p>
      <w:pPr>
        <w:pStyle w:val="ListParagraph"/>
      </w:pPr>
      <w:r>
        <w:rPr>
          <w:sz w:val="22"/>
        </w:rPr>
        <w:t>D. Ngày 6/6/1930</w:t>
      </w:r>
    </w:p>
    <w:p/>
    <w:p>
      <w:r>
        <w:rPr>
          <w:b/>
          <w:sz w:val="24"/>
        </w:rPr>
        <w:t>Câu 7: Cương lĩnh chính trị đầu tiên của Đảng Cộng sản Việt Nam do ai soạn thảo?</w:t>
      </w:r>
    </w:p>
    <w:p>
      <w:pPr>
        <w:pStyle w:val="ListParagraph"/>
      </w:pPr>
      <w:r>
        <w:rPr>
          <w:sz w:val="22"/>
        </w:rPr>
        <w:t>A. Trần Phú</w:t>
      </w:r>
    </w:p>
    <w:p>
      <w:pPr>
        <w:pStyle w:val="ListParagraph"/>
      </w:pPr>
      <w:r>
        <w:rPr>
          <w:sz w:val="22"/>
        </w:rPr>
        <w:t>B. Nguyễn Ái Quốc</w:t>
      </w:r>
    </w:p>
    <w:p>
      <w:pPr>
        <w:pStyle w:val="ListParagraph"/>
      </w:pPr>
      <w:r>
        <w:rPr>
          <w:sz w:val="22"/>
        </w:rPr>
        <w:t>C. Lê Hồng Phong</w:t>
      </w:r>
    </w:p>
    <w:p>
      <w:pPr>
        <w:pStyle w:val="ListParagraph"/>
      </w:pPr>
      <w:r>
        <w:rPr>
          <w:sz w:val="22"/>
        </w:rPr>
        <w:t>D. Phạm Văn Đồng</w:t>
      </w:r>
    </w:p>
    <w:p/>
    <w:p>
      <w:r>
        <w:rPr>
          <w:b/>
          <w:sz w:val="24"/>
        </w:rPr>
        <w:t>Câu 8: Theo Cương lĩnh chính trị đầu tiên, lực lượng cách mạng bao gồm những giai cấp, tầng lớp nào?</w:t>
      </w:r>
    </w:p>
    <w:p>
      <w:pPr>
        <w:pStyle w:val="ListParagraph"/>
      </w:pPr>
      <w:r>
        <w:rPr>
          <w:sz w:val="22"/>
        </w:rPr>
        <w:t>A. Công nhân, nông dân, tiểu tư sản, trí thức, trung nông</w:t>
      </w:r>
    </w:p>
    <w:p>
      <w:pPr>
        <w:pStyle w:val="ListParagraph"/>
      </w:pPr>
      <w:r>
        <w:rPr>
          <w:sz w:val="22"/>
        </w:rPr>
        <w:t>B. Công nhân, nông dân, địa chủ, tư sản</w:t>
      </w:r>
    </w:p>
    <w:p>
      <w:pPr>
        <w:pStyle w:val="ListParagraph"/>
      </w:pPr>
      <w:r>
        <w:rPr>
          <w:sz w:val="22"/>
        </w:rPr>
        <w:t>C. Công nhân, nông dân, tư sản dân tộc</w:t>
      </w:r>
    </w:p>
    <w:p>
      <w:pPr>
        <w:pStyle w:val="ListParagraph"/>
      </w:pPr>
      <w:r>
        <w:rPr>
          <w:sz w:val="22"/>
        </w:rPr>
        <w:t>D. Công nhân, nông dân, binh lính</w:t>
      </w:r>
    </w:p>
    <w:p/>
    <w:p>
      <w:r>
        <w:rPr>
          <w:b/>
          <w:sz w:val="24"/>
        </w:rPr>
        <w:t>Câu 9: Nguyên nhân sâu xa dẫn đến Chiến tranh thế giới thứ hai là gì?</w:t>
      </w:r>
    </w:p>
    <w:p>
      <w:pPr>
        <w:pStyle w:val="ListParagraph"/>
      </w:pPr>
      <w:r>
        <w:rPr>
          <w:sz w:val="22"/>
        </w:rPr>
        <w:t>A. Mâu thuẫn về thị trường, thuộc địa giữa các nước đế quốc</w:t>
      </w:r>
    </w:p>
    <w:p>
      <w:pPr>
        <w:pStyle w:val="ListParagraph"/>
      </w:pPr>
      <w:r>
        <w:rPr>
          <w:sz w:val="22"/>
        </w:rPr>
        <w:t>B. Cuộc Đại suy thoái kinh tế thế giới (1929-1933)</w:t>
      </w:r>
    </w:p>
    <w:p>
      <w:pPr>
        <w:pStyle w:val="ListParagraph"/>
      </w:pPr>
      <w:r>
        <w:rPr>
          <w:sz w:val="22"/>
        </w:rPr>
        <w:t>C. Sự hình thành chủ nghĩa phát xít</w:t>
      </w:r>
    </w:p>
    <w:p>
      <w:pPr>
        <w:pStyle w:val="ListParagraph"/>
      </w:pPr>
      <w:r>
        <w:rPr>
          <w:sz w:val="22"/>
        </w:rPr>
        <w:t>D. Chính sách dung dưỡng phát xít của Anh, Pháp, Mỹ</w:t>
      </w:r>
    </w:p>
    <w:p/>
    <w:p>
      <w:r>
        <w:rPr>
          <w:b/>
          <w:sz w:val="24"/>
        </w:rPr>
        <w:t>Câu 10: Sự kiện nào đánh dấu Chiến tranh thế giới thứ hai bùng nổ?</w:t>
      </w:r>
    </w:p>
    <w:p>
      <w:pPr>
        <w:pStyle w:val="ListParagraph"/>
      </w:pPr>
      <w:r>
        <w:rPr>
          <w:sz w:val="22"/>
        </w:rPr>
        <w:t>A. Đức tấn công Ba Lan (1/9/1939)</w:t>
      </w:r>
    </w:p>
    <w:p>
      <w:pPr>
        <w:pStyle w:val="ListParagraph"/>
      </w:pPr>
      <w:r>
        <w:rPr>
          <w:sz w:val="22"/>
        </w:rPr>
        <w:t>B. Đức tấn công Liên Xô (22/6/1941)</w:t>
      </w:r>
    </w:p>
    <w:p>
      <w:pPr>
        <w:pStyle w:val="ListParagraph"/>
      </w:pPr>
      <w:r>
        <w:rPr>
          <w:sz w:val="22"/>
        </w:rPr>
        <w:t>C. Nhật đánh Trân Châu Cảng (12/1941)</w:t>
      </w:r>
    </w:p>
    <w:p>
      <w:pPr>
        <w:pStyle w:val="ListParagraph"/>
      </w:pPr>
      <w:r>
        <w:rPr>
          <w:sz w:val="22"/>
        </w:rPr>
        <w:t>D. Anh, Pháp tuyên chiến với Đức (3/9/1939)</w:t>
      </w:r>
    </w:p>
    <w:p/>
    <w:p>
      <w:r>
        <w:rPr>
          <w:b/>
          <w:sz w:val="24"/>
        </w:rPr>
        <w:t>Câu 11: Chiến thắng nào của Liên Xô tạo bước ngoặt của Chiến tranh thế giới thứ hai?</w:t>
      </w:r>
    </w:p>
    <w:p>
      <w:pPr>
        <w:pStyle w:val="ListParagraph"/>
      </w:pPr>
      <w:r>
        <w:rPr>
          <w:sz w:val="22"/>
        </w:rPr>
        <w:t>A. Chiến thắng Xta-lin-grát (2/1943)</w:t>
      </w:r>
    </w:p>
    <w:p>
      <w:pPr>
        <w:pStyle w:val="ListParagraph"/>
      </w:pPr>
      <w:r>
        <w:rPr>
          <w:sz w:val="22"/>
        </w:rPr>
        <w:t>B. Chiến dịch Husky (17/8/1943)</w:t>
      </w:r>
    </w:p>
    <w:p>
      <w:pPr>
        <w:pStyle w:val="ListParagraph"/>
      </w:pPr>
      <w:r>
        <w:rPr>
          <w:sz w:val="22"/>
        </w:rPr>
        <w:t>C. Quân Đồng minh đổ bộ Normandy (6/1944)</w:t>
      </w:r>
    </w:p>
    <w:p>
      <w:pPr>
        <w:pStyle w:val="ListParagraph"/>
      </w:pPr>
      <w:r>
        <w:rPr>
          <w:sz w:val="22"/>
        </w:rPr>
        <w:t>D. Liên Xô đánh quân Nhật ở Đông Bắc Trung Quốc (8/1945)</w:t>
      </w:r>
    </w:p>
    <w:p/>
    <w:p>
      <w:r>
        <w:rPr>
          <w:b/>
          <w:sz w:val="24"/>
        </w:rPr>
        <w:t>Câu 12: Chiến tranh thế giới thứ hai kết thúc ở châu Âu khi nào?</w:t>
      </w:r>
    </w:p>
    <w:p>
      <w:pPr>
        <w:pStyle w:val="ListParagraph"/>
      </w:pPr>
      <w:r>
        <w:rPr>
          <w:sz w:val="22"/>
        </w:rPr>
        <w:t>A. Ngày 9/5/1945</w:t>
      </w:r>
    </w:p>
    <w:p>
      <w:pPr>
        <w:pStyle w:val="ListParagraph"/>
      </w:pPr>
      <w:r>
        <w:rPr>
          <w:sz w:val="22"/>
        </w:rPr>
        <w:t>B. Ngày 15/8/1945</w:t>
      </w:r>
    </w:p>
    <w:p>
      <w:pPr>
        <w:pStyle w:val="ListParagraph"/>
      </w:pPr>
      <w:r>
        <w:rPr>
          <w:sz w:val="22"/>
        </w:rPr>
        <w:t>C. Ngày 6/6/1944</w:t>
      </w:r>
    </w:p>
    <w:p>
      <w:pPr>
        <w:pStyle w:val="ListParagraph"/>
      </w:pPr>
      <w:r>
        <w:rPr>
          <w:sz w:val="22"/>
        </w:rPr>
        <w:t>D. Ngày 17/8/1943</w:t>
      </w:r>
    </w:p>
    <w:p/>
    <w:p>
      <w:r>
        <w:rPr>
          <w:b/>
          <w:sz w:val="24"/>
        </w:rPr>
        <w:t>Câu 13: Nước ta có bao nhiêu dân tộc?</w:t>
      </w:r>
    </w:p>
    <w:p>
      <w:pPr>
        <w:pStyle w:val="ListParagraph"/>
      </w:pPr>
      <w:r>
        <w:rPr>
          <w:sz w:val="22"/>
        </w:rPr>
        <w:t>A. 53 dân tộc</w:t>
      </w:r>
    </w:p>
    <w:p>
      <w:pPr>
        <w:pStyle w:val="ListParagraph"/>
      </w:pPr>
      <w:r>
        <w:rPr>
          <w:sz w:val="22"/>
        </w:rPr>
        <w:t>B. 54 dân tộc</w:t>
      </w:r>
    </w:p>
    <w:p>
      <w:pPr>
        <w:pStyle w:val="ListParagraph"/>
      </w:pPr>
      <w:r>
        <w:rPr>
          <w:sz w:val="22"/>
        </w:rPr>
        <w:t>C. 55 dân tộc</w:t>
      </w:r>
    </w:p>
    <w:p>
      <w:pPr>
        <w:pStyle w:val="ListParagraph"/>
      </w:pPr>
      <w:r>
        <w:rPr>
          <w:sz w:val="22"/>
        </w:rPr>
        <w:t>D. 56 dân tộc</w:t>
      </w:r>
    </w:p>
    <w:p/>
    <w:p>
      <w:r>
        <w:rPr>
          <w:b/>
          <w:sz w:val="24"/>
        </w:rPr>
        <w:t>Câu 14: Dân số nước ta năm 2024 khoảng bao nhiêu triệu người?</w:t>
      </w:r>
    </w:p>
    <w:p>
      <w:pPr>
        <w:pStyle w:val="ListParagraph"/>
      </w:pPr>
      <w:r>
        <w:rPr>
          <w:sz w:val="22"/>
        </w:rPr>
        <w:t>A. 98,5 triệu người</w:t>
      </w:r>
    </w:p>
    <w:p>
      <w:pPr>
        <w:pStyle w:val="ListParagraph"/>
      </w:pPr>
      <w:r>
        <w:rPr>
          <w:sz w:val="22"/>
        </w:rPr>
        <w:t>B. 100,3 triệu người</w:t>
      </w:r>
    </w:p>
    <w:p>
      <w:pPr>
        <w:pStyle w:val="ListParagraph"/>
      </w:pPr>
      <w:r>
        <w:rPr>
          <w:sz w:val="22"/>
        </w:rPr>
        <w:t>C. 101,3 triệu người</w:t>
      </w:r>
    </w:p>
    <w:p>
      <w:pPr>
        <w:pStyle w:val="ListParagraph"/>
      </w:pPr>
      <w:r>
        <w:rPr>
          <w:sz w:val="22"/>
        </w:rPr>
        <w:t>D. 103,1 triệu người</w:t>
      </w:r>
    </w:p>
    <w:p/>
    <w:p>
      <w:r>
        <w:rPr>
          <w:b/>
          <w:sz w:val="24"/>
        </w:rPr>
        <w:t>Câu 15: Mật độ dân số trung bình của nước ta năm 2024 là bao nhiêu?</w:t>
      </w:r>
    </w:p>
    <w:p>
      <w:pPr>
        <w:pStyle w:val="ListParagraph"/>
      </w:pPr>
      <w:r>
        <w:rPr>
          <w:sz w:val="22"/>
        </w:rPr>
        <w:t>A. 306 người/km²</w:t>
      </w:r>
    </w:p>
    <w:p>
      <w:pPr>
        <w:pStyle w:val="ListParagraph"/>
      </w:pPr>
      <w:r>
        <w:rPr>
          <w:sz w:val="22"/>
        </w:rPr>
        <w:t>B. 1034 người/km²</w:t>
      </w:r>
    </w:p>
    <w:p>
      <w:pPr>
        <w:pStyle w:val="ListParagraph"/>
      </w:pPr>
      <w:r>
        <w:rPr>
          <w:sz w:val="22"/>
        </w:rPr>
        <w:t>C. 136 người/km²</w:t>
      </w:r>
    </w:p>
    <w:p>
      <w:pPr>
        <w:pStyle w:val="ListParagraph"/>
      </w:pPr>
      <w:r>
        <w:rPr>
          <w:sz w:val="22"/>
        </w:rPr>
        <w:t>D. 295 người/km²</w:t>
      </w:r>
    </w:p>
    <w:p/>
    <w:p>
      <w:r>
        <w:rPr>
          <w:b/>
          <w:sz w:val="24"/>
        </w:rPr>
        <w:t>Câu 16: Vùng nào có mật độ dân số cao nhất nước ta năm 2024?</w:t>
      </w:r>
    </w:p>
    <w:p>
      <w:pPr>
        <w:pStyle w:val="ListParagraph"/>
      </w:pPr>
      <w:r>
        <w:rPr>
          <w:sz w:val="22"/>
        </w:rPr>
        <w:t>A. Đồng bằng sông Hồng</w:t>
      </w:r>
    </w:p>
    <w:p>
      <w:pPr>
        <w:pStyle w:val="ListParagraph"/>
      </w:pPr>
      <w:r>
        <w:rPr>
          <w:sz w:val="22"/>
        </w:rPr>
        <w:t>B. Đông Nam Bộ</w:t>
      </w:r>
    </w:p>
    <w:p>
      <w:pPr>
        <w:pStyle w:val="ListParagraph"/>
      </w:pPr>
      <w:r>
        <w:rPr>
          <w:sz w:val="22"/>
        </w:rPr>
        <w:t>C. Đồng bằng sông Cửu Long</w:t>
      </w:r>
    </w:p>
    <w:p>
      <w:pPr>
        <w:pStyle w:val="ListParagraph"/>
      </w:pPr>
      <w:r>
        <w:rPr>
          <w:sz w:val="22"/>
        </w:rPr>
        <w:t>D. Duyên hải Nam Trung Bộ</w:t>
      </w:r>
    </w:p>
    <w:p/>
    <w:p>
      <w:r>
        <w:rPr>
          <w:b/>
          <w:sz w:val="24"/>
        </w:rPr>
        <w:t>Câu 17: Tỉ lệ dân thành thị của nước ta năm 2024 là bao nhiêu?</w:t>
      </w:r>
    </w:p>
    <w:p>
      <w:pPr>
        <w:pStyle w:val="ListParagraph"/>
      </w:pPr>
      <w:r>
        <w:rPr>
          <w:sz w:val="22"/>
        </w:rPr>
        <w:t>A. 38,5%</w:t>
      </w:r>
    </w:p>
    <w:p>
      <w:pPr>
        <w:pStyle w:val="ListParagraph"/>
      </w:pPr>
      <w:r>
        <w:rPr>
          <w:sz w:val="22"/>
        </w:rPr>
        <w:t>B. 61,5%</w:t>
      </w:r>
    </w:p>
    <w:p>
      <w:pPr>
        <w:pStyle w:val="ListParagraph"/>
      </w:pPr>
      <w:r>
        <w:rPr>
          <w:sz w:val="22"/>
        </w:rPr>
        <w:t>C. 19,5%</w:t>
      </w:r>
    </w:p>
    <w:p>
      <w:pPr>
        <w:pStyle w:val="ListParagraph"/>
      </w:pPr>
      <w:r>
        <w:rPr>
          <w:sz w:val="22"/>
        </w:rPr>
        <w:t>D. 40,5%</w:t>
      </w:r>
    </w:p>
    <w:p/>
    <w:p>
      <w:r>
        <w:rPr>
          <w:b/>
          <w:sz w:val="24"/>
        </w:rPr>
        <w:t>Câu 18: Đặc điểm nào sau đây không phải là ưu điểm của nguồn lao động nước ta?</w:t>
      </w:r>
    </w:p>
    <w:p>
      <w:pPr>
        <w:pStyle w:val="ListParagraph"/>
      </w:pPr>
      <w:r>
        <w:rPr>
          <w:sz w:val="22"/>
        </w:rPr>
        <w:t>A. Dồi dào và tăng nhanh</w:t>
      </w:r>
    </w:p>
    <w:p>
      <w:pPr>
        <w:pStyle w:val="ListParagraph"/>
      </w:pPr>
      <w:r>
        <w:rPr>
          <w:sz w:val="22"/>
        </w:rPr>
        <w:t>B. Chăm chỉ, sáng tạo, có nhiều kinh nghiệm</w:t>
      </w:r>
    </w:p>
    <w:p>
      <w:pPr>
        <w:pStyle w:val="ListParagraph"/>
      </w:pPr>
      <w:r>
        <w:rPr>
          <w:sz w:val="22"/>
        </w:rPr>
        <w:t>C. Thể lực và ý thức kỷ luật công nghiệp chưa cao</w:t>
      </w:r>
    </w:p>
    <w:p>
      <w:pPr>
        <w:pStyle w:val="ListParagraph"/>
      </w:pPr>
      <w:r>
        <w:rPr>
          <w:sz w:val="22"/>
        </w:rPr>
        <w:t>D. Trình độ chuyên môn kĩ thuật được nâng lên</w:t>
      </w:r>
    </w:p>
    <w:p/>
    <w:p>
      <w:r>
        <w:rPr>
          <w:b/>
          <w:sz w:val="24"/>
        </w:rPr>
        <w:t>Câu 19: Ngành trồng trọt chiếm bao nhiêu phần trăm giá trị sản xuất nông nghiệp năm 2024?</w:t>
      </w:r>
    </w:p>
    <w:p>
      <w:pPr>
        <w:pStyle w:val="ListParagraph"/>
      </w:pPr>
      <w:r>
        <w:rPr>
          <w:sz w:val="22"/>
        </w:rPr>
        <w:t>A. Hơn 65,3%</w:t>
      </w:r>
    </w:p>
    <w:p>
      <w:pPr>
        <w:pStyle w:val="ListParagraph"/>
      </w:pPr>
      <w:r>
        <w:rPr>
          <w:sz w:val="22"/>
        </w:rPr>
        <w:t>B. Hơn 30,6%</w:t>
      </w:r>
    </w:p>
    <w:p>
      <w:pPr>
        <w:pStyle w:val="ListParagraph"/>
      </w:pPr>
      <w:r>
        <w:rPr>
          <w:sz w:val="22"/>
        </w:rPr>
        <w:t>C. Khoảng 50%</w:t>
      </w:r>
    </w:p>
    <w:p>
      <w:pPr>
        <w:pStyle w:val="ListParagraph"/>
      </w:pPr>
      <w:r>
        <w:rPr>
          <w:sz w:val="22"/>
        </w:rPr>
        <w:t>D. Hơn 70%</w:t>
      </w:r>
    </w:p>
    <w:p/>
    <w:p>
      <w:r>
        <w:rPr>
          <w:b/>
          <w:sz w:val="24"/>
        </w:rPr>
        <w:t>Câu 20: Hai vùng sản xuất lúa trọng điểm của nước ta là:</w:t>
      </w:r>
    </w:p>
    <w:p>
      <w:pPr>
        <w:pStyle w:val="ListParagraph"/>
      </w:pPr>
      <w:r>
        <w:rPr>
          <w:sz w:val="22"/>
        </w:rPr>
        <w:t>A. Đồng bằng sông Hồng và Đồng bằng sông Cửu Long</w:t>
      </w:r>
    </w:p>
    <w:p>
      <w:pPr>
        <w:pStyle w:val="ListParagraph"/>
      </w:pPr>
      <w:r>
        <w:rPr>
          <w:sz w:val="22"/>
        </w:rPr>
        <w:t>B. Đông Nam Bộ và Tây Nguyên</w:t>
      </w:r>
    </w:p>
    <w:p>
      <w:pPr>
        <w:pStyle w:val="ListParagraph"/>
      </w:pPr>
      <w:r>
        <w:rPr>
          <w:sz w:val="22"/>
        </w:rPr>
        <w:t>C. Bắc Trung Bộ và Duyên hải Nam Trung Bộ</w:t>
      </w:r>
    </w:p>
    <w:p>
      <w:pPr>
        <w:pStyle w:val="ListParagraph"/>
      </w:pPr>
      <w:r>
        <w:rPr>
          <w:sz w:val="22"/>
        </w:rPr>
        <w:t>D. Trung du và miền núi phía Bắc và Đồng bằng sông Hồng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