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on Sundays.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are play</w:t>
      </w:r>
    </w:p>
    <w:p>
      <w:pPr>
        <w:pStyle w:val="ListParagraph"/>
      </w:pPr>
      <w:r>
        <w:rPr>
          <w:sz w:val="22"/>
        </w:rPr>
        <w:t>D. playing</w:t>
      </w:r>
    </w:p>
    <w:p/>
    <w:p>
      <w:r>
        <w:rPr>
          <w:b/>
          <w:sz w:val="24"/>
        </w:rPr>
        <w:t>Câu 3: ______ he like coffee?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My brother ______ TV in the evening.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is watch</w:t>
      </w:r>
    </w:p>
    <w:p/>
    <w:p>
      <w:r>
        <w:rPr>
          <w:b/>
          <w:sz w:val="24"/>
        </w:rPr>
        <w:t>Câu 5: We ______ not work on Saturdays.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rose</w:t>
      </w:r>
    </w:p>
    <w:p>
      <w:pPr>
        <w:pStyle w:val="ListParagraph"/>
      </w:pPr>
      <w:r>
        <w:rPr>
          <w:sz w:val="22"/>
        </w:rPr>
        <w:t>D. is rise</w:t>
      </w:r>
    </w:p>
    <w:p/>
    <w:p>
      <w:r>
        <w:rPr>
          <w:b/>
          <w:sz w:val="24"/>
        </w:rPr>
        <w:t>Câu 7: ______ they live in London?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8: I ______ breakfast at 7 a.m.</w:t>
      </w:r>
    </w:p>
    <w:p>
      <w:pPr>
        <w:pStyle w:val="ListParagraph"/>
      </w:pPr>
      <w:r>
        <w:rPr>
          <w:sz w:val="22"/>
        </w:rPr>
        <w:t>A. has</w:t>
      </w:r>
    </w:p>
    <w:p>
      <w:pPr>
        <w:pStyle w:val="ListParagraph"/>
      </w:pPr>
      <w:r>
        <w:rPr>
          <w:sz w:val="22"/>
        </w:rPr>
        <w:t>B. have</w:t>
      </w:r>
    </w:p>
    <w:p>
      <w:pPr>
        <w:pStyle w:val="ListParagraph"/>
      </w:pPr>
      <w:r>
        <w:rPr>
          <w:sz w:val="22"/>
        </w:rPr>
        <w:t>C. having</w:t>
      </w:r>
    </w:p>
    <w:p>
      <w:pPr>
        <w:pStyle w:val="ListParagraph"/>
      </w:pPr>
      <w:r>
        <w:rPr>
          <w:sz w:val="22"/>
        </w:rPr>
        <w:t>D. am have</w:t>
      </w:r>
    </w:p>
    <w:p/>
    <w:p>
      <w:r>
        <w:rPr>
          <w:b/>
          <w:sz w:val="24"/>
        </w:rPr>
        <w:t>Câu 9: Nam and Ba ______ their homework every night.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are do</w:t>
      </w:r>
    </w:p>
    <w:p/>
    <w:p>
      <w:r>
        <w:rPr>
          <w:b/>
          <w:sz w:val="24"/>
        </w:rPr>
        <w:t>Câu 10: She ______ not watch TV on weekdays.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