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giữa kì 1</w:t>
      </w:r>
    </w:p>
    <w:p>
      <w:pPr>
        <w:jc w:val="center"/>
      </w:pPr>
      <w:r>
        <w:rPr>
          <w:sz w:val="22"/>
        </w:rPr>
        <w:t>Số câu: 30    Thời gian: _____ phút    Họ và tên: _________________________</w:t>
      </w:r>
    </w:p>
    <w:p/>
    <w:p>
      <w:r>
        <w:rPr>
          <w:b/>
          <w:sz w:val="24"/>
        </w:rPr>
        <w:t>Câu 1: She ___ a teacher.</w:t>
      </w:r>
    </w:p>
    <w:p>
      <w:pPr>
        <w:pStyle w:val="ListParagraph"/>
      </w:pPr>
      <w:r>
        <w:rPr>
          <w:sz w:val="22"/>
        </w:rPr>
        <w:t>A. am</w:t>
      </w:r>
    </w:p>
    <w:p>
      <w:pPr>
        <w:pStyle w:val="ListParagraph"/>
      </w:pPr>
      <w:r>
        <w:rPr>
          <w:sz w:val="22"/>
        </w:rPr>
        <w:t>B. is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2: They ___ from Canada.</w:t>
      </w:r>
    </w:p>
    <w:p>
      <w:pPr>
        <w:pStyle w:val="ListParagraph"/>
      </w:pPr>
      <w:r>
        <w:rPr>
          <w:sz w:val="22"/>
        </w:rPr>
        <w:t>A. is</w:t>
      </w:r>
    </w:p>
    <w:p>
      <w:pPr>
        <w:pStyle w:val="ListParagraph"/>
      </w:pPr>
      <w:r>
        <w:rPr>
          <w:sz w:val="22"/>
        </w:rPr>
        <w:t>B. are</w:t>
      </w:r>
    </w:p>
    <w:p>
      <w:pPr>
        <w:pStyle w:val="ListParagraph"/>
      </w:pPr>
      <w:r>
        <w:rPr>
          <w:sz w:val="22"/>
        </w:rPr>
        <w:t>C. am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3: I ___ a student.</w:t>
      </w:r>
    </w:p>
    <w:p>
      <w:pPr>
        <w:pStyle w:val="ListParagraph"/>
      </w:pPr>
      <w:r>
        <w:rPr>
          <w:sz w:val="22"/>
        </w:rPr>
        <w:t>A. is</w:t>
      </w:r>
    </w:p>
    <w:p>
      <w:pPr>
        <w:pStyle w:val="ListParagraph"/>
      </w:pPr>
      <w:r>
        <w:rPr>
          <w:sz w:val="22"/>
        </w:rPr>
        <w:t>B. am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4: This is ___ apple.</w:t>
      </w:r>
    </w:p>
    <w:p>
      <w:pPr>
        <w:pStyle w:val="ListParagraph"/>
      </w:pPr>
      <w:r>
        <w:rPr>
          <w:sz w:val="22"/>
        </w:rPr>
        <w:t>A. a</w:t>
      </w:r>
    </w:p>
    <w:p>
      <w:pPr>
        <w:pStyle w:val="ListParagraph"/>
      </w:pPr>
      <w:r>
        <w:rPr>
          <w:sz w:val="22"/>
        </w:rPr>
        <w:t>B. an</w:t>
      </w:r>
    </w:p>
    <w:p>
      <w:pPr>
        <w:pStyle w:val="ListParagraph"/>
      </w:pPr>
      <w:r>
        <w:rPr>
          <w:sz w:val="22"/>
        </w:rPr>
        <w:t>C. the</w:t>
      </w:r>
    </w:p>
    <w:p>
      <w:pPr>
        <w:pStyle w:val="ListParagraph"/>
      </w:pPr>
      <w:r>
        <w:rPr>
          <w:sz w:val="22"/>
        </w:rPr>
        <w:t>D. some</w:t>
      </w:r>
    </w:p>
    <w:p/>
    <w:p>
      <w:r>
        <w:rPr>
          <w:b/>
          <w:sz w:val="24"/>
        </w:rPr>
        <w:t>Câu 5: I have two ___.</w:t>
      </w:r>
    </w:p>
    <w:p>
      <w:pPr>
        <w:pStyle w:val="ListParagraph"/>
      </w:pPr>
      <w:r>
        <w:rPr>
          <w:sz w:val="22"/>
        </w:rPr>
        <w:t>A. brother</w:t>
      </w:r>
    </w:p>
    <w:p>
      <w:pPr>
        <w:pStyle w:val="ListParagraph"/>
      </w:pPr>
      <w:r>
        <w:rPr>
          <w:sz w:val="22"/>
        </w:rPr>
        <w:t>B. brothers</w:t>
      </w:r>
    </w:p>
    <w:p>
      <w:pPr>
        <w:pStyle w:val="ListParagraph"/>
      </w:pPr>
      <w:r>
        <w:rPr>
          <w:sz w:val="22"/>
        </w:rPr>
        <w:t>C. brother's</w:t>
      </w:r>
    </w:p>
    <w:p>
      <w:pPr>
        <w:pStyle w:val="ListParagraph"/>
      </w:pPr>
      <w:r>
        <w:rPr>
          <w:sz w:val="22"/>
        </w:rPr>
        <w:t>D. brotheries</w:t>
      </w:r>
    </w:p>
    <w:p/>
    <w:p>
      <w:r>
        <w:rPr>
          <w:b/>
          <w:sz w:val="24"/>
        </w:rPr>
        <w:t>Câu 6: There ___ a book on the table.</w:t>
      </w:r>
    </w:p>
    <w:p>
      <w:pPr>
        <w:pStyle w:val="ListParagraph"/>
      </w:pPr>
      <w:r>
        <w:rPr>
          <w:sz w:val="22"/>
        </w:rPr>
        <w:t>A. is</w:t>
      </w:r>
    </w:p>
    <w:p>
      <w:pPr>
        <w:pStyle w:val="ListParagraph"/>
      </w:pPr>
      <w:r>
        <w:rPr>
          <w:sz w:val="22"/>
        </w:rPr>
        <w:t>B. are</w:t>
      </w:r>
    </w:p>
    <w:p>
      <w:pPr>
        <w:pStyle w:val="ListParagraph"/>
      </w:pPr>
      <w:r>
        <w:rPr>
          <w:sz w:val="22"/>
        </w:rPr>
        <w:t>C. am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7: There ___ three cats in the garden.</w:t>
      </w:r>
    </w:p>
    <w:p>
      <w:pPr>
        <w:pStyle w:val="ListParagraph"/>
      </w:pPr>
      <w:r>
        <w:rPr>
          <w:sz w:val="22"/>
        </w:rPr>
        <w:t>A. is</w:t>
      </w:r>
    </w:p>
    <w:p>
      <w:pPr>
        <w:pStyle w:val="ListParagraph"/>
      </w:pPr>
      <w:r>
        <w:rPr>
          <w:sz w:val="22"/>
        </w:rPr>
        <w:t>B. are</w:t>
      </w:r>
    </w:p>
    <w:p>
      <w:pPr>
        <w:pStyle w:val="ListParagraph"/>
      </w:pPr>
      <w:r>
        <w:rPr>
          <w:sz w:val="22"/>
        </w:rPr>
        <w:t>C. am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8: My sister ___ a new bike.</w:t>
      </w:r>
    </w:p>
    <w:p>
      <w:pPr>
        <w:pStyle w:val="ListParagraph"/>
      </w:pPr>
      <w:r>
        <w:rPr>
          <w:sz w:val="22"/>
        </w:rPr>
        <w:t>A. have</w:t>
      </w:r>
    </w:p>
    <w:p>
      <w:pPr>
        <w:pStyle w:val="ListParagraph"/>
      </w:pPr>
      <w:r>
        <w:rPr>
          <w:sz w:val="22"/>
        </w:rPr>
        <w:t>B. has</w:t>
      </w:r>
    </w:p>
    <w:p>
      <w:pPr>
        <w:pStyle w:val="ListParagraph"/>
      </w:pPr>
      <w:r>
        <w:rPr>
          <w:sz w:val="22"/>
        </w:rPr>
        <w:t>C. having</w:t>
      </w:r>
    </w:p>
    <w:p>
      <w:pPr>
        <w:pStyle w:val="ListParagraph"/>
      </w:pPr>
      <w:r>
        <w:rPr>
          <w:sz w:val="22"/>
        </w:rPr>
        <w:t>D. haves</w:t>
      </w:r>
    </w:p>
    <w:p/>
    <w:p>
      <w:r>
        <w:rPr>
          <w:b/>
          <w:sz w:val="24"/>
        </w:rPr>
        <w:t>Câu 9: ___ you like coffee?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rPr>
          <w:b/>
          <w:sz w:val="24"/>
        </w:rPr>
        <w:t>Câu 10: He ___ football every Sunday.</w:t>
      </w:r>
    </w:p>
    <w:p>
      <w:pPr>
        <w:pStyle w:val="ListParagraph"/>
      </w:pPr>
      <w:r>
        <w:rPr>
          <w:sz w:val="22"/>
        </w:rPr>
        <w:t>A. play</w:t>
      </w:r>
    </w:p>
    <w:p>
      <w:pPr>
        <w:pStyle w:val="ListParagraph"/>
      </w:pPr>
      <w:r>
        <w:rPr>
          <w:sz w:val="22"/>
        </w:rPr>
        <w:t>B. plays</w:t>
      </w:r>
    </w:p>
    <w:p>
      <w:pPr>
        <w:pStyle w:val="ListParagraph"/>
      </w:pPr>
      <w:r>
        <w:rPr>
          <w:sz w:val="22"/>
        </w:rPr>
        <w:t>C. playing</w:t>
      </w:r>
    </w:p>
    <w:p>
      <w:pPr>
        <w:pStyle w:val="ListParagraph"/>
      </w:pPr>
      <w:r>
        <w:rPr>
          <w:sz w:val="22"/>
        </w:rPr>
        <w:t>D. played</w:t>
      </w:r>
    </w:p>
    <w:p/>
    <w:p>
      <w:r>
        <w:rPr>
          <w:b/>
          <w:sz w:val="24"/>
        </w:rPr>
        <w:t>Câu 11: She ___ TV now.</w:t>
      </w:r>
    </w:p>
    <w:p>
      <w:pPr>
        <w:pStyle w:val="ListParagraph"/>
      </w:pPr>
      <w:r>
        <w:rPr>
          <w:sz w:val="22"/>
        </w:rPr>
        <w:t>A. watch</w:t>
      </w:r>
    </w:p>
    <w:p>
      <w:pPr>
        <w:pStyle w:val="ListParagraph"/>
      </w:pPr>
      <w:r>
        <w:rPr>
          <w:sz w:val="22"/>
        </w:rPr>
        <w:t>B. watches</w:t>
      </w:r>
    </w:p>
    <w:p>
      <w:pPr>
        <w:pStyle w:val="ListParagraph"/>
      </w:pPr>
      <w:r>
        <w:rPr>
          <w:sz w:val="22"/>
        </w:rPr>
        <w:t>C. is watching</w:t>
      </w:r>
    </w:p>
    <w:p>
      <w:pPr>
        <w:pStyle w:val="ListParagraph"/>
      </w:pPr>
      <w:r>
        <w:rPr>
          <w:sz w:val="22"/>
        </w:rPr>
        <w:t>D. are watching</w:t>
      </w:r>
    </w:p>
    <w:p/>
    <w:p>
      <w:r>
        <w:rPr>
          <w:b/>
          <w:sz w:val="24"/>
        </w:rPr>
        <w:t>Câu 12: I ___ swim very well.</w:t>
      </w:r>
    </w:p>
    <w:p>
      <w:pPr>
        <w:pStyle w:val="ListParagraph"/>
      </w:pPr>
      <w:r>
        <w:rPr>
          <w:sz w:val="22"/>
        </w:rPr>
        <w:t>A. can</w:t>
      </w:r>
    </w:p>
    <w:p>
      <w:pPr>
        <w:pStyle w:val="ListParagraph"/>
      </w:pPr>
      <w:r>
        <w:rPr>
          <w:sz w:val="22"/>
        </w:rPr>
        <w:t>B. cans</w:t>
      </w:r>
    </w:p>
    <w:p>
      <w:pPr>
        <w:pStyle w:val="ListParagraph"/>
      </w:pPr>
      <w:r>
        <w:rPr>
          <w:sz w:val="22"/>
        </w:rPr>
        <w:t>C. could</w:t>
      </w:r>
    </w:p>
    <w:p>
      <w:pPr>
        <w:pStyle w:val="ListParagraph"/>
      </w:pPr>
      <w:r>
        <w:rPr>
          <w:sz w:val="22"/>
        </w:rPr>
        <w:t>D. canning</w:t>
      </w:r>
    </w:p>
    <w:p/>
    <w:p>
      <w:r>
        <w:rPr>
          <w:b/>
          <w:sz w:val="24"/>
        </w:rPr>
        <w:t>Câu 13: ___ is your name?</w:t>
      </w:r>
    </w:p>
    <w:p>
      <w:pPr>
        <w:pStyle w:val="ListParagraph"/>
      </w:pPr>
      <w:r>
        <w:rPr>
          <w:sz w:val="22"/>
        </w:rPr>
        <w:t>A. What</w:t>
      </w:r>
    </w:p>
    <w:p>
      <w:pPr>
        <w:pStyle w:val="ListParagraph"/>
      </w:pPr>
      <w:r>
        <w:rPr>
          <w:sz w:val="22"/>
        </w:rPr>
        <w:t>B. Who</w:t>
      </w:r>
    </w:p>
    <w:p>
      <w:pPr>
        <w:pStyle w:val="ListParagraph"/>
      </w:pPr>
      <w:r>
        <w:rPr>
          <w:sz w:val="22"/>
        </w:rPr>
        <w:t>C. Where</w:t>
      </w:r>
    </w:p>
    <w:p>
      <w:pPr>
        <w:pStyle w:val="ListParagraph"/>
      </w:pPr>
      <w:r>
        <w:rPr>
          <w:sz w:val="22"/>
        </w:rPr>
        <w:t>D. When</w:t>
      </w:r>
    </w:p>
    <w:p/>
    <w:p>
      <w:r>
        <w:rPr>
          <w:b/>
          <w:sz w:val="24"/>
        </w:rPr>
        <w:t>Câu 14: ___ old are you?</w:t>
      </w:r>
    </w:p>
    <w:p>
      <w:pPr>
        <w:pStyle w:val="ListParagraph"/>
      </w:pPr>
      <w:r>
        <w:rPr>
          <w:sz w:val="22"/>
        </w:rPr>
        <w:t>A. How</w:t>
      </w:r>
    </w:p>
    <w:p>
      <w:pPr>
        <w:pStyle w:val="ListParagraph"/>
      </w:pPr>
      <w:r>
        <w:rPr>
          <w:sz w:val="22"/>
        </w:rPr>
        <w:t>B. What</w:t>
      </w:r>
    </w:p>
    <w:p>
      <w:pPr>
        <w:pStyle w:val="ListParagraph"/>
      </w:pPr>
      <w:r>
        <w:rPr>
          <w:sz w:val="22"/>
        </w:rPr>
        <w:t>C. Who</w:t>
      </w:r>
    </w:p>
    <w:p>
      <w:pPr>
        <w:pStyle w:val="ListParagraph"/>
      </w:pPr>
      <w:r>
        <w:rPr>
          <w:sz w:val="22"/>
        </w:rPr>
        <w:t>D. Where</w:t>
      </w:r>
    </w:p>
    <w:p/>
    <w:p>
      <w:r>
        <w:rPr>
          <w:b/>
          <w:sz w:val="24"/>
        </w:rPr>
        <w:t>Câu 15: My birthday is ___ May.</w:t>
      </w:r>
    </w:p>
    <w:p>
      <w:pPr>
        <w:pStyle w:val="ListParagraph"/>
      </w:pPr>
      <w:r>
        <w:rPr>
          <w:sz w:val="22"/>
        </w:rPr>
        <w:t>A. in</w:t>
      </w:r>
    </w:p>
    <w:p>
      <w:pPr>
        <w:pStyle w:val="ListParagraph"/>
      </w:pPr>
      <w:r>
        <w:rPr>
          <w:sz w:val="22"/>
        </w:rPr>
        <w:t>B. on</w:t>
      </w:r>
    </w:p>
    <w:p>
      <w:pPr>
        <w:pStyle w:val="ListParagraph"/>
      </w:pPr>
      <w:r>
        <w:rPr>
          <w:sz w:val="22"/>
        </w:rPr>
        <w:t>C. at</w:t>
      </w:r>
    </w:p>
    <w:p>
      <w:pPr>
        <w:pStyle w:val="ListParagraph"/>
      </w:pPr>
      <w:r>
        <w:rPr>
          <w:sz w:val="22"/>
        </w:rPr>
        <w:t>D. to</w:t>
      </w:r>
    </w:p>
    <w:p/>
    <w:p>
      <w:r>
        <w:rPr>
          <w:b/>
          <w:sz w:val="24"/>
        </w:rPr>
        <w:t>Câu 16: The book is ___ the table.</w:t>
      </w:r>
    </w:p>
    <w:p>
      <w:pPr>
        <w:pStyle w:val="ListParagraph"/>
      </w:pPr>
      <w:r>
        <w:rPr>
          <w:sz w:val="22"/>
        </w:rPr>
        <w:t>A. on</w:t>
      </w:r>
    </w:p>
    <w:p>
      <w:pPr>
        <w:pStyle w:val="ListParagraph"/>
      </w:pPr>
      <w:r>
        <w:rPr>
          <w:sz w:val="22"/>
        </w:rPr>
        <w:t>B. in</w:t>
      </w:r>
    </w:p>
    <w:p>
      <w:pPr>
        <w:pStyle w:val="ListParagraph"/>
      </w:pPr>
      <w:r>
        <w:rPr>
          <w:sz w:val="22"/>
        </w:rPr>
        <w:t>C. at</w:t>
      </w:r>
    </w:p>
    <w:p>
      <w:pPr>
        <w:pStyle w:val="ListParagraph"/>
      </w:pPr>
      <w:r>
        <w:rPr>
          <w:sz w:val="22"/>
        </w:rPr>
        <w:t>D. of</w:t>
      </w:r>
    </w:p>
    <w:p/>
    <w:p>
      <w:r>
        <w:rPr>
          <w:b/>
          <w:sz w:val="24"/>
        </w:rPr>
        <w:t>Câu 17: I get up ___ 7 o'clock.</w:t>
      </w:r>
    </w:p>
    <w:p>
      <w:pPr>
        <w:pStyle w:val="ListParagraph"/>
      </w:pPr>
      <w:r>
        <w:rPr>
          <w:sz w:val="22"/>
        </w:rPr>
        <w:t>A. in</w:t>
      </w:r>
    </w:p>
    <w:p>
      <w:pPr>
        <w:pStyle w:val="ListParagraph"/>
      </w:pPr>
      <w:r>
        <w:rPr>
          <w:sz w:val="22"/>
        </w:rPr>
        <w:t>B. on</w:t>
      </w:r>
    </w:p>
    <w:p>
      <w:pPr>
        <w:pStyle w:val="ListParagraph"/>
      </w:pPr>
      <w:r>
        <w:rPr>
          <w:sz w:val="22"/>
        </w:rPr>
        <w:t>C. at</w:t>
      </w:r>
    </w:p>
    <w:p>
      <w:pPr>
        <w:pStyle w:val="ListParagraph"/>
      </w:pPr>
      <w:r>
        <w:rPr>
          <w:sz w:val="22"/>
        </w:rPr>
        <w:t>D. for</w:t>
      </w:r>
    </w:p>
    <w:p/>
    <w:p>
      <w:r>
        <w:rPr>
          <w:b/>
          <w:sz w:val="24"/>
        </w:rPr>
        <w:t>Câu 18: She has ___ orange.</w:t>
      </w:r>
    </w:p>
    <w:p>
      <w:pPr>
        <w:pStyle w:val="ListParagraph"/>
      </w:pPr>
      <w:r>
        <w:rPr>
          <w:sz w:val="22"/>
        </w:rPr>
        <w:t>A. a</w:t>
      </w:r>
    </w:p>
    <w:p>
      <w:pPr>
        <w:pStyle w:val="ListParagraph"/>
      </w:pPr>
      <w:r>
        <w:rPr>
          <w:sz w:val="22"/>
        </w:rPr>
        <w:t>B. an</w:t>
      </w:r>
    </w:p>
    <w:p>
      <w:pPr>
        <w:pStyle w:val="ListParagraph"/>
      </w:pPr>
      <w:r>
        <w:rPr>
          <w:sz w:val="22"/>
        </w:rPr>
        <w:t>C. the</w:t>
      </w:r>
    </w:p>
    <w:p>
      <w:pPr>
        <w:pStyle w:val="ListParagraph"/>
      </w:pPr>
      <w:r>
        <w:rPr>
          <w:sz w:val="22"/>
        </w:rPr>
        <w:t>D. some</w:t>
      </w:r>
    </w:p>
    <w:p/>
    <w:p>
      <w:r>
        <w:rPr>
          <w:b/>
          <w:sz w:val="24"/>
        </w:rPr>
        <w:t>Câu 19: They ___ to school every day.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20: He doesn't ___ milk.</w:t>
      </w:r>
    </w:p>
    <w:p>
      <w:pPr>
        <w:pStyle w:val="ListParagraph"/>
      </w:pPr>
      <w:r>
        <w:rPr>
          <w:sz w:val="22"/>
        </w:rPr>
        <w:t>A. like</w:t>
      </w:r>
    </w:p>
    <w:p>
      <w:pPr>
        <w:pStyle w:val="ListParagraph"/>
      </w:pPr>
      <w:r>
        <w:rPr>
          <w:sz w:val="22"/>
        </w:rPr>
        <w:t>B. likes</w:t>
      </w:r>
    </w:p>
    <w:p>
      <w:pPr>
        <w:pStyle w:val="ListParagraph"/>
      </w:pPr>
      <w:r>
        <w:rPr>
          <w:sz w:val="22"/>
        </w:rPr>
        <w:t>C. liking</w:t>
      </w:r>
    </w:p>
    <w:p>
      <w:pPr>
        <w:pStyle w:val="ListParagraph"/>
      </w:pPr>
      <w:r>
        <w:rPr>
          <w:sz w:val="22"/>
        </w:rPr>
        <w:t>D. liked</w:t>
      </w:r>
    </w:p>
    <w:p/>
    <w:p>
      <w:r>
        <w:rPr>
          <w:b/>
          <w:sz w:val="24"/>
        </w:rPr>
        <w:t>Câu 21: ___ there any milk in the fridge?</w:t>
      </w:r>
    </w:p>
    <w:p>
      <w:pPr>
        <w:pStyle w:val="ListParagraph"/>
      </w:pPr>
      <w:r>
        <w:rPr>
          <w:sz w:val="22"/>
        </w:rPr>
        <w:t>A. Is</w:t>
      </w:r>
    </w:p>
    <w:p>
      <w:pPr>
        <w:pStyle w:val="ListParagraph"/>
      </w:pPr>
      <w:r>
        <w:rPr>
          <w:sz w:val="22"/>
        </w:rPr>
        <w:t>B. Are</w:t>
      </w:r>
    </w:p>
    <w:p>
      <w:pPr>
        <w:pStyle w:val="ListParagraph"/>
      </w:pPr>
      <w:r>
        <w:rPr>
          <w:sz w:val="22"/>
        </w:rPr>
        <w:t>C. Am</w:t>
      </w:r>
    </w:p>
    <w:p>
      <w:pPr>
        <w:pStyle w:val="ListParagraph"/>
      </w:pPr>
      <w:r>
        <w:rPr>
          <w:sz w:val="22"/>
        </w:rPr>
        <w:t>D. Do</w:t>
      </w:r>
    </w:p>
    <w:p/>
    <w:p>
      <w:r>
        <w:rPr>
          <w:b/>
          <w:sz w:val="24"/>
        </w:rPr>
        <w:t>Câu 22: I don't have ___ money.</w:t>
      </w:r>
    </w:p>
    <w:p>
      <w:pPr>
        <w:pStyle w:val="ListParagraph"/>
      </w:pPr>
      <w:r>
        <w:rPr>
          <w:sz w:val="22"/>
        </w:rPr>
        <w:t>A. some</w:t>
      </w:r>
    </w:p>
    <w:p>
      <w:pPr>
        <w:pStyle w:val="ListParagraph"/>
      </w:pPr>
      <w:r>
        <w:rPr>
          <w:sz w:val="22"/>
        </w:rPr>
        <w:t>B. any</w:t>
      </w:r>
    </w:p>
    <w:p>
      <w:pPr>
        <w:pStyle w:val="ListParagraph"/>
      </w:pPr>
      <w:r>
        <w:rPr>
          <w:sz w:val="22"/>
        </w:rPr>
        <w:t>C. many</w:t>
      </w:r>
    </w:p>
    <w:p>
      <w:pPr>
        <w:pStyle w:val="ListParagraph"/>
      </w:pPr>
      <w:r>
        <w:rPr>
          <w:sz w:val="22"/>
        </w:rPr>
        <w:t>D. a</w:t>
      </w:r>
    </w:p>
    <w:p/>
    <w:p>
      <w:r>
        <w:rPr>
          <w:b/>
          <w:sz w:val="24"/>
        </w:rPr>
        <w:t>Câu 23: How ___ students are there?</w:t>
      </w:r>
    </w:p>
    <w:p>
      <w:pPr>
        <w:pStyle w:val="ListParagraph"/>
      </w:pPr>
      <w:r>
        <w:rPr>
          <w:sz w:val="22"/>
        </w:rPr>
        <w:t>A. much</w:t>
      </w:r>
    </w:p>
    <w:p>
      <w:pPr>
        <w:pStyle w:val="ListParagraph"/>
      </w:pPr>
      <w:r>
        <w:rPr>
          <w:sz w:val="22"/>
        </w:rPr>
        <w:t>B. many</w:t>
      </w:r>
    </w:p>
    <w:p>
      <w:pPr>
        <w:pStyle w:val="ListParagraph"/>
      </w:pPr>
      <w:r>
        <w:rPr>
          <w:sz w:val="22"/>
        </w:rPr>
        <w:t>C. any</w:t>
      </w:r>
    </w:p>
    <w:p>
      <w:pPr>
        <w:pStyle w:val="ListParagraph"/>
      </w:pPr>
      <w:r>
        <w:rPr>
          <w:sz w:val="22"/>
        </w:rPr>
        <w:t>D. some</w:t>
      </w:r>
    </w:p>
    <w:p/>
    <w:p>
      <w:r>
        <w:rPr>
          <w:b/>
          <w:sz w:val="24"/>
        </w:rPr>
        <w:t>Câu 24: This is my friend. ___ name is Anna.</w:t>
      </w:r>
    </w:p>
    <w:p>
      <w:pPr>
        <w:pStyle w:val="ListParagraph"/>
      </w:pPr>
      <w:r>
        <w:rPr>
          <w:sz w:val="22"/>
        </w:rPr>
        <w:t>A. His</w:t>
      </w:r>
    </w:p>
    <w:p>
      <w:pPr>
        <w:pStyle w:val="ListParagraph"/>
      </w:pPr>
      <w:r>
        <w:rPr>
          <w:sz w:val="22"/>
        </w:rPr>
        <w:t>B. Her</w:t>
      </w:r>
    </w:p>
    <w:p>
      <w:pPr>
        <w:pStyle w:val="ListParagraph"/>
      </w:pPr>
      <w:r>
        <w:rPr>
          <w:sz w:val="22"/>
        </w:rPr>
        <w:t>C. Their</w:t>
      </w:r>
    </w:p>
    <w:p>
      <w:pPr>
        <w:pStyle w:val="ListParagraph"/>
      </w:pPr>
      <w:r>
        <w:rPr>
          <w:sz w:val="22"/>
        </w:rPr>
        <w:t>D. Your</w:t>
      </w:r>
    </w:p>
    <w:p/>
    <w:p>
      <w:r>
        <w:rPr>
          <w:b/>
          <w:sz w:val="24"/>
        </w:rPr>
        <w:t>Câu 25: These ___ my books.</w:t>
      </w:r>
    </w:p>
    <w:p>
      <w:pPr>
        <w:pStyle w:val="ListParagraph"/>
      </w:pPr>
      <w:r>
        <w:rPr>
          <w:sz w:val="22"/>
        </w:rPr>
        <w:t>A. is</w:t>
      </w:r>
    </w:p>
    <w:p>
      <w:pPr>
        <w:pStyle w:val="ListParagraph"/>
      </w:pPr>
      <w:r>
        <w:rPr>
          <w:sz w:val="22"/>
        </w:rPr>
        <w:t>B. are</w:t>
      </w:r>
    </w:p>
    <w:p>
      <w:pPr>
        <w:pStyle w:val="ListParagraph"/>
      </w:pPr>
      <w:r>
        <w:rPr>
          <w:sz w:val="22"/>
        </w:rPr>
        <w:t>C. am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26: That is ___ house.</w:t>
      </w:r>
    </w:p>
    <w:p>
      <w:pPr>
        <w:pStyle w:val="ListParagraph"/>
      </w:pPr>
      <w:r>
        <w:rPr>
          <w:sz w:val="22"/>
        </w:rPr>
        <w:t>A. they</w:t>
      </w:r>
    </w:p>
    <w:p>
      <w:pPr>
        <w:pStyle w:val="ListParagraph"/>
      </w:pPr>
      <w:r>
        <w:rPr>
          <w:sz w:val="22"/>
        </w:rPr>
        <w:t>B. their</w:t>
      </w:r>
    </w:p>
    <w:p>
      <w:pPr>
        <w:pStyle w:val="ListParagraph"/>
      </w:pPr>
      <w:r>
        <w:rPr>
          <w:sz w:val="22"/>
        </w:rPr>
        <w:t>C. theirs</w:t>
      </w:r>
    </w:p>
    <w:p>
      <w:pPr>
        <w:pStyle w:val="ListParagraph"/>
      </w:pPr>
      <w:r>
        <w:rPr>
          <w:sz w:val="22"/>
        </w:rPr>
        <w:t>D. them</w:t>
      </w:r>
    </w:p>
    <w:p/>
    <w:p>
      <w:r>
        <w:rPr>
          <w:b/>
          <w:sz w:val="24"/>
        </w:rPr>
        <w:t>Câu 27: She ___ reading books.</w:t>
      </w:r>
    </w:p>
    <w:p>
      <w:pPr>
        <w:pStyle w:val="ListParagraph"/>
      </w:pPr>
      <w:r>
        <w:rPr>
          <w:sz w:val="22"/>
        </w:rPr>
        <w:t>A. like</w:t>
      </w:r>
    </w:p>
    <w:p>
      <w:pPr>
        <w:pStyle w:val="ListParagraph"/>
      </w:pPr>
      <w:r>
        <w:rPr>
          <w:sz w:val="22"/>
        </w:rPr>
        <w:t>B. likes</w:t>
      </w:r>
    </w:p>
    <w:p>
      <w:pPr>
        <w:pStyle w:val="ListParagraph"/>
      </w:pPr>
      <w:r>
        <w:rPr>
          <w:sz w:val="22"/>
        </w:rPr>
        <w:t>C. liking</w:t>
      </w:r>
    </w:p>
    <w:p>
      <w:pPr>
        <w:pStyle w:val="ListParagraph"/>
      </w:pPr>
      <w:r>
        <w:rPr>
          <w:sz w:val="22"/>
        </w:rPr>
        <w:t>D. liked</w:t>
      </w:r>
    </w:p>
    <w:p/>
    <w:p>
      <w:r>
        <w:rPr>
          <w:b/>
          <w:sz w:val="24"/>
        </w:rPr>
        <w:t>Câu 28: ___ you help me, please?</w:t>
      </w:r>
    </w:p>
    <w:p>
      <w:pPr>
        <w:pStyle w:val="ListParagraph"/>
      </w:pPr>
      <w:r>
        <w:rPr>
          <w:sz w:val="22"/>
        </w:rPr>
        <w:t>A. Can</w:t>
      </w:r>
    </w:p>
    <w:p>
      <w:pPr>
        <w:pStyle w:val="ListParagraph"/>
      </w:pPr>
      <w:r>
        <w:rPr>
          <w:sz w:val="22"/>
        </w:rPr>
        <w:t>B. Are</w:t>
      </w:r>
    </w:p>
    <w:p>
      <w:pPr>
        <w:pStyle w:val="ListParagraph"/>
      </w:pPr>
      <w:r>
        <w:rPr>
          <w:sz w:val="22"/>
        </w:rPr>
        <w:t>C. Do</w:t>
      </w:r>
    </w:p>
    <w:p>
      <w:pPr>
        <w:pStyle w:val="ListParagraph"/>
      </w:pPr>
      <w:r>
        <w:rPr>
          <w:sz w:val="22"/>
        </w:rPr>
        <w:t>D. Is</w:t>
      </w:r>
    </w:p>
    <w:p/>
    <w:p>
      <w:r>
        <w:rPr>
          <w:b/>
          <w:sz w:val="24"/>
        </w:rPr>
        <w:t>Câu 29: It ___ a cat.</w:t>
      </w:r>
    </w:p>
    <w:p>
      <w:pPr>
        <w:pStyle w:val="ListParagraph"/>
      </w:pPr>
      <w:r>
        <w:rPr>
          <w:sz w:val="22"/>
        </w:rPr>
        <w:t>A. am</w:t>
      </w:r>
    </w:p>
    <w:p>
      <w:pPr>
        <w:pStyle w:val="ListParagraph"/>
      </w:pPr>
      <w:r>
        <w:rPr>
          <w:sz w:val="22"/>
        </w:rPr>
        <w:t>B. is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30: We ___ English on Mondays.</w:t>
      </w:r>
    </w:p>
    <w:p>
      <w:pPr>
        <w:pStyle w:val="ListParagraph"/>
      </w:pPr>
      <w:r>
        <w:rPr>
          <w:sz w:val="22"/>
        </w:rPr>
        <w:t>A. study</w:t>
      </w:r>
    </w:p>
    <w:p>
      <w:pPr>
        <w:pStyle w:val="ListParagraph"/>
      </w:pPr>
      <w:r>
        <w:rPr>
          <w:sz w:val="22"/>
        </w:rPr>
        <w:t>B. studies</w:t>
      </w:r>
    </w:p>
    <w:p>
      <w:pPr>
        <w:pStyle w:val="ListParagraph"/>
      </w:pPr>
      <w:r>
        <w:rPr>
          <w:sz w:val="22"/>
        </w:rPr>
        <w:t>C. studying</w:t>
      </w:r>
    </w:p>
    <w:p>
      <w:pPr>
        <w:pStyle w:val="ListParagraph"/>
      </w:pPr>
      <w:r>
        <w:rPr>
          <w:sz w:val="22"/>
        </w:rPr>
        <w:t>D. studied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B</w:t>
      </w:r>
    </w:p>
    <w:p>
      <w:r>
        <w:rPr>
          <w:b/>
        </w:rPr>
        <w:t>Câu 25: Đáp án đúng: B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B</w:t>
      </w:r>
    </w:p>
    <w:p>
      <w:r>
        <w:rPr>
          <w:b/>
        </w:rPr>
        <w:t>Câu 30: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