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https://baitracnghiem.app/demo/share/77350a2b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