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- According to the pattern shown below, what is the</w:t>
      </w:r>
    </w:p>
    <w:p>
      <w:pPr>
        <w:jc w:val="center"/>
      </w:pPr>
      <w:r>
        <w:rPr>
          <w:sz w:val="22"/>
        </w:rPr>
        <w:t>Số câu: 14    Thời gian: _____ phút    Họ và tên: _________________________</w:t>
      </w:r>
    </w:p>
    <w:p/>
    <w:p>
      <w:r>
        <w:rPr>
          <w:b/>
          <w:sz w:val="24"/>
        </w:rPr>
        <w:t>Câu 1: According to the pattern shown below, what is the number in the space provided? Pattern: 5, 9, 13, 17, 21, 25, ___</w:t>
      </w:r>
    </w:p>
    <w:p/>
    <w:p>
      <w:r>
        <w:rPr>
          <w:b/>
          <w:sz w:val="24"/>
        </w:rPr>
        <w:t>Câu 2: According to the pattern below, what is the English letter filled in the blank? Pattern: D, A, G, C, J, E, M, G, ___</w:t>
      </w:r>
    </w:p>
    <w:p/>
    <w:p>
      <w:r>
        <w:rPr>
          <w:b/>
          <w:sz w:val="24"/>
        </w:rPr>
        <w:t>Câu 3: 21 children form a column. There are 7 children in front of Eric. How many children are behind him?</w:t>
      </w:r>
    </w:p>
    <w:p/>
    <w:p>
      <w:r>
        <w:rPr>
          <w:b/>
          <w:sz w:val="24"/>
        </w:rPr>
        <w:t>Câu 4: 12 years ago, John was 8 years old. Mary is 7 years elder than John. How old is Mary now?</w:t>
      </w:r>
    </w:p>
    <w:p/>
    <w:p>
      <w:r>
        <w:rPr>
          <w:b/>
          <w:sz w:val="24"/>
        </w:rPr>
        <w:t>Câu 5: Find the value of 21 + 7 + 62 + 23 + 39 + 38.</w:t>
      </w:r>
    </w:p>
    <w:p/>
    <w:p>
      <w:r>
        <w:rPr>
          <w:b/>
          <w:sz w:val="24"/>
        </w:rPr>
        <w:t>Câu 6: Find the value of 25 – 38 + 50 – 5.</w:t>
      </w:r>
    </w:p>
    <w:p/>
    <w:p>
      <w:r>
        <w:rPr>
          <w:b/>
          <w:sz w:val="24"/>
        </w:rPr>
        <w:t>Câu 7: Find the value of 6 + 11 – 5 + 6 + 11 – 5 + 6 + 11 – 5 + 6 + 11 – 5.</w:t>
      </w:r>
    </w:p>
    <w:p/>
    <w:p>
      <w:r>
        <w:rPr>
          <w:b/>
          <w:sz w:val="24"/>
        </w:rPr>
        <w:t>Câu 8: What is the number filled in the blank if the equation below is correct? 32 – ___ = 15</w:t>
      </w:r>
    </w:p>
    <w:p/>
    <w:p>
      <w:r>
        <w:rPr>
          <w:b/>
          <w:sz w:val="24"/>
        </w:rPr>
        <w:t>Câu 9: Given that A and B represent different 1-digit numbers, what is the value of B if the equation is correct? Phép cộng đặt tính:</w:t>
      </w:r>
    </w:p>
    <w:p/>
    <w:p>
      <w:r>
        <w:rPr>
          <w:b/>
          <w:sz w:val="24"/>
        </w:rPr>
        <w:t>Câu 10: By observing the numbers, which even number is the greatest? 58, 63, 28, 80, 92, 97, 71</w:t>
      </w:r>
    </w:p>
    <w:p/>
    <w:p>
      <w:r>
        <w:rPr>
          <w:b/>
          <w:sz w:val="24"/>
        </w:rPr>
        <w:t>Câu 11: The numbers below form an arithmetic sequence. What is the 9th number? 50, 47, 44, 41, …</w:t>
      </w:r>
    </w:p>
    <w:p/>
    <w:p>
      <w:r>
        <w:rPr>
          <w:b/>
          <w:sz w:val="24"/>
        </w:rPr>
        <w:t>Câu 12: Each box of eggs has 8 eggs. Mom asks Mary to buy 20 eggs. Her neighbor asks her to buy 15 eggs. At least how many boxes of eggs does Mary need to buy?</w:t>
      </w:r>
    </w:p>
    <w:p/>
    <w:p>
      <w:r>
        <w:rPr>
          <w:b/>
          <w:sz w:val="24"/>
        </w:rPr>
        <w:t>Câu 13: A large package contains 8 candies. A small package contains 3 candies. Buying 1 large package and 1 small package together will get you 1 extra candy for free every time. If Peggy buys 3 large packages and 6 small packages, how many candies does she have in total?</w:t>
      </w:r>
    </w:p>
    <w:p/>
    <w:p>
      <w:r>
        <w:rPr>
          <w:b/>
          <w:sz w:val="24"/>
        </w:rPr>
        <w:t>Câu 14: Determine whether the result of 2 + 5 + 7 + 8 + 11 + 13 + 14 + 15 + 17 + 20 + 21 + 23 is odd or even.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None</w:t>
      </w:r>
    </w:p>
    <w:p>
      <w:r>
        <w:rPr>
          <w:b/>
        </w:rPr>
        <w:t>Câu 2: Đáp án đúng: None</w:t>
      </w:r>
    </w:p>
    <w:p>
      <w:r>
        <w:rPr>
          <w:b/>
        </w:rPr>
        <w:t>Câu 3: Đáp án đúng: None</w:t>
      </w:r>
    </w:p>
    <w:p>
      <w:r>
        <w:rPr>
          <w:b/>
        </w:rPr>
        <w:t>Câu 4: Đáp án đúng: None</w:t>
      </w:r>
    </w:p>
    <w:p>
      <w:r>
        <w:rPr>
          <w:b/>
        </w:rPr>
        <w:t>Câu 5: Đáp án đúng: None</w:t>
      </w:r>
    </w:p>
    <w:p>
      <w:r>
        <w:rPr>
          <w:b/>
        </w:rPr>
        <w:t>Câu 6: Đáp án đúng: None</w:t>
      </w:r>
    </w:p>
    <w:p>
      <w:r>
        <w:rPr>
          <w:b/>
        </w:rPr>
        <w:t>Câu 7: Đáp án đúng: None</w:t>
      </w:r>
    </w:p>
    <w:p>
      <w:r>
        <w:rPr>
          <w:b/>
        </w:rPr>
        <w:t>Câu 8: Đáp án đúng: None</w:t>
      </w:r>
    </w:p>
    <w:p>
      <w:r>
        <w:rPr>
          <w:b/>
        </w:rPr>
        <w:t>Câu 9: Đáp án đúng: None</w:t>
      </w:r>
    </w:p>
    <w:p>
      <w:r>
        <w:rPr>
          <w:b/>
        </w:rPr>
        <w:t>Câu 10: Đáp án đúng: None</w:t>
      </w:r>
    </w:p>
    <w:p>
      <w:r>
        <w:rPr>
          <w:b/>
        </w:rPr>
        <w:t>Câu 11: Đáp án đúng: None</w:t>
      </w:r>
    </w:p>
    <w:p>
      <w:r>
        <w:rPr>
          <w:b/>
        </w:rPr>
        <w:t>Câu 12: Đáp án đúng: None</w:t>
      </w:r>
    </w:p>
    <w:p>
      <w:r>
        <w:rPr>
          <w:b/>
        </w:rPr>
        <w:t>Câu 13: Đáp án đúng: None</w:t>
      </w:r>
    </w:p>
    <w:p>
      <w:r>
        <w:rPr>
          <w:b/>
        </w:rPr>
        <w:t>Câu 14: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