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tiếng anh lớp 9 unit 1,2,3 sách mới tạo ra những 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often ______ her younger brother when her parents are away.</w:t>
      </w:r>
    </w:p>
    <w:p>
      <w:pPr>
        <w:pStyle w:val="ListParagraph"/>
      </w:pPr>
      <w:r>
        <w:rPr>
          <w:sz w:val="22"/>
        </w:rPr>
        <w:t>A. looks after</w:t>
      </w:r>
    </w:p>
    <w:p>
      <w:pPr>
        <w:pStyle w:val="ListParagraph"/>
      </w:pPr>
      <w:r>
        <w:rPr>
          <w:sz w:val="22"/>
        </w:rPr>
        <w:t>B. looks for</w:t>
      </w:r>
    </w:p>
    <w:p>
      <w:pPr>
        <w:pStyle w:val="ListParagraph"/>
      </w:pPr>
      <w:r>
        <w:rPr>
          <w:sz w:val="22"/>
        </w:rPr>
        <w:t>C. looks up</w:t>
      </w:r>
    </w:p>
    <w:p>
      <w:pPr>
        <w:pStyle w:val="ListParagraph"/>
      </w:pPr>
      <w:r>
        <w:rPr>
          <w:sz w:val="22"/>
        </w:rPr>
        <w:t>D. looks at</w:t>
      </w:r>
    </w:p>
    <w:p/>
    <w:p>
      <w:r>
        <w:rPr>
          <w:b/>
          <w:sz w:val="24"/>
        </w:rPr>
        <w:t>Câu 2: I don't know the meaning of this word. Can you ______ it ______ in the dictionary?</w:t>
      </w:r>
    </w:p>
    <w:p>
      <w:pPr>
        <w:pStyle w:val="ListParagraph"/>
      </w:pPr>
      <w:r>
        <w:rPr>
          <w:sz w:val="22"/>
        </w:rPr>
        <w:t>A. look / up</w:t>
      </w:r>
    </w:p>
    <w:p>
      <w:pPr>
        <w:pStyle w:val="ListParagraph"/>
      </w:pPr>
      <w:r>
        <w:rPr>
          <w:sz w:val="22"/>
        </w:rPr>
        <w:t>B. look / after</w:t>
      </w:r>
    </w:p>
    <w:p>
      <w:pPr>
        <w:pStyle w:val="ListParagraph"/>
      </w:pPr>
      <w:r>
        <w:rPr>
          <w:sz w:val="22"/>
        </w:rPr>
        <w:t>C. look / for</w:t>
      </w:r>
    </w:p>
    <w:p>
      <w:pPr>
        <w:pStyle w:val="ListParagraph"/>
      </w:pPr>
      <w:r>
        <w:rPr>
          <w:sz w:val="22"/>
        </w:rPr>
        <w:t>D. look / forward</w:t>
      </w:r>
    </w:p>
    <w:p/>
    <w:p>
      <w:r>
        <w:rPr>
          <w:b/>
          <w:sz w:val="24"/>
        </w:rPr>
        <w:t>Câu 3: We are ______ seeing you again next summer.</w:t>
      </w:r>
    </w:p>
    <w:p>
      <w:pPr>
        <w:pStyle w:val="ListParagraph"/>
      </w:pPr>
      <w:r>
        <w:rPr>
          <w:sz w:val="22"/>
        </w:rPr>
        <w:t>A. looking forward to</w:t>
      </w:r>
    </w:p>
    <w:p>
      <w:pPr>
        <w:pStyle w:val="ListParagraph"/>
      </w:pPr>
      <w:r>
        <w:rPr>
          <w:sz w:val="22"/>
        </w:rPr>
        <w:t>B. looking after</w:t>
      </w:r>
    </w:p>
    <w:p>
      <w:pPr>
        <w:pStyle w:val="ListParagraph"/>
      </w:pPr>
      <w:r>
        <w:rPr>
          <w:sz w:val="22"/>
        </w:rPr>
        <w:t>C. looking for</w:t>
      </w:r>
    </w:p>
    <w:p>
      <w:pPr>
        <w:pStyle w:val="ListParagraph"/>
      </w:pPr>
      <w:r>
        <w:rPr>
          <w:sz w:val="22"/>
        </w:rPr>
        <w:t>D. looking up</w:t>
      </w:r>
    </w:p>
    <w:p/>
    <w:p>
      <w:r>
        <w:rPr>
          <w:b/>
          <w:sz w:val="24"/>
        </w:rPr>
        <w:t>Câu 4: The city has ______ a lot since I last visited it.</w:t>
      </w:r>
    </w:p>
    <w:p>
      <w:pPr>
        <w:pStyle w:val="ListParagraph"/>
      </w:pPr>
      <w:r>
        <w:rPr>
          <w:sz w:val="22"/>
        </w:rPr>
        <w:t>A. changed</w:t>
      </w:r>
    </w:p>
    <w:p>
      <w:pPr>
        <w:pStyle w:val="ListParagraph"/>
      </w:pPr>
      <w:r>
        <w:rPr>
          <w:sz w:val="22"/>
        </w:rPr>
        <w:t>B. change</w:t>
      </w:r>
    </w:p>
    <w:p>
      <w:pPr>
        <w:pStyle w:val="ListParagraph"/>
      </w:pPr>
      <w:r>
        <w:rPr>
          <w:sz w:val="22"/>
        </w:rPr>
        <w:t>C. changing</w:t>
      </w:r>
    </w:p>
    <w:p>
      <w:pPr>
        <w:pStyle w:val="ListParagraph"/>
      </w:pPr>
      <w:r>
        <w:rPr>
          <w:sz w:val="22"/>
        </w:rPr>
        <w:t>D. to change</w:t>
      </w:r>
    </w:p>
    <w:p/>
    <w:p>
      <w:r>
        <w:rPr>
          <w:b/>
          <w:sz w:val="24"/>
        </w:rPr>
        <w:t>Câu 5: She wishes she ______ more time to travel around the world.</w:t>
      </w:r>
    </w:p>
    <w:p>
      <w:pPr>
        <w:pStyle w:val="ListParagraph"/>
      </w:pPr>
      <w:r>
        <w:rPr>
          <w:sz w:val="22"/>
        </w:rPr>
        <w:t>A. has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will have</w:t>
      </w:r>
    </w:p>
    <w:p>
      <w:pPr>
        <w:pStyle w:val="ListParagraph"/>
      </w:pPr>
      <w:r>
        <w:rPr>
          <w:sz w:val="22"/>
        </w:rPr>
        <w:t>D. would have</w:t>
      </w:r>
    </w:p>
    <w:p/>
    <w:p>
      <w:r>
        <w:rPr>
          <w:b/>
          <w:sz w:val="24"/>
        </w:rPr>
        <w:t>Câu 6: I suggest ______ a short break before we continue.</w:t>
      </w:r>
    </w:p>
    <w:p>
      <w:pPr>
        <w:pStyle w:val="ListParagraph"/>
      </w:pPr>
      <w:r>
        <w:rPr>
          <w:sz w:val="22"/>
        </w:rPr>
        <w:t>A. take</w:t>
      </w:r>
    </w:p>
    <w:p>
      <w:pPr>
        <w:pStyle w:val="ListParagraph"/>
      </w:pPr>
      <w:r>
        <w:rPr>
          <w:sz w:val="22"/>
        </w:rPr>
        <w:t>B. to take</w:t>
      </w:r>
    </w:p>
    <w:p>
      <w:pPr>
        <w:pStyle w:val="ListParagraph"/>
      </w:pPr>
      <w:r>
        <w:rPr>
          <w:sz w:val="22"/>
        </w:rPr>
        <w:t>C. taking</w:t>
      </w:r>
    </w:p>
    <w:p>
      <w:pPr>
        <w:pStyle w:val="ListParagraph"/>
      </w:pPr>
      <w:r>
        <w:rPr>
          <w:sz w:val="22"/>
        </w:rPr>
        <w:t>D. took</w:t>
      </w:r>
    </w:p>
    <w:p/>
    <w:p>
      <w:r>
        <w:rPr>
          <w:b/>
          <w:sz w:val="24"/>
        </w:rPr>
        <w:t>Câu 7: If I ______ you, I would apologize to her.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8: The ao dai is the ______ dress of Vietnamese women.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traditionally</w:t>
      </w:r>
    </w:p>
    <w:p>
      <w:pPr>
        <w:pStyle w:val="ListParagraph"/>
      </w:pPr>
      <w:r>
        <w:rPr>
          <w:sz w:val="22"/>
        </w:rPr>
        <w:t>D. traditionalist</w:t>
      </w:r>
    </w:p>
    <w:p/>
    <w:p>
      <w:r>
        <w:rPr>
          <w:b/>
          <w:sz w:val="24"/>
        </w:rPr>
        <w:t>Câu 9: We have lived in this city ______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10: She asked me if I ______ to school by bike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will go</w:t>
      </w:r>
    </w:p>
    <w:p>
      <w:pPr>
        <w:pStyle w:val="ListParagraph"/>
      </w:pPr>
      <w:r>
        <w:rPr>
          <w:sz w:val="22"/>
        </w:rPr>
        <w:t>D. would go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