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- I. LISTENING (2.0 pts)</w:t>
      </w:r>
    </w:p>
    <w:p>
      <w:pPr>
        <w:jc w:val="center"/>
      </w:pPr>
      <w:r>
        <w:rPr>
          <w:sz w:val="22"/>
        </w:rPr>
        <w:t>Số câu: 32    Thời gian: _____ phút    Họ và tên: _________________________</w:t>
      </w:r>
    </w:p>
    <w:p/>
    <w:p>
      <w:r>
        <w:rPr>
          <w:b/>
          <w:sz w:val="24"/>
        </w:rPr>
        <w:t>Câu 1: Nguyen thinks country life could be so interesting.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rPr>
          <w:b/>
          <w:sz w:val="24"/>
        </w:rPr>
        <w:t>Câu 2: Nguyen never joins the boys in herding the buffaloes.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rPr>
          <w:b/>
          <w:sz w:val="24"/>
        </w:rPr>
        <w:t>Câu 3: Rice is transported home on trucks.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rPr>
          <w:b/>
          <w:sz w:val="24"/>
        </w:rPr>
        <w:t>Câu 4: Nick would like to visit the countryside at harvest time.</w:t>
      </w:r>
    </w:p>
    <w:p>
      <w:pPr>
        <w:pStyle w:val="ListParagraph"/>
      </w:pPr>
      <w:r>
        <w:rPr>
          <w:sz w:val="22"/>
        </w:rPr>
        <w:t>A. True</w:t>
      </w:r>
    </w:p>
    <w:p>
      <w:pPr>
        <w:pStyle w:val="ListParagraph"/>
      </w:pPr>
      <w:r>
        <w:rPr>
          <w:sz w:val="22"/>
        </w:rPr>
        <w:t>B. False</w:t>
      </w:r>
    </w:p>
    <w:p/>
    <w:p>
      <w:r>
        <w:rPr>
          <w:b/>
          <w:sz w:val="24"/>
        </w:rPr>
        <w:t>Câu 5: Nguyen is ______ now.</w:t>
      </w:r>
    </w:p>
    <w:p>
      <w:pPr>
        <w:pStyle w:val="ListParagraph"/>
      </w:pPr>
      <w:r>
        <w:rPr>
          <w:sz w:val="22"/>
        </w:rPr>
        <w:t>A. the countryside</w:t>
      </w:r>
    </w:p>
    <w:p>
      <w:pPr>
        <w:pStyle w:val="ListParagraph"/>
      </w:pPr>
      <w:r>
        <w:rPr>
          <w:sz w:val="22"/>
        </w:rPr>
        <w:t>B. large village</w:t>
      </w:r>
    </w:p>
    <w:p>
      <w:pPr>
        <w:pStyle w:val="ListParagraph"/>
      </w:pPr>
      <w:r>
        <w:rPr>
          <w:sz w:val="22"/>
        </w:rPr>
        <w:t>C. Ha Noi</w:t>
      </w:r>
    </w:p>
    <w:p/>
    <w:p>
      <w:r>
        <w:rPr>
          <w:b/>
          <w:sz w:val="24"/>
        </w:rPr>
        <w:t>Câu 6: He ______ able to make new friends.</w:t>
      </w:r>
    </w:p>
    <w:p>
      <w:pPr>
        <w:pStyle w:val="ListParagraph"/>
      </w:pPr>
      <w:r>
        <w:rPr>
          <w:sz w:val="22"/>
        </w:rPr>
        <w:t>A. on his 1st day</w:t>
      </w:r>
    </w:p>
    <w:p>
      <w:pPr>
        <w:pStyle w:val="ListParagraph"/>
      </w:pPr>
      <w:r>
        <w:rPr>
          <w:sz w:val="22"/>
        </w:rPr>
        <w:t>B. on his 2nd day</w:t>
      </w:r>
    </w:p>
    <w:p>
      <w:pPr>
        <w:pStyle w:val="ListParagraph"/>
      </w:pPr>
      <w:r>
        <w:rPr>
          <w:sz w:val="22"/>
        </w:rPr>
        <w:t>C. on his 3rd day</w:t>
      </w:r>
    </w:p>
    <w:p/>
    <w:p>
      <w:r>
        <w:rPr>
          <w:b/>
          <w:sz w:val="24"/>
        </w:rPr>
        <w:t>Câu 7: Nguyen’s kite is ______.</w:t>
      </w:r>
    </w:p>
    <w:p>
      <w:pPr>
        <w:pStyle w:val="ListParagraph"/>
      </w:pPr>
      <w:r>
        <w:rPr>
          <w:sz w:val="22"/>
        </w:rPr>
        <w:t>A. small</w:t>
      </w:r>
    </w:p>
    <w:p>
      <w:pPr>
        <w:pStyle w:val="ListParagraph"/>
      </w:pPr>
      <w:r>
        <w:rPr>
          <w:sz w:val="22"/>
        </w:rPr>
        <w:t>B. big</w:t>
      </w:r>
    </w:p>
    <w:p>
      <w:pPr>
        <w:pStyle w:val="ListParagraph"/>
      </w:pPr>
      <w:r>
        <w:rPr>
          <w:sz w:val="22"/>
        </w:rPr>
        <w:t>C. large and colorful</w:t>
      </w:r>
    </w:p>
    <w:p/>
    <w:p>
      <w:r>
        <w:rPr>
          <w:b/>
          <w:sz w:val="24"/>
        </w:rPr>
        <w:t>Câu 8: He thinks life in the countryside is ______ than in the city.</w:t>
      </w:r>
    </w:p>
    <w:p>
      <w:pPr>
        <w:pStyle w:val="ListParagraph"/>
      </w:pPr>
      <w:r>
        <w:rPr>
          <w:sz w:val="22"/>
        </w:rPr>
        <w:t>A. faster</w:t>
      </w:r>
    </w:p>
    <w:p>
      <w:pPr>
        <w:pStyle w:val="ListParagraph"/>
      </w:pPr>
      <w:r>
        <w:rPr>
          <w:sz w:val="22"/>
        </w:rPr>
        <w:t>B. slower</w:t>
      </w:r>
    </w:p>
    <w:p>
      <w:pPr>
        <w:pStyle w:val="ListParagraph"/>
      </w:pPr>
      <w:r>
        <w:rPr>
          <w:sz w:val="22"/>
        </w:rPr>
        <w:t>C. cooler</w:t>
      </w:r>
    </w:p>
    <w:p/>
    <w:p>
      <w:r>
        <w:rPr>
          <w:b/>
          <w:sz w:val="24"/>
        </w:rPr>
        <w:t>Câu 9: Choose the word whose underlined part is pronounced differently from the others.</w:t>
      </w:r>
    </w:p>
    <w:p>
      <w:pPr>
        <w:pStyle w:val="ListParagraph"/>
      </w:pPr>
      <w:r>
        <w:rPr>
          <w:sz w:val="22"/>
        </w:rPr>
        <w:t>A. activity</w:t>
      </w:r>
    </w:p>
    <w:p>
      <w:pPr>
        <w:pStyle w:val="ListParagraph"/>
      </w:pPr>
      <w:r>
        <w:rPr>
          <w:sz w:val="22"/>
        </w:rPr>
        <w:t>B. sick</w:t>
      </w:r>
    </w:p>
    <w:p>
      <w:pPr>
        <w:pStyle w:val="ListParagraph"/>
      </w:pPr>
      <w:r>
        <w:rPr>
          <w:sz w:val="22"/>
        </w:rPr>
        <w:t>C. think</w:t>
      </w:r>
    </w:p>
    <w:p>
      <w:pPr>
        <w:pStyle w:val="ListParagraph"/>
      </w:pPr>
      <w:r>
        <w:rPr>
          <w:sz w:val="22"/>
        </w:rPr>
        <w:t>D. city</w:t>
      </w:r>
    </w:p>
    <w:p/>
    <w:p>
      <w:r>
        <w:rPr>
          <w:b/>
          <w:sz w:val="24"/>
        </w:rPr>
        <w:t>Câu 10: Choose the word whose main stress is placed differently from the others.</w:t>
      </w:r>
    </w:p>
    <w:p>
      <w:pPr>
        <w:pStyle w:val="ListParagraph"/>
      </w:pPr>
      <w:r>
        <w:rPr>
          <w:sz w:val="22"/>
        </w:rPr>
        <w:t>A. adore</w:t>
      </w:r>
    </w:p>
    <w:p>
      <w:pPr>
        <w:pStyle w:val="ListParagraph"/>
      </w:pPr>
      <w:r>
        <w:rPr>
          <w:sz w:val="22"/>
        </w:rPr>
        <w:t>B. leisure</w:t>
      </w:r>
    </w:p>
    <w:p>
      <w:pPr>
        <w:pStyle w:val="ListParagraph"/>
      </w:pPr>
      <w:r>
        <w:rPr>
          <w:sz w:val="22"/>
        </w:rPr>
        <w:t>C. enjoy</w:t>
      </w:r>
    </w:p>
    <w:p>
      <w:pPr>
        <w:pStyle w:val="ListParagraph"/>
      </w:pPr>
      <w:r>
        <w:rPr>
          <w:sz w:val="22"/>
        </w:rPr>
        <w:t>D. detest</w:t>
      </w:r>
    </w:p>
    <w:p/>
    <w:p>
      <w:r>
        <w:rPr>
          <w:b/>
          <w:sz w:val="24"/>
        </w:rPr>
        <w:t>Câu 11: Farmers are ______ after they have harvested all the fields.</w:t>
      </w:r>
    </w:p>
    <w:p>
      <w:pPr>
        <w:pStyle w:val="ListParagraph"/>
      </w:pPr>
      <w:r>
        <w:rPr>
          <w:sz w:val="22"/>
        </w:rPr>
        <w:t>A. milk cows</w:t>
      </w:r>
    </w:p>
    <w:p>
      <w:pPr>
        <w:pStyle w:val="ListParagraph"/>
      </w:pPr>
      <w:r>
        <w:rPr>
          <w:sz w:val="22"/>
        </w:rPr>
        <w:t>B. washing clothes</w:t>
      </w:r>
    </w:p>
    <w:p>
      <w:pPr>
        <w:pStyle w:val="ListParagraph"/>
      </w:pPr>
      <w:r>
        <w:rPr>
          <w:sz w:val="22"/>
        </w:rPr>
        <w:t>C. dragon-son?</w:t>
      </w:r>
    </w:p>
    <w:p>
      <w:pPr>
        <w:pStyle w:val="ListParagraph"/>
      </w:pPr>
      <w:r>
        <w:rPr>
          <w:sz w:val="22"/>
        </w:rPr>
        <w:t>D. drying rice</w:t>
      </w:r>
    </w:p>
    <w:p/>
    <w:p>
      <w:r>
        <w:rPr>
          <w:b/>
          <w:sz w:val="24"/>
        </w:rPr>
        <w:t>Câu 12: Many people are ______ of French cheese.</w:t>
      </w:r>
    </w:p>
    <w:p>
      <w:pPr>
        <w:pStyle w:val="ListParagraph"/>
      </w:pPr>
      <w:r>
        <w:rPr>
          <w:sz w:val="22"/>
        </w:rPr>
        <w:t>A. fond</w:t>
      </w:r>
    </w:p>
    <w:p>
      <w:pPr>
        <w:pStyle w:val="ListParagraph"/>
      </w:pPr>
      <w:r>
        <w:rPr>
          <w:sz w:val="22"/>
        </w:rPr>
        <w:t>B. keen</w:t>
      </w:r>
    </w:p>
    <w:p>
      <w:pPr>
        <w:pStyle w:val="ListParagraph"/>
      </w:pPr>
      <w:r>
        <w:rPr>
          <w:sz w:val="22"/>
        </w:rPr>
        <w:t>C. interested</w:t>
      </w:r>
    </w:p>
    <w:p>
      <w:pPr>
        <w:pStyle w:val="ListParagraph"/>
      </w:pPr>
      <w:r>
        <w:rPr>
          <w:sz w:val="22"/>
        </w:rPr>
        <w:t>D. crazy</w:t>
      </w:r>
    </w:p>
    <w:p/>
    <w:p>
      <w:r>
        <w:rPr>
          <w:b/>
          <w:sz w:val="24"/>
        </w:rPr>
        <w:t>Câu 13: I like to ______ TikTok to watch short clips whenever I have free time.</w:t>
      </w:r>
    </w:p>
    <w:p>
      <w:pPr>
        <w:pStyle w:val="ListParagraph"/>
      </w:pPr>
      <w:r>
        <w:rPr>
          <w:sz w:val="22"/>
        </w:rPr>
        <w:t>A. knit</w:t>
      </w:r>
    </w:p>
    <w:p>
      <w:pPr>
        <w:pStyle w:val="ListParagraph"/>
      </w:pPr>
      <w:r>
        <w:rPr>
          <w:sz w:val="22"/>
        </w:rPr>
        <w:t>B. surf</w:t>
      </w:r>
    </w:p>
    <w:p>
      <w:pPr>
        <w:pStyle w:val="ListParagraph"/>
      </w:pPr>
      <w:r>
        <w:rPr>
          <w:sz w:val="22"/>
        </w:rPr>
        <w:t>C. message</w:t>
      </w:r>
    </w:p>
    <w:p>
      <w:pPr>
        <w:pStyle w:val="ListParagraph"/>
      </w:pPr>
      <w:r>
        <w:rPr>
          <w:sz w:val="22"/>
        </w:rPr>
        <w:t>D. relax</w:t>
      </w:r>
    </w:p>
    <w:p/>
    <w:p>
      <w:r>
        <w:rPr>
          <w:b/>
          <w:sz w:val="24"/>
        </w:rPr>
        <w:t>Câu 14: The local people are very ______ and always invite visitors to their homes.</w:t>
      </w:r>
    </w:p>
    <w:p>
      <w:pPr>
        <w:pStyle w:val="ListParagraph"/>
      </w:pPr>
      <w:r>
        <w:rPr>
          <w:sz w:val="22"/>
        </w:rPr>
        <w:t>A. noisy</w:t>
      </w:r>
    </w:p>
    <w:p>
      <w:pPr>
        <w:pStyle w:val="ListParagraph"/>
      </w:pPr>
      <w:r>
        <w:rPr>
          <w:sz w:val="22"/>
        </w:rPr>
        <w:t>B. vast</w:t>
      </w:r>
    </w:p>
    <w:p>
      <w:pPr>
        <w:pStyle w:val="ListParagraph"/>
      </w:pPr>
      <w:r>
        <w:rPr>
          <w:sz w:val="22"/>
        </w:rPr>
        <w:t>C. hospitable</w:t>
      </w:r>
    </w:p>
    <w:p>
      <w:pPr>
        <w:pStyle w:val="ListParagraph"/>
      </w:pPr>
      <w:r>
        <w:rPr>
          <w:sz w:val="22"/>
        </w:rPr>
        <w:t>D. careful</w:t>
      </w:r>
    </w:p>
    <w:p/>
    <w:p>
      <w:r>
        <w:rPr>
          <w:b/>
          <w:sz w:val="24"/>
        </w:rPr>
        <w:t>Câu 15: Nam speaks English ______ than last year.</w:t>
      </w:r>
    </w:p>
    <w:p>
      <w:pPr>
        <w:pStyle w:val="ListParagraph"/>
      </w:pPr>
      <w:r>
        <w:rPr>
          <w:sz w:val="22"/>
        </w:rPr>
        <w:t>A. confidently</w:t>
      </w:r>
    </w:p>
    <w:p>
      <w:pPr>
        <w:pStyle w:val="ListParagraph"/>
      </w:pPr>
      <w:r>
        <w:rPr>
          <w:sz w:val="22"/>
        </w:rPr>
        <w:t>B. confident</w:t>
      </w:r>
    </w:p>
    <w:p>
      <w:pPr>
        <w:pStyle w:val="ListParagraph"/>
      </w:pPr>
      <w:r>
        <w:rPr>
          <w:sz w:val="22"/>
        </w:rPr>
        <w:t>C. more confidently</w:t>
      </w:r>
    </w:p>
    <w:p>
      <w:pPr>
        <w:pStyle w:val="ListParagraph"/>
      </w:pPr>
      <w:r>
        <w:rPr>
          <w:sz w:val="22"/>
        </w:rPr>
        <w:t>D. more confident</w:t>
      </w:r>
    </w:p>
    <w:p/>
    <w:p>
      <w:r>
        <w:rPr>
          <w:b/>
          <w:sz w:val="24"/>
        </w:rPr>
        <w:t>Câu 16: Hoa and Lan are at the birthday party. Lan: What a beautiful picture you have! Hoa: “______”</w:t>
      </w:r>
    </w:p>
    <w:p>
      <w:pPr>
        <w:pStyle w:val="ListParagraph"/>
      </w:pPr>
      <w:r>
        <w:rPr>
          <w:sz w:val="22"/>
        </w:rPr>
        <w:t>A. Yes, I do.</w:t>
      </w:r>
    </w:p>
    <w:p>
      <w:pPr>
        <w:pStyle w:val="ListParagraph"/>
      </w:pPr>
      <w:r>
        <w:rPr>
          <w:sz w:val="22"/>
        </w:rPr>
        <w:t>B. Yes, I don’t like.</w:t>
      </w:r>
    </w:p>
    <w:p>
      <w:pPr>
        <w:pStyle w:val="ListParagraph"/>
      </w:pPr>
      <w:r>
        <w:rPr>
          <w:sz w:val="22"/>
        </w:rPr>
        <w:t>C. Yes, I like.</w:t>
      </w:r>
    </w:p>
    <w:p>
      <w:pPr>
        <w:pStyle w:val="ListParagraph"/>
      </w:pPr>
      <w:r>
        <w:rPr>
          <w:sz w:val="22"/>
        </w:rPr>
        <w:t>D. I’m glad you like it.</w:t>
      </w:r>
    </w:p>
    <w:p/>
    <w:p>
      <w:r>
        <w:rPr>
          <w:b/>
          <w:sz w:val="24"/>
        </w:rPr>
        <w:t>Câu 17: I feel fortunate that I am living in a peaceful village in southern Viet Nam. The scenery here is beautiful (17) ______ picturesque with vast fields stretching long distances.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so</w:t>
      </w:r>
    </w:p>
    <w:p>
      <w:pPr>
        <w:pStyle w:val="ListParagraph"/>
      </w:pPr>
      <w:r>
        <w:rPr>
          <w:sz w:val="22"/>
        </w:rPr>
        <w:t>C. but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18: Life here seems to move (18) ______ than in cities.</w:t>
      </w:r>
    </w:p>
    <w:p>
      <w:pPr>
        <w:pStyle w:val="ListParagraph"/>
      </w:pPr>
      <w:r>
        <w:rPr>
          <w:sz w:val="22"/>
        </w:rPr>
        <w:t>A. more slowly</w:t>
      </w:r>
    </w:p>
    <w:p>
      <w:pPr>
        <w:pStyle w:val="ListParagraph"/>
      </w:pPr>
      <w:r>
        <w:rPr>
          <w:sz w:val="22"/>
        </w:rPr>
        <w:t>B. slowly</w:t>
      </w:r>
    </w:p>
    <w:p>
      <w:pPr>
        <w:pStyle w:val="ListParagraph"/>
      </w:pPr>
      <w:r>
        <w:rPr>
          <w:sz w:val="22"/>
        </w:rPr>
        <w:t>C. most slowly</w:t>
      </w:r>
    </w:p>
    <w:p>
      <w:pPr>
        <w:pStyle w:val="ListParagraph"/>
      </w:pPr>
      <w:r>
        <w:rPr>
          <w:sz w:val="22"/>
        </w:rPr>
        <w:t>D. more slow</w:t>
      </w:r>
    </w:p>
    <w:p/>
    <w:p>
      <w:r>
        <w:rPr>
          <w:b/>
          <w:sz w:val="24"/>
        </w:rPr>
        <w:t>Câu 19: They grow vegetables, cultivate rice, and (19) ______ cattle.</w:t>
      </w:r>
    </w:p>
    <w:p>
      <w:pPr>
        <w:pStyle w:val="ListParagraph"/>
      </w:pPr>
      <w:r>
        <w:rPr>
          <w:sz w:val="22"/>
        </w:rPr>
        <w:t>A. grow</w:t>
      </w:r>
    </w:p>
    <w:p>
      <w:pPr>
        <w:pStyle w:val="ListParagraph"/>
      </w:pPr>
      <w:r>
        <w:rPr>
          <w:sz w:val="22"/>
        </w:rPr>
        <w:t>B. raise</w:t>
      </w:r>
    </w:p>
    <w:p>
      <w:pPr>
        <w:pStyle w:val="ListParagraph"/>
      </w:pPr>
      <w:r>
        <w:rPr>
          <w:sz w:val="22"/>
        </w:rPr>
        <w:t>C. plant</w:t>
      </w:r>
    </w:p>
    <w:p>
      <w:pPr>
        <w:pStyle w:val="ListParagraph"/>
      </w:pPr>
      <w:r>
        <w:rPr>
          <w:sz w:val="22"/>
        </w:rPr>
        <w:t>D. use</w:t>
      </w:r>
    </w:p>
    <w:p/>
    <w:p>
      <w:r>
        <w:rPr>
          <w:b/>
          <w:sz w:val="24"/>
        </w:rPr>
        <w:t>Câu 20: At harvest time, they use combine harvesters to (20) ______ their crops.</w:t>
      </w:r>
    </w:p>
    <w:p>
      <w:pPr>
        <w:pStyle w:val="ListParagraph"/>
      </w:pPr>
      <w:r>
        <w:rPr>
          <w:sz w:val="22"/>
        </w:rPr>
        <w:t>A. herd</w:t>
      </w:r>
    </w:p>
    <w:p>
      <w:pPr>
        <w:pStyle w:val="ListParagraph"/>
      </w:pPr>
      <w:r>
        <w:rPr>
          <w:sz w:val="22"/>
        </w:rPr>
        <w:t>B. pick</w:t>
      </w:r>
    </w:p>
    <w:p>
      <w:pPr>
        <w:pStyle w:val="ListParagraph"/>
      </w:pPr>
      <w:r>
        <w:rPr>
          <w:sz w:val="22"/>
        </w:rPr>
        <w:t>C. dry</w:t>
      </w:r>
    </w:p>
    <w:p>
      <w:pPr>
        <w:pStyle w:val="ListParagraph"/>
      </w:pPr>
      <w:r>
        <w:rPr>
          <w:sz w:val="22"/>
        </w:rPr>
        <w:t>D. harvest</w:t>
      </w:r>
    </w:p>
    <w:p/>
    <w:p>
      <w:r>
        <w:rPr>
          <w:b/>
          <w:sz w:val="24"/>
        </w:rPr>
        <w:t>Câu 21: Where is Viet Nam located?</w:t>
      </w:r>
    </w:p>
    <w:p>
      <w:pPr>
        <w:pStyle w:val="ListParagraph"/>
      </w:pPr>
      <w:r>
        <w:rPr>
          <w:sz w:val="22"/>
        </w:rPr>
        <w:t>A. In South-East Asia</w:t>
      </w:r>
    </w:p>
    <w:p>
      <w:pPr>
        <w:pStyle w:val="ListParagraph"/>
      </w:pPr>
      <w:r>
        <w:rPr>
          <w:sz w:val="22"/>
        </w:rPr>
        <w:t>B. In East Asia</w:t>
      </w:r>
    </w:p>
    <w:p>
      <w:pPr>
        <w:pStyle w:val="ListParagraph"/>
      </w:pPr>
      <w:r>
        <w:rPr>
          <w:sz w:val="22"/>
        </w:rPr>
        <w:t>C. In South Asia</w:t>
      </w:r>
    </w:p>
    <w:p>
      <w:pPr>
        <w:pStyle w:val="ListParagraph"/>
      </w:pPr>
      <w:r>
        <w:rPr>
          <w:sz w:val="22"/>
        </w:rPr>
        <w:t>D. In North Asia</w:t>
      </w:r>
    </w:p>
    <w:p/>
    <w:p>
      <w:r>
        <w:rPr>
          <w:b/>
          <w:sz w:val="24"/>
        </w:rPr>
        <w:t>Câu 22: Does it have age-old culture and long tradition of fighting against foreign invaders?</w:t>
      </w:r>
    </w:p>
    <w:p>
      <w:pPr>
        <w:pStyle w:val="ListParagraph"/>
      </w:pPr>
      <w:r>
        <w:rPr>
          <w:sz w:val="22"/>
        </w:rPr>
        <w:t>A. No, it doesn't.</w:t>
      </w:r>
    </w:p>
    <w:p>
      <w:pPr>
        <w:pStyle w:val="ListParagraph"/>
      </w:pPr>
      <w:r>
        <w:rPr>
          <w:sz w:val="22"/>
        </w:rPr>
        <w:t>B. Yes, it does.</w:t>
      </w:r>
    </w:p>
    <w:p>
      <w:pPr>
        <w:pStyle w:val="ListParagraph"/>
      </w:pPr>
      <w:r>
        <w:rPr>
          <w:sz w:val="22"/>
        </w:rPr>
        <w:t>C. Yes, it has.</w:t>
      </w:r>
    </w:p>
    <w:p>
      <w:pPr>
        <w:pStyle w:val="ListParagraph"/>
      </w:pPr>
      <w:r>
        <w:rPr>
          <w:sz w:val="22"/>
        </w:rPr>
        <w:t>D. Yes, it has only an age-old culture.</w:t>
      </w:r>
    </w:p>
    <w:p/>
    <w:p>
      <w:r>
        <w:rPr>
          <w:b/>
          <w:sz w:val="24"/>
        </w:rPr>
        <w:t>Câu 23: What does Viet Nam export?</w:t>
      </w:r>
    </w:p>
    <w:p>
      <w:pPr>
        <w:pStyle w:val="ListParagraph"/>
      </w:pPr>
      <w:r>
        <w:rPr>
          <w:sz w:val="22"/>
        </w:rPr>
        <w:t>A. Rice and wheat</w:t>
      </w:r>
    </w:p>
    <w:p>
      <w:pPr>
        <w:pStyle w:val="ListParagraph"/>
      </w:pPr>
      <w:r>
        <w:rPr>
          <w:sz w:val="22"/>
        </w:rPr>
        <w:t>B. Coffee and tea</w:t>
      </w:r>
    </w:p>
    <w:p>
      <w:pPr>
        <w:pStyle w:val="ListParagraph"/>
      </w:pPr>
      <w:r>
        <w:rPr>
          <w:sz w:val="22"/>
        </w:rPr>
        <w:t>C. Tea and rice</w:t>
      </w:r>
    </w:p>
    <w:p>
      <w:pPr>
        <w:pStyle w:val="ListParagraph"/>
      </w:pPr>
      <w:r>
        <w:rPr>
          <w:sz w:val="22"/>
        </w:rPr>
        <w:t>D. Rice, coffee and many other farm products</w:t>
      </w:r>
    </w:p>
    <w:p/>
    <w:p>
      <w:r>
        <w:rPr>
          <w:b/>
          <w:sz w:val="24"/>
        </w:rPr>
        <w:t>Câu 24: Are Ha Long Bay, Phong Nha Cave, Hoi An Ancient Town, and My Son Sanctuary World Heritage Sites in Viet Nam?</w:t>
      </w:r>
    </w:p>
    <w:p>
      <w:pPr>
        <w:pStyle w:val="ListParagraph"/>
      </w:pPr>
      <w:r>
        <w:rPr>
          <w:sz w:val="22"/>
        </w:rPr>
        <w:t>A. No, it isn't.</w:t>
      </w:r>
    </w:p>
    <w:p>
      <w:pPr>
        <w:pStyle w:val="ListParagraph"/>
      </w:pPr>
      <w:r>
        <w:rPr>
          <w:sz w:val="22"/>
        </w:rPr>
        <w:t>B. No, they aren't.</w:t>
      </w:r>
    </w:p>
    <w:p>
      <w:pPr>
        <w:pStyle w:val="ListParagraph"/>
      </w:pPr>
      <w:r>
        <w:rPr>
          <w:sz w:val="22"/>
        </w:rPr>
        <w:t>C. Yes, they are.</w:t>
      </w:r>
    </w:p>
    <w:p>
      <w:pPr>
        <w:pStyle w:val="ListParagraph"/>
      </w:pPr>
      <w:r>
        <w:rPr>
          <w:sz w:val="22"/>
        </w:rPr>
        <w:t>D. Only Ha Long Bay is a World Heritage Site.</w:t>
      </w:r>
    </w:p>
    <w:p/>
    <w:p>
      <w:r>
        <w:rPr>
          <w:b/>
          <w:sz w:val="24"/>
        </w:rPr>
        <w:t>Câu 25: Put the words or phrases in correct order to make meaningful sentences: My brother / hanging out / enjoys / his friends / with /</w:t>
      </w:r>
    </w:p>
    <w:p/>
    <w:p>
      <w:r>
        <w:rPr>
          <w:b/>
          <w:sz w:val="24"/>
        </w:rPr>
        <w:t>Câu 26: Put the words or phrases in correct order to make meaningful sentences: Nam / doing puzzles / interested / is / in /</w:t>
      </w:r>
    </w:p>
    <w:p/>
    <w:p>
      <w:r>
        <w:rPr>
          <w:b/>
          <w:sz w:val="24"/>
        </w:rPr>
        <w:t>Câu 27: Put the words or phrases in correct order to make meaningful sentences: has to / Minh / otherwise / may / fail / he / the test / study hard;</w:t>
      </w:r>
    </w:p>
    <w:p/>
    <w:p>
      <w:r>
        <w:rPr>
          <w:b/>
          <w:sz w:val="24"/>
        </w:rPr>
        <w:t>Câu 28: Put the words or phrases in correct order to make meaningful sentences: in the countryside / Life / is / more peaceful / than / and quieter / in the city.</w:t>
      </w:r>
    </w:p>
    <w:p/>
    <w:p>
      <w:r>
        <w:rPr>
          <w:b/>
          <w:sz w:val="24"/>
        </w:rPr>
        <w:t>Câu 29: Rewrite the following sentences so that the meaning stays the same: She can’t go swimming because it is raining hard. - It is raining hard. → So she __________________________________.</w:t>
      </w:r>
    </w:p>
    <w:p/>
    <w:p>
      <w:r>
        <w:rPr>
          <w:b/>
          <w:sz w:val="24"/>
        </w:rPr>
        <w:t>Câu 30: Rewrite the following sentences so that the meaning stays the same: I don’t cook as well as my sister. - My sister cooks _____________________________.</w:t>
      </w:r>
    </w:p>
    <w:p/>
    <w:p>
      <w:r>
        <w:rPr>
          <w:b/>
          <w:sz w:val="24"/>
        </w:rPr>
        <w:t>Câu 31: Rewrite the following sentences so that the meaning stays the same: I am interested in playing chess with my friends. - I fancy ____________________________________.</w:t>
      </w:r>
    </w:p>
    <w:p/>
    <w:p>
      <w:r>
        <w:rPr>
          <w:b/>
          <w:sz w:val="24"/>
        </w:rPr>
        <w:t>Câu 32: Rewrite the following sentences so that the meaning stays the same: It took Tom one hour to travel to his home town. - Tom spent __________________________________.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None</w:t>
      </w:r>
    </w:p>
    <w:p>
      <w:r>
        <w:rPr>
          <w:b/>
        </w:rPr>
        <w:t>Câu 26: Đáp án đúng: None</w:t>
      </w:r>
    </w:p>
    <w:p>
      <w:r>
        <w:rPr>
          <w:b/>
        </w:rPr>
        <w:t>Câu 27: Đáp án đúng: None</w:t>
      </w:r>
    </w:p>
    <w:p>
      <w:r>
        <w:rPr>
          <w:b/>
        </w:rPr>
        <w:t>Câu 28: Đáp án đúng: None</w:t>
      </w:r>
    </w:p>
    <w:p>
      <w:r>
        <w:rPr>
          <w:b/>
        </w:rPr>
        <w:t>Câu 29: Đáp án đúng: None</w:t>
      </w:r>
    </w:p>
    <w:p>
      <w:r>
        <w:rPr>
          <w:b/>
        </w:rPr>
        <w:t>Câu 30: Đáp án đúng: None</w:t>
      </w:r>
    </w:p>
    <w:p>
      <w:r>
        <w:rPr>
          <w:b/>
        </w:rPr>
        <w:t>Câu 31: Đáp án đúng: None</w:t>
      </w:r>
    </w:p>
    <w:p>
      <w:r>
        <w:rPr>
          <w:b/>
        </w:rPr>
        <w:t>Câu 32: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