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Ngữ văn - BÀI TẬP TRÁC NGHIỆM</w:t>
      </w:r>
    </w:p>
    <w:p>
      <w:pPr>
        <w:jc w:val="center"/>
      </w:pPr>
      <w:r>
        <w:rPr>
          <w:sz w:val="22"/>
        </w:rPr>
        <w:t>Số câu: 10    Thời gian: _____ phút    Họ và tên: _________________________</w:t>
      </w:r>
    </w:p>
    <w:p/>
    <w:p>
      <w:r>
        <w:rPr>
          <w:b/>
          <w:sz w:val="24"/>
        </w:rPr>
        <w:t>Câu 1: Chính sách an sinh xã hội không có vai trò nào dưới đây đối với đối tượng được hưởng? Đáp án đúng: D. Quản lý xã hội.</w:t>
        <w:br/>
        <w:br/>
        <w:t>•</w:t>
        <w:tab/>
        <w:t>﻿﻿﻿Phòng ngừa biến cố.</w:t>
        <w:br/>
        <w:t>•</w:t>
        <w:tab/>
        <w:t>﻿﻿﻿Ngăn ngừa rủi ro</w:t>
      </w:r>
    </w:p>
    <w:p>
      <w:pPr>
        <w:pStyle w:val="ListParagraph"/>
      </w:pPr>
      <w:r>
        <w:rPr>
          <w:sz w:val="22"/>
        </w:rPr>
        <w:t>C. Khắc phục rủi ro.</w:t>
      </w:r>
    </w:p>
    <w:p>
      <w:pPr>
        <w:pStyle w:val="ListParagraph"/>
      </w:pPr>
      <w:r>
        <w:rPr>
          <w:sz w:val="22"/>
        </w:rPr>
        <w:t>D. Quản lý xã hội</w:t>
      </w:r>
    </w:p>
    <w:p/>
    <w:p>
      <w:r>
        <w:rPr>
          <w:b/>
          <w:sz w:val="24"/>
        </w:rPr>
        <w:t>Câu 2: Đế thực hiện tốt chính sách an sinh Đáp án đúng: B. tạo ra nhiều việc làm mới. xã hội về giải quyết việc làm, Nhà nước khuyến khích các doanh nghiệp</w:t>
      </w:r>
    </w:p>
    <w:p>
      <w:pPr>
        <w:pStyle w:val="ListParagraph"/>
      </w:pPr>
      <w:r>
        <w:rPr>
          <w:sz w:val="22"/>
        </w:rPr>
        <w:t>A. tạo ra nhiều sản phẩm.</w:t>
      </w:r>
    </w:p>
    <w:p>
      <w:pPr>
        <w:pStyle w:val="ListParagraph"/>
      </w:pPr>
      <w:r>
        <w:rPr>
          <w:sz w:val="22"/>
        </w:rPr>
        <w:t>B. tạo ra nhiều việc làm mới.</w:t>
      </w:r>
    </w:p>
    <w:p>
      <w:pPr>
        <w:pStyle w:val="ListParagraph"/>
      </w:pPr>
      <w:r>
        <w:rPr>
          <w:sz w:val="22"/>
        </w:rPr>
        <w:t>C. bảo vệ người lao động.</w:t>
      </w:r>
    </w:p>
    <w:p>
      <w:pPr>
        <w:pStyle w:val="ListParagraph"/>
      </w:pPr>
      <w:r>
        <w:rPr>
          <w:sz w:val="22"/>
        </w:rPr>
        <w:t>D. tăng thu nhập cho người lao động.</w:t>
      </w:r>
    </w:p>
    <w:p/>
    <w:p>
      <w:r>
        <w:rPr>
          <w:b/>
          <w:sz w:val="24"/>
        </w:rPr>
        <w:t>Câu 3: Trong hệ thông chính sách an sinh xã Đáp án đúng: C. y tế tối thiểu. hội ở nước ta hiện nay, một trong những chính sách dịch vụ xã hội cơ bán là dịch vụ</w:t>
      </w:r>
    </w:p>
    <w:p>
      <w:pPr>
        <w:pStyle w:val="ListParagraph"/>
      </w:pPr>
      <w:r>
        <w:rPr>
          <w:sz w:val="22"/>
        </w:rPr>
        <w:t>A. việc làm tối thiều.</w:t>
      </w:r>
    </w:p>
    <w:p>
      <w:pPr>
        <w:pStyle w:val="ListParagraph"/>
      </w:pPr>
      <w:r>
        <w:rPr>
          <w:sz w:val="22"/>
        </w:rPr>
        <w:t>B. thu nhập tối đa.</w:t>
      </w:r>
    </w:p>
    <w:p>
      <w:pPr>
        <w:pStyle w:val="ListParagraph"/>
      </w:pPr>
      <w:r>
        <w:rPr>
          <w:sz w:val="22"/>
        </w:rPr>
        <w:t>C. y tế tối thiểu.</w:t>
      </w:r>
    </w:p>
    <w:p>
      <w:pPr>
        <w:pStyle w:val="ListParagraph"/>
      </w:pPr>
      <w:r>
        <w:rPr>
          <w:sz w:val="22"/>
        </w:rPr>
        <w:t>D. bảo hiểm tối thiểu.</w:t>
      </w:r>
    </w:p>
    <w:p/>
    <w:p>
      <w:r>
        <w:rPr>
          <w:b/>
          <w:sz w:val="24"/>
        </w:rPr>
        <w:t>Câu 4: Nội dung nào dưới đây không thể Đáp án đúng: A. Giảm tỷ lệ hộ giàu trong xã hội. hiện mục tiêu của chính sách an sinh xã hội về giải quyết việc làm, bảo đám thu nhập và giảm nghèo bền vững?</w:t>
        <w:br/>
        <w:br/>
        <w:t>1. Giảm lỷ lệ hộ giàu trong xã hội.</w:t>
      </w:r>
    </w:p>
    <w:p>
      <w:pPr>
        <w:pStyle w:val="ListParagraph"/>
      </w:pPr>
      <w:r>
        <w:rPr>
          <w:sz w:val="22"/>
        </w:rPr>
        <w:t>B. Cải thiện cuộc sống hộ nghèo.</w:t>
      </w:r>
    </w:p>
    <w:p>
      <w:pPr>
        <w:pStyle w:val="ListParagraph"/>
      </w:pPr>
      <w:r>
        <w:rPr>
          <w:sz w:val="22"/>
        </w:rPr>
        <w:t>C. Xóa bỏ khoảng cách giàu nghèo.</w:t>
      </w:r>
    </w:p>
    <w:p>
      <w:pPr>
        <w:pStyle w:val="ListParagraph"/>
      </w:pPr>
      <w:r>
        <w:rPr>
          <w:sz w:val="22"/>
        </w:rPr>
        <w:t>D. Giảm tỷ lệ người thất nghiệp.</w:t>
      </w:r>
    </w:p>
    <w:p/>
    <w:p>
      <w:r>
        <w:rPr>
          <w:b/>
          <w:sz w:val="24"/>
        </w:rPr>
        <w:t>Câu 5: Một trong những vai trò của an sinh xã hội là góp phần giúp các đối tượng được hưởng chính sách an sinh xã hội có thể chủ động, ngăn ngừa và giảm bớt Đáp án đúng: B. rủi ro.</w:t>
      </w:r>
    </w:p>
    <w:p>
      <w:pPr>
        <w:pStyle w:val="ListParagraph"/>
      </w:pPr>
      <w:r>
        <w:rPr>
          <w:sz w:val="22"/>
        </w:rPr>
        <w:t>A. phạm tội.</w:t>
      </w:r>
    </w:p>
    <w:p>
      <w:pPr>
        <w:pStyle w:val="ListParagraph"/>
      </w:pPr>
      <w:r>
        <w:rPr>
          <w:sz w:val="22"/>
        </w:rPr>
        <w:t>B. rủi ro.</w:t>
      </w:r>
    </w:p>
    <w:p>
      <w:pPr>
        <w:pStyle w:val="ListParagraph"/>
      </w:pPr>
      <w:r>
        <w:rPr>
          <w:sz w:val="22"/>
        </w:rPr>
        <w:t>C. quyền lợi.</w:t>
      </w:r>
    </w:p>
    <w:p/>
    <w:p>
      <w:r>
        <w:rPr>
          <w:b/>
          <w:sz w:val="24"/>
        </w:rPr>
        <w:t>Câu 6: Việc làm nào dưới dây góp phần thực hiện tốt chính sách an sinh xã hội về vân dề giải quyềt việc làm? Đáp án đúng: B. Đẩy mạnh xuất khẩu lao động.</w:t>
      </w:r>
    </w:p>
    <w:p>
      <w:pPr>
        <w:pStyle w:val="ListParagraph"/>
      </w:pPr>
      <w:r>
        <w:rPr>
          <w:sz w:val="22"/>
        </w:rPr>
        <w:t>A. Chia đều các nguồn thu nhập.</w:t>
      </w:r>
    </w:p>
    <w:p>
      <w:pPr>
        <w:pStyle w:val="ListParagraph"/>
      </w:pPr>
      <w:r>
        <w:rPr>
          <w:sz w:val="22"/>
        </w:rPr>
        <w:t>B. Đẩy mạnh xuất khẩu lao động.</w:t>
      </w:r>
    </w:p>
    <w:p>
      <w:pPr>
        <w:pStyle w:val="ListParagraph"/>
      </w:pPr>
      <w:r>
        <w:rPr>
          <w:sz w:val="22"/>
        </w:rPr>
        <w:t>C. Chấp hành quy tắc công cộng.</w:t>
      </w:r>
    </w:p>
    <w:p>
      <w:pPr>
        <w:pStyle w:val="ListParagraph"/>
      </w:pPr>
      <w:r>
        <w:rPr>
          <w:sz w:val="22"/>
        </w:rPr>
        <w:t>D. Bảo trợ hoạt dộng truyền thông</w:t>
      </w:r>
    </w:p>
    <w:p/>
    <w:p>
      <w:r>
        <w:rPr>
          <w:b/>
          <w:sz w:val="24"/>
        </w:rPr>
        <w:t>Câu 7: Một trong những mục tiêu của chính sách an sinh xã hội về bảo hiểm nhằm giúp người dân Đáp án đúng: C. phòng ngừa rủi ro.</w:t>
      </w:r>
    </w:p>
    <w:p>
      <w:pPr>
        <w:pStyle w:val="ListParagraph"/>
      </w:pPr>
      <w:r>
        <w:rPr>
          <w:sz w:val="22"/>
        </w:rPr>
        <w:t>A. xóa đói giám nghèo.</w:t>
      </w:r>
    </w:p>
    <w:p>
      <w:pPr>
        <w:pStyle w:val="ListParagraph"/>
      </w:pPr>
      <w:r>
        <w:rPr>
          <w:sz w:val="22"/>
        </w:rPr>
        <w:t>B. xóa bỏ nhà tạm.</w:t>
      </w:r>
    </w:p>
    <w:p>
      <w:pPr>
        <w:pStyle w:val="ListParagraph"/>
      </w:pPr>
      <w:r>
        <w:rPr>
          <w:sz w:val="22"/>
        </w:rPr>
        <w:t>C. phòng ngừa rủi ro.</w:t>
      </w:r>
    </w:p>
    <w:p>
      <w:pPr>
        <w:pStyle w:val="ListParagraph"/>
      </w:pPr>
      <w:r>
        <w:rPr>
          <w:sz w:val="22"/>
        </w:rPr>
        <w:t>D. phòng ngừa thất nghiệp</w:t>
      </w:r>
    </w:p>
    <w:p/>
    <w:p>
      <w:r>
        <w:rPr>
          <w:b/>
          <w:sz w:val="24"/>
        </w:rPr>
        <w:t>Câu 8: Đối với đối tượng được hưởng chính sách an sinh xã hội, việc thực hiện tốt chính sách an sinh xã hội đem lại lợi ích nào dưới đây? Đáp án đúng: C. Khắc phục và giảm thiểu rủi ro.</w:t>
      </w:r>
    </w:p>
    <w:p>
      <w:pPr>
        <w:pStyle w:val="ListParagraph"/>
      </w:pPr>
      <w:r>
        <w:rPr>
          <w:sz w:val="22"/>
        </w:rPr>
        <w:t>A. Hướng thu nhập vô điều kiện</w:t>
      </w:r>
    </w:p>
    <w:p>
      <w:pPr>
        <w:pStyle w:val="ListParagraph"/>
      </w:pPr>
      <w:r>
        <w:rPr>
          <w:sz w:val="22"/>
        </w:rPr>
        <w:t>B. Được hoàn trả lại lợi ích đã mất.</w:t>
      </w:r>
    </w:p>
    <w:p>
      <w:pPr>
        <w:pStyle w:val="ListParagraph"/>
      </w:pPr>
      <w:r>
        <w:rPr>
          <w:sz w:val="22"/>
        </w:rPr>
        <w:t>C. Khắc phục và giảm thiếu rủi ro.</w:t>
      </w:r>
    </w:p>
    <w:p>
      <w:pPr>
        <w:pStyle w:val="ListParagraph"/>
      </w:pPr>
      <w:r>
        <w:rPr>
          <w:sz w:val="22"/>
        </w:rPr>
        <w:t>D. Được hỗ trợ miễn phí trọn đời.</w:t>
      </w:r>
    </w:p>
    <w:p/>
    <w:p>
      <w:r>
        <w:rPr>
          <w:b/>
          <w:sz w:val="24"/>
        </w:rPr>
        <w:t>Câu 9: Đối với sự phát triển kinh tế-xã hội, việc thực hiện tốt chính sách an sinh xã hội sẽ góp phần Đáp án đúng: B. thúc đẩy phát triển kinh tế - xã hội.</w:t>
      </w:r>
    </w:p>
    <w:p>
      <w:pPr>
        <w:pStyle w:val="ListParagraph"/>
      </w:pPr>
      <w:r>
        <w:rPr>
          <w:sz w:val="22"/>
        </w:rPr>
        <w:t>A. thúc đây sự phân hóa giàu nghèo.</w:t>
      </w:r>
    </w:p>
    <w:p>
      <w:pPr>
        <w:pStyle w:val="ListParagraph"/>
      </w:pPr>
      <w:r>
        <w:rPr>
          <w:sz w:val="22"/>
        </w:rPr>
        <w:t>B. thúc đẩy phát triển kinh tế - xã hội.</w:t>
      </w:r>
    </w:p>
    <w:p>
      <w:pPr>
        <w:pStyle w:val="ListParagraph"/>
      </w:pPr>
      <w:r>
        <w:rPr>
          <w:sz w:val="22"/>
        </w:rPr>
        <w:t>C. thúc đây tình trạng thất nghiệp.</w:t>
      </w:r>
    </w:p>
    <w:p>
      <w:pPr>
        <w:pStyle w:val="ListParagraph"/>
      </w:pPr>
      <w:r>
        <w:rPr>
          <w:sz w:val="22"/>
        </w:rPr>
        <w:t>D. thúc đây tình trạng lạm phát.</w:t>
      </w:r>
    </w:p>
    <w:p/>
    <w:p>
      <w:r>
        <w:rPr>
          <w:b/>
          <w:sz w:val="24"/>
        </w:rPr>
        <w:t>Câu 10: Hệ thống các chính sách can thiệp của Nhà nước và các lực lượng xã hội thực hiện nhằm giảm mức độ nghèo đới, nâng cao năng lực tự bảo vệ của người dân và xã hội trước những rủi ro hay nguy cơ giảm hoặc mất thu nhập, bào đảm ổn định, phát triển và công bằng xã hội là nội dung của khái niệm nào dưới đây? Đáp án đúng: A. An sinh xã hội.</w:t>
      </w:r>
    </w:p>
    <w:p>
      <w:pPr>
        <w:pStyle w:val="ListParagraph"/>
      </w:pPr>
      <w:r>
        <w:rPr>
          <w:sz w:val="22"/>
        </w:rPr>
        <w:t>A. An sinh xã hội.</w:t>
      </w:r>
    </w:p>
    <w:p>
      <w:pPr>
        <w:pStyle w:val="ListParagraph"/>
      </w:pPr>
      <w:r>
        <w:rPr>
          <w:sz w:val="22"/>
        </w:rPr>
        <w:t>B. Bảo hiểm xã hội.</w:t>
      </w:r>
    </w:p>
    <w:p/>
    <w:p>
      <w:r>
        <w:t>──────────────────────────────────────────────────</w:t>
      </w:r>
    </w:p>
    <w:p>
      <w:r>
        <w:rPr>
          <w:b/>
        </w:rPr>
        <w:t>BẢNG ĐÁP ÁN &amp; LỜI GIẢI CHI TIẾT</w:t>
      </w:r>
    </w:p>
    <w:p>
      <w:r>
        <w:rPr>
          <w:b/>
        </w:rPr>
        <w:t>Câu 1: Đáp án đúng: A</w:t>
      </w:r>
    </w:p>
    <w:p>
      <w:r>
        <w:rPr>
          <w:b/>
        </w:rPr>
        <w:t>Câu 2: Đáp án đúng: A</w:t>
      </w:r>
    </w:p>
    <w:p>
      <w:r>
        <w:rPr>
          <w:b/>
        </w:rPr>
        <w:t>Câu 3: Đáp án đúng: A</w:t>
      </w:r>
    </w:p>
    <w:p>
      <w:r>
        <w:rPr>
          <w:b/>
        </w:rPr>
        <w:t>Câu 4: Đáp án đúng: A</w:t>
      </w:r>
    </w:p>
    <w:p>
      <w:r>
        <w:rPr>
          <w:b/>
        </w:rPr>
        <w:t>Câu 5: Đáp án đúng: A</w:t>
      </w:r>
    </w:p>
    <w:p>
      <w:r>
        <w:rPr>
          <w:b/>
        </w:rPr>
        <w:t>Câu 6: Đáp án đúng: A</w:t>
      </w:r>
    </w:p>
    <w:p>
      <w:r>
        <w:rPr>
          <w:b/>
        </w:rPr>
        <w:t>Câu 7: Đáp án đúng: A</w:t>
      </w:r>
    </w:p>
    <w:p>
      <w:r>
        <w:rPr>
          <w:b/>
        </w:rPr>
        <w:t>Câu 8: Đáp án đúng: A</w:t>
      </w:r>
    </w:p>
    <w:p>
      <w:r>
        <w:rPr>
          <w:b/>
        </w:rPr>
        <w:t>Câu 9: Đáp án đúng: A</w:t>
      </w:r>
    </w:p>
    <w:p>
      <w:r>
        <w:rPr>
          <w:b/>
        </w:rPr>
        <w:t>Câu 10: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