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CÂU HỎI ÔN TẬP MÔN GIÁO DỤC QUỐC PHÒNG AN NINH KHỐ</w:t>
      </w:r>
    </w:p>
    <w:p>
      <w:pPr>
        <w:jc w:val="center"/>
      </w:pPr>
      <w:r>
        <w:rPr>
          <w:sz w:val="22"/>
        </w:rPr>
        <w:t>Số câu: 39    Thời gian: _____ phút    Họ và tên: _________________________</w:t>
      </w:r>
    </w:p>
    <w:p/>
    <w:p>
      <w:r>
        <w:rPr>
          <w:b/>
          <w:sz w:val="24"/>
        </w:rPr>
        <w:t>Câu 1: Luật GDQP và AN năm 2013 bao gồm mấy chương và mấy điều?</w:t>
      </w:r>
    </w:p>
    <w:p>
      <w:pPr>
        <w:pStyle w:val="ListParagraph"/>
      </w:pPr>
      <w:r>
        <w:rPr>
          <w:sz w:val="22"/>
        </w:rPr>
        <w:t>A. 5 chương, 44 điều</w:t>
      </w:r>
    </w:p>
    <w:p>
      <w:pPr>
        <w:pStyle w:val="ListParagraph"/>
      </w:pPr>
      <w:r>
        <w:rPr>
          <w:sz w:val="22"/>
        </w:rPr>
        <w:t>B. 6 chương, 45 điều</w:t>
      </w:r>
    </w:p>
    <w:p>
      <w:pPr>
        <w:pStyle w:val="ListParagraph"/>
      </w:pPr>
      <w:r>
        <w:rPr>
          <w:sz w:val="22"/>
        </w:rPr>
        <w:t>C. 7 chương, 45 điều</w:t>
      </w:r>
    </w:p>
    <w:p>
      <w:pPr>
        <w:pStyle w:val="ListParagraph"/>
      </w:pPr>
      <w:r>
        <w:rPr>
          <w:sz w:val="22"/>
        </w:rPr>
        <w:t>D. 8 chương, 46 điều</w:t>
      </w:r>
    </w:p>
    <w:p/>
    <w:p>
      <w:r>
        <w:rPr>
          <w:b/>
          <w:sz w:val="24"/>
        </w:rPr>
        <w:t>Câu 2: Giáo dục quốc phòng và an ninh là giáo dục cho</w:t>
      </w:r>
    </w:p>
    <w:p>
      <w:pPr>
        <w:pStyle w:val="ListParagraph"/>
      </w:pPr>
      <w:r>
        <w:rPr>
          <w:sz w:val="22"/>
        </w:rPr>
        <w:t>A. Công dân về kiến thức quốc phòng và an ninh</w:t>
      </w:r>
    </w:p>
    <w:p>
      <w:pPr>
        <w:pStyle w:val="ListParagraph"/>
      </w:pPr>
      <w:r>
        <w:rPr>
          <w:sz w:val="22"/>
        </w:rPr>
        <w:t>B. Chỉ lực lượng quân đội</w:t>
      </w:r>
    </w:p>
    <w:p>
      <w:pPr>
        <w:pStyle w:val="ListParagraph"/>
      </w:pPr>
      <w:r>
        <w:rPr>
          <w:sz w:val="22"/>
        </w:rPr>
        <w:t>C. Chỉ lực lượng Công an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3: Truyền thống dựng nước và giữ nước đó là qui luật</w:t>
      </w:r>
    </w:p>
    <w:p>
      <w:pPr>
        <w:pStyle w:val="ListParagraph"/>
      </w:pPr>
      <w:r>
        <w:rPr>
          <w:sz w:val="22"/>
        </w:rPr>
        <w:t>A. Tồn tại và phát triển của nhân dân ta</w:t>
      </w:r>
    </w:p>
    <w:p>
      <w:pPr>
        <w:pStyle w:val="ListParagraph"/>
      </w:pPr>
      <w:r>
        <w:rPr>
          <w:sz w:val="22"/>
        </w:rPr>
        <w:t>B. Nhân cách của mỗi con người</w:t>
      </w:r>
    </w:p>
    <w:p>
      <w:pPr>
        <w:pStyle w:val="ListParagraph"/>
      </w:pPr>
      <w:r>
        <w:rPr>
          <w:sz w:val="22"/>
        </w:rPr>
        <w:t>C. Tính cách của nhân dân</w:t>
      </w:r>
    </w:p>
    <w:p>
      <w:pPr>
        <w:pStyle w:val="ListParagraph"/>
      </w:pPr>
      <w:r>
        <w:rPr>
          <w:sz w:val="22"/>
        </w:rPr>
        <w:t>D. Tất cả đều sai</w:t>
      </w:r>
    </w:p>
    <w:p/>
    <w:p>
      <w:r>
        <w:rPr>
          <w:b/>
          <w:sz w:val="24"/>
        </w:rPr>
        <w:t>Câu 4: Công dân có quyền như thế nào đối với quốc phòng?</w:t>
      </w:r>
    </w:p>
    <w:p>
      <w:pPr>
        <w:pStyle w:val="ListParagraph"/>
      </w:pPr>
      <w:r>
        <w:rPr>
          <w:sz w:val="22"/>
        </w:rPr>
        <w:t>A. Học tập</w:t>
      </w:r>
    </w:p>
    <w:p>
      <w:pPr>
        <w:pStyle w:val="ListParagraph"/>
      </w:pPr>
      <w:r>
        <w:rPr>
          <w:sz w:val="22"/>
        </w:rPr>
        <w:t>B. Nghiên cứu</w:t>
      </w:r>
    </w:p>
    <w:p>
      <w:pPr>
        <w:pStyle w:val="ListParagraph"/>
      </w:pPr>
      <w:r>
        <w:rPr>
          <w:sz w:val="22"/>
        </w:rPr>
        <w:t>C. Nắm vững kiến thức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5: Giáo dục quốc phòng và an ninh trong trường THPT là môn học như thế nào?</w:t>
      </w:r>
    </w:p>
    <w:p>
      <w:pPr>
        <w:pStyle w:val="ListParagraph"/>
      </w:pPr>
      <w:r>
        <w:rPr>
          <w:sz w:val="22"/>
        </w:rPr>
        <w:t>A. Chính khóa</w:t>
      </w:r>
    </w:p>
    <w:p>
      <w:pPr>
        <w:pStyle w:val="ListParagraph"/>
      </w:pPr>
      <w:r>
        <w:rPr>
          <w:sz w:val="22"/>
        </w:rPr>
        <w:t>B. Hỗ trợ</w:t>
      </w:r>
    </w:p>
    <w:p>
      <w:pPr>
        <w:pStyle w:val="ListParagraph"/>
      </w:pPr>
      <w:r>
        <w:rPr>
          <w:sz w:val="22"/>
        </w:rPr>
        <w:t>C. Điều kiện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6: Giáo dục quốc phòng và an ninh trong trường THPT đảm bảo cho học sinh kiến thức ban đầu về?</w:t>
      </w:r>
    </w:p>
    <w:p>
      <w:pPr>
        <w:pStyle w:val="ListParagraph"/>
      </w:pPr>
      <w:r>
        <w:rPr>
          <w:sz w:val="22"/>
        </w:rPr>
        <w:t>A. Nền quốc phòng toàn dân, an ninh nhân dân</w:t>
      </w:r>
    </w:p>
    <w:p>
      <w:pPr>
        <w:pStyle w:val="ListParagraph"/>
      </w:pPr>
      <w:r>
        <w:rPr>
          <w:sz w:val="22"/>
        </w:rPr>
        <w:t>B. Lực lượng vũ trang nhân dân</w:t>
      </w:r>
    </w:p>
    <w:p>
      <w:pPr>
        <w:pStyle w:val="ListParagraph"/>
      </w:pPr>
      <w:r>
        <w:rPr>
          <w:sz w:val="22"/>
        </w:rPr>
        <w:t>C. Nghệ thuật quân sự Việt Nam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7: Qua giáo dục quốc phòng và an ninh trong trường THPT mục đích để?</w:t>
      </w:r>
    </w:p>
    <w:p>
      <w:pPr>
        <w:pStyle w:val="ListParagraph"/>
      </w:pPr>
      <w:r>
        <w:rPr>
          <w:sz w:val="22"/>
        </w:rPr>
        <w:t>A. Sẵn sàng thực hiện nghĩa vụ quân sự bảo vệ Tổ quốc</w:t>
      </w:r>
    </w:p>
    <w:p>
      <w:pPr>
        <w:pStyle w:val="ListParagraph"/>
      </w:pPr>
      <w:r>
        <w:rPr>
          <w:sz w:val="22"/>
        </w:rPr>
        <w:t>B. Hiểu biết lực lượng quân đội</w:t>
      </w:r>
    </w:p>
    <w:p>
      <w:pPr>
        <w:pStyle w:val="ListParagraph"/>
      </w:pPr>
      <w:r>
        <w:rPr>
          <w:sz w:val="22"/>
        </w:rPr>
        <w:t>C. Hiểu biết lực lượng Công an</w:t>
      </w:r>
    </w:p>
    <w:p>
      <w:pPr>
        <w:pStyle w:val="ListParagraph"/>
      </w:pPr>
      <w:r>
        <w:rPr>
          <w:sz w:val="22"/>
        </w:rPr>
        <w:t>D. Hiểu biết lực lượng dân quân tự vệ</w:t>
      </w:r>
    </w:p>
    <w:p/>
    <w:p>
      <w:r>
        <w:rPr>
          <w:b/>
          <w:sz w:val="24"/>
        </w:rPr>
        <w:t>Câu 8: Sĩ quan Quân đội nhân dân Việt Nam được nhà nước phong quân hàm?</w:t>
      </w:r>
    </w:p>
    <w:p>
      <w:pPr>
        <w:pStyle w:val="ListParagraph"/>
      </w:pPr>
      <w:r>
        <w:rPr>
          <w:sz w:val="22"/>
        </w:rPr>
        <w:t>A. Cấp úy, cấp hạ sĩ quan, cấp tá</w:t>
      </w:r>
    </w:p>
    <w:p>
      <w:pPr>
        <w:pStyle w:val="ListParagraph"/>
      </w:pPr>
      <w:r>
        <w:rPr>
          <w:sz w:val="22"/>
        </w:rPr>
        <w:t>B. Cấp úy, cấp hạ sĩ quan, cấp tướng</w:t>
      </w:r>
    </w:p>
    <w:p>
      <w:pPr>
        <w:pStyle w:val="ListParagraph"/>
      </w:pPr>
      <w:r>
        <w:rPr>
          <w:sz w:val="22"/>
        </w:rPr>
        <w:t>C. Cấp tá, cấp hạ sĩ quan, cấp tướng</w:t>
      </w:r>
    </w:p>
    <w:p>
      <w:pPr>
        <w:pStyle w:val="ListParagraph"/>
      </w:pPr>
      <w:r>
        <w:rPr>
          <w:sz w:val="22"/>
        </w:rPr>
        <w:t>D. Cấp úy, cấp tá, cấp tướng</w:t>
      </w:r>
    </w:p>
    <w:p/>
    <w:p>
      <w:r>
        <w:rPr>
          <w:b/>
          <w:sz w:val="24"/>
        </w:rPr>
        <w:t>Câu 9: Nghĩa vụ của sĩ quan là?</w:t>
      </w:r>
    </w:p>
    <w:p>
      <w:pPr>
        <w:pStyle w:val="ListParagraph"/>
      </w:pPr>
      <w:r>
        <w:rPr>
          <w:sz w:val="22"/>
        </w:rPr>
        <w:t>A. Hi sinh bảo vệ độc lập</w:t>
      </w:r>
    </w:p>
    <w:p>
      <w:pPr>
        <w:pStyle w:val="ListParagraph"/>
      </w:pPr>
      <w:r>
        <w:rPr>
          <w:sz w:val="22"/>
        </w:rPr>
        <w:t>B. Sẵn sàng chiến đấu</w:t>
      </w:r>
    </w:p>
    <w:p>
      <w:pPr>
        <w:pStyle w:val="ListParagraph"/>
      </w:pPr>
      <w:r>
        <w:rPr>
          <w:sz w:val="22"/>
        </w:rPr>
        <w:t>C. Bảo vệ Đảng và Nhà nước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10: Trách nhiệm của sĩ quan?</w:t>
      </w:r>
    </w:p>
    <w:p>
      <w:pPr>
        <w:pStyle w:val="ListParagraph"/>
      </w:pPr>
      <w:r>
        <w:rPr>
          <w:sz w:val="22"/>
        </w:rPr>
        <w:t>A. Chịu trách nhiệm trước làng xã</w:t>
      </w:r>
    </w:p>
    <w:p>
      <w:pPr>
        <w:pStyle w:val="ListParagraph"/>
      </w:pPr>
      <w:r>
        <w:rPr>
          <w:sz w:val="22"/>
        </w:rPr>
        <w:t>B. Chịu trách nhiệm trước nhân dân.</w:t>
      </w:r>
    </w:p>
    <w:p>
      <w:pPr>
        <w:pStyle w:val="ListParagraph"/>
      </w:pPr>
      <w:r>
        <w:rPr>
          <w:sz w:val="22"/>
        </w:rPr>
        <w:t>C. Chịu trách nhiệm trước pháp luật và cấp trên.</w:t>
      </w:r>
    </w:p>
    <w:p>
      <w:pPr>
        <w:pStyle w:val="ListParagraph"/>
      </w:pPr>
      <w:r>
        <w:rPr>
          <w:sz w:val="22"/>
        </w:rPr>
        <w:t>D. Tất cả đều sai.</w:t>
      </w:r>
    </w:p>
    <w:p/>
    <w:p>
      <w:r>
        <w:rPr>
          <w:b/>
          <w:sz w:val="24"/>
        </w:rPr>
        <w:t>Câu 11: Công an nhân dân là lực lượng bảo vệ</w:t>
      </w:r>
    </w:p>
    <w:p>
      <w:pPr>
        <w:pStyle w:val="ListParagraph"/>
      </w:pPr>
      <w:r>
        <w:rPr>
          <w:sz w:val="22"/>
        </w:rPr>
        <w:t>A. An ninh quốc gia.</w:t>
      </w:r>
    </w:p>
    <w:p>
      <w:pPr>
        <w:pStyle w:val="ListParagraph"/>
      </w:pPr>
      <w:r>
        <w:rPr>
          <w:sz w:val="22"/>
        </w:rPr>
        <w:t>B. Trật tự an toàn xã hội.</w:t>
      </w:r>
    </w:p>
    <w:p>
      <w:pPr>
        <w:pStyle w:val="ListParagraph"/>
      </w:pPr>
      <w:r>
        <w:rPr>
          <w:sz w:val="22"/>
        </w:rPr>
        <w:t>C. Đấu tranh phòng chống tội phạm.</w:t>
      </w:r>
    </w:p>
    <w:p>
      <w:pPr>
        <w:pStyle w:val="ListParagraph"/>
      </w:pPr>
      <w:r>
        <w:rPr>
          <w:sz w:val="22"/>
        </w:rPr>
        <w:t>D. Tất cả đều đúng.</w:t>
      </w:r>
    </w:p>
    <w:p/>
    <w:p>
      <w:r>
        <w:rPr>
          <w:b/>
          <w:sz w:val="24"/>
        </w:rPr>
        <w:t>Câu 12: Tiêu chuẩn trở thành sĩ quan phải có?</w:t>
      </w:r>
    </w:p>
    <w:p>
      <w:pPr>
        <w:pStyle w:val="ListParagraph"/>
      </w:pPr>
      <w:r>
        <w:rPr>
          <w:sz w:val="22"/>
        </w:rPr>
        <w:t>A. Chính trị</w:t>
      </w:r>
    </w:p>
    <w:p>
      <w:pPr>
        <w:pStyle w:val="ListParagraph"/>
      </w:pPr>
      <w:r>
        <w:rPr>
          <w:sz w:val="22"/>
        </w:rPr>
        <w:t>B. Đạo đức</w:t>
      </w:r>
    </w:p>
    <w:p>
      <w:pPr>
        <w:pStyle w:val="ListParagraph"/>
      </w:pPr>
      <w:r>
        <w:rPr>
          <w:sz w:val="22"/>
        </w:rPr>
        <w:t>C. Sức khỏe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13: Sĩ quan Quân đội nhân dân Việt Nam được nhà nước phong quân hàm mấy cấp?</w:t>
      </w:r>
    </w:p>
    <w:p>
      <w:pPr>
        <w:pStyle w:val="ListParagraph"/>
      </w:pPr>
      <w:r>
        <w:rPr>
          <w:sz w:val="22"/>
        </w:rPr>
        <w:t>A. 2 cấp</w:t>
      </w:r>
    </w:p>
    <w:p>
      <w:pPr>
        <w:pStyle w:val="ListParagraph"/>
      </w:pPr>
      <w:r>
        <w:rPr>
          <w:sz w:val="22"/>
        </w:rPr>
        <w:t>B. 3 cấp</w:t>
      </w:r>
    </w:p>
    <w:p>
      <w:pPr>
        <w:pStyle w:val="ListParagraph"/>
      </w:pPr>
      <w:r>
        <w:rPr>
          <w:sz w:val="22"/>
        </w:rPr>
        <w:t>C. 4 cấp</w:t>
      </w:r>
    </w:p>
    <w:p>
      <w:pPr>
        <w:pStyle w:val="ListParagraph"/>
      </w:pPr>
      <w:r>
        <w:rPr>
          <w:sz w:val="22"/>
        </w:rPr>
        <w:t>D. 5 cấp</w:t>
      </w:r>
    </w:p>
    <w:p/>
    <w:p>
      <w:r>
        <w:rPr>
          <w:b/>
          <w:sz w:val="24"/>
        </w:rPr>
        <w:t>Câu 14: Ngày thành lập đội Việt Nam tuyên truyền giải phóng quân là ngày</w:t>
      </w:r>
    </w:p>
    <w:p>
      <w:pPr>
        <w:pStyle w:val="ListParagraph"/>
      </w:pPr>
      <w:r>
        <w:rPr>
          <w:sz w:val="22"/>
        </w:rPr>
        <w:t>A. 22 -12-1945</w:t>
      </w:r>
    </w:p>
    <w:p>
      <w:pPr>
        <w:pStyle w:val="ListParagraph"/>
      </w:pPr>
      <w:r>
        <w:rPr>
          <w:sz w:val="22"/>
        </w:rPr>
        <w:t>B. 22 - 5 -1946</w:t>
      </w:r>
    </w:p>
    <w:p>
      <w:pPr>
        <w:pStyle w:val="ListParagraph"/>
      </w:pPr>
      <w:r>
        <w:rPr>
          <w:sz w:val="22"/>
        </w:rPr>
        <w:t>C. 22-12-1944</w:t>
      </w:r>
    </w:p>
    <w:p>
      <w:pPr>
        <w:pStyle w:val="ListParagraph"/>
      </w:pPr>
      <w:r>
        <w:rPr>
          <w:sz w:val="22"/>
        </w:rPr>
        <w:t>D. 22-5-1945.</w:t>
      </w:r>
    </w:p>
    <w:p/>
    <w:p>
      <w:r>
        <w:rPr>
          <w:b/>
          <w:sz w:val="24"/>
        </w:rPr>
        <w:t>Câu 15: Ngày đầu thành lập, Đội Việt Nam tuyên truyền giải phóng quân có bao nhiêu chiến sĩ?</w:t>
      </w:r>
    </w:p>
    <w:p>
      <w:pPr>
        <w:pStyle w:val="ListParagraph"/>
      </w:pPr>
      <w:r>
        <w:rPr>
          <w:sz w:val="22"/>
        </w:rPr>
        <w:t>A. 32 chiến sĩ</w:t>
      </w:r>
    </w:p>
    <w:p>
      <w:pPr>
        <w:pStyle w:val="ListParagraph"/>
      </w:pPr>
      <w:r>
        <w:rPr>
          <w:sz w:val="22"/>
        </w:rPr>
        <w:t>B. 34 chiến sĩ</w:t>
      </w:r>
    </w:p>
    <w:p>
      <w:pPr>
        <w:pStyle w:val="ListParagraph"/>
      </w:pPr>
      <w:r>
        <w:rPr>
          <w:sz w:val="22"/>
        </w:rPr>
        <w:t>C. 23 chiến sĩ</w:t>
      </w:r>
    </w:p>
    <w:p>
      <w:pPr>
        <w:pStyle w:val="ListParagraph"/>
      </w:pPr>
      <w:r>
        <w:rPr>
          <w:sz w:val="22"/>
        </w:rPr>
        <w:t>D. 43 chiến sĩ</w:t>
      </w:r>
    </w:p>
    <w:p/>
    <w:p>
      <w:r>
        <w:rPr>
          <w:b/>
          <w:sz w:val="24"/>
        </w:rPr>
        <w:t>Câu 16: Một trong những truyền thống vẻ vang của Quân đội nhân dân Việt Nam là gì?</w:t>
      </w:r>
    </w:p>
    <w:p>
      <w:pPr>
        <w:pStyle w:val="ListParagraph"/>
      </w:pPr>
      <w:r>
        <w:rPr>
          <w:sz w:val="22"/>
        </w:rPr>
        <w:t>A. Trung thành vô hạn với Tổ quốc Việt Nam xã hội chủ nghĩa.</w:t>
      </w:r>
    </w:p>
    <w:p>
      <w:pPr>
        <w:pStyle w:val="ListParagraph"/>
      </w:pPr>
      <w:r>
        <w:rPr>
          <w:sz w:val="22"/>
        </w:rPr>
        <w:t>B. Trung thành với Đảng.</w:t>
      </w:r>
    </w:p>
    <w:p>
      <w:pPr>
        <w:pStyle w:val="ListParagraph"/>
      </w:pPr>
      <w:r>
        <w:rPr>
          <w:sz w:val="22"/>
        </w:rPr>
        <w:t>C. Trung thành với nhà nước và nhân dân.</w:t>
      </w:r>
    </w:p>
    <w:p>
      <w:pPr>
        <w:pStyle w:val="ListParagraph"/>
      </w:pPr>
      <w:r>
        <w:rPr>
          <w:sz w:val="22"/>
        </w:rPr>
        <w:t>D. Tất cả đều đúng.</w:t>
      </w:r>
    </w:p>
    <w:p/>
    <w:p>
      <w:r>
        <w:rPr>
          <w:b/>
          <w:sz w:val="24"/>
        </w:rPr>
        <w:t>Câu 17: Hàng năm ngày, tháng nào là truyền thống của Quân đội nhân dân Việt Nam?</w:t>
      </w:r>
    </w:p>
    <w:p>
      <w:pPr>
        <w:pStyle w:val="ListParagraph"/>
      </w:pPr>
      <w:r>
        <w:rPr>
          <w:sz w:val="22"/>
        </w:rPr>
        <w:t>A. 22 -12</w:t>
      </w:r>
    </w:p>
    <w:p>
      <w:pPr>
        <w:pStyle w:val="ListParagraph"/>
      </w:pPr>
      <w:r>
        <w:rPr>
          <w:sz w:val="22"/>
        </w:rPr>
        <w:t>B. 20 - 12</w:t>
      </w:r>
    </w:p>
    <w:p>
      <w:pPr>
        <w:pStyle w:val="ListParagraph"/>
      </w:pPr>
      <w:r>
        <w:rPr>
          <w:sz w:val="22"/>
        </w:rPr>
        <w:t>C. 15-12</w:t>
      </w:r>
    </w:p>
    <w:p>
      <w:pPr>
        <w:pStyle w:val="ListParagraph"/>
      </w:pPr>
      <w:r>
        <w:rPr>
          <w:sz w:val="22"/>
        </w:rPr>
        <w:t>D. 10 – 12</w:t>
      </w:r>
    </w:p>
    <w:p/>
    <w:p>
      <w:r>
        <w:rPr>
          <w:b/>
          <w:sz w:val="24"/>
        </w:rPr>
        <w:t>Câu 18: Một trong những truyền thống vẻ vang của Quân đội nhân dân Việt Nam là gì?</w:t>
      </w:r>
    </w:p>
    <w:p>
      <w:pPr>
        <w:pStyle w:val="ListParagraph"/>
      </w:pPr>
      <w:r>
        <w:rPr>
          <w:sz w:val="22"/>
        </w:rPr>
        <w:t>A. Kết chặt chẽ với nhau như ruột thịt.</w:t>
      </w:r>
    </w:p>
    <w:p>
      <w:pPr>
        <w:pStyle w:val="ListParagraph"/>
      </w:pPr>
      <w:r>
        <w:rPr>
          <w:sz w:val="22"/>
        </w:rPr>
        <w:t>B. Nội bộ đoàn kết thống nhất, kỷ luật tự giác, nghiêm minh.</w:t>
      </w:r>
    </w:p>
    <w:p>
      <w:pPr>
        <w:pStyle w:val="ListParagraph"/>
      </w:pPr>
      <w:r>
        <w:rPr>
          <w:sz w:val="22"/>
        </w:rPr>
        <w:t>C. Thực hiện toàn quân một ý chí chiến đấu.</w:t>
      </w:r>
    </w:p>
    <w:p>
      <w:pPr>
        <w:pStyle w:val="ListParagraph"/>
      </w:pPr>
      <w:r>
        <w:rPr>
          <w:sz w:val="22"/>
        </w:rPr>
        <w:t>D. Mỗi người dân bảo vệ tổ quốc.</w:t>
      </w:r>
    </w:p>
    <w:p/>
    <w:p>
      <w:r>
        <w:rPr>
          <w:b/>
          <w:sz w:val="24"/>
        </w:rPr>
        <w:t>Câu 19: Phương hướng xây dựng Quân đội nhân dân Việt Nam hiện nay là gì?</w:t>
      </w:r>
    </w:p>
    <w:p>
      <w:pPr>
        <w:pStyle w:val="ListParagraph"/>
      </w:pPr>
      <w:r>
        <w:rPr>
          <w:sz w:val="22"/>
        </w:rPr>
        <w:t>A. Cách mạng, thiện chiến, tinh nhuệ, hiện đại.</w:t>
      </w:r>
    </w:p>
    <w:p>
      <w:pPr>
        <w:pStyle w:val="ListParagraph"/>
      </w:pPr>
      <w:r>
        <w:rPr>
          <w:sz w:val="22"/>
        </w:rPr>
        <w:t>B. Cách mạng, chính quy, tinh nhuệ, từng bước hiện đại.</w:t>
      </w:r>
    </w:p>
    <w:p>
      <w:pPr>
        <w:pStyle w:val="ListParagraph"/>
      </w:pPr>
      <w:r>
        <w:rPr>
          <w:sz w:val="22"/>
        </w:rPr>
        <w:t>C. Gọn, nhẹ, cơ động nhanh, chiến đấu giỏi.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20: Một trong những truyền thống vẻ vang của Quân đội nhân dân Việt Nam là gì?</w:t>
      </w:r>
    </w:p>
    <w:p>
      <w:pPr>
        <w:pStyle w:val="ListParagraph"/>
      </w:pPr>
      <w:r>
        <w:rPr>
          <w:sz w:val="22"/>
        </w:rPr>
        <w:t>A. Cần kiệm, độc lập, tự chủ, tự cường trong xây dựng quân đội.</w:t>
      </w:r>
    </w:p>
    <w:p>
      <w:pPr>
        <w:pStyle w:val="ListParagraph"/>
      </w:pPr>
      <w:r>
        <w:rPr>
          <w:sz w:val="22"/>
        </w:rPr>
        <w:t>B. Cần kiệm, độc lập, tự lực, tự cường trong xây dựng quốc phòng của đất nước.</w:t>
      </w:r>
    </w:p>
    <w:p>
      <w:pPr>
        <w:pStyle w:val="ListParagraph"/>
      </w:pPr>
      <w:r>
        <w:rPr>
          <w:sz w:val="22"/>
        </w:rPr>
        <w:t>C. Độc lập, tự chủ, tự cường, cần kiệm xây dựng quân đội, xây dựng đất nước.</w:t>
      </w:r>
    </w:p>
    <w:p>
      <w:pPr>
        <w:pStyle w:val="ListParagraph"/>
      </w:pPr>
      <w:r>
        <w:rPr>
          <w:sz w:val="22"/>
        </w:rPr>
        <w:t>D. Độc lập, tự chủ trong chiến đấu, lao động sản xuất xây dựng quân đội, xây dựng đất nước.</w:t>
      </w:r>
    </w:p>
    <w:p/>
    <w:p>
      <w:r>
        <w:rPr>
          <w:b/>
          <w:sz w:val="24"/>
        </w:rPr>
        <w:t>Câu 21: Cuộc kháng chiến chống Mĩ của nhân dân ta diễn ra từ năm nào đến năm nào?</w:t>
      </w:r>
    </w:p>
    <w:p>
      <w:pPr>
        <w:pStyle w:val="ListParagraph"/>
      </w:pPr>
      <w:r>
        <w:rPr>
          <w:sz w:val="22"/>
        </w:rPr>
        <w:t>A. 1954 - 1975</w:t>
      </w:r>
    </w:p>
    <w:p>
      <w:pPr>
        <w:pStyle w:val="ListParagraph"/>
      </w:pPr>
      <w:r>
        <w:rPr>
          <w:sz w:val="22"/>
        </w:rPr>
        <w:t>B. 1953 – 1975</w:t>
      </w:r>
    </w:p>
    <w:p>
      <w:pPr>
        <w:pStyle w:val="ListParagraph"/>
      </w:pPr>
      <w:r>
        <w:rPr>
          <w:sz w:val="22"/>
        </w:rPr>
        <w:t>C. 1951 – 1975</w:t>
      </w:r>
    </w:p>
    <w:p>
      <w:pPr>
        <w:pStyle w:val="ListParagraph"/>
      </w:pPr>
      <w:r>
        <w:rPr>
          <w:sz w:val="22"/>
        </w:rPr>
        <w:t>D. 1952 – 1975</w:t>
      </w:r>
    </w:p>
    <w:p/>
    <w:p>
      <w:r>
        <w:rPr>
          <w:b/>
          <w:sz w:val="24"/>
        </w:rPr>
        <w:t>Câu 22: Thực dân Pháp xâm lược nước ta lần hai diễn ra từ năm nào đến năm nào?</w:t>
      </w:r>
    </w:p>
    <w:p>
      <w:pPr>
        <w:pStyle w:val="ListParagraph"/>
      </w:pPr>
      <w:r>
        <w:rPr>
          <w:sz w:val="22"/>
        </w:rPr>
        <w:t>A. 1940 - 1945</w:t>
      </w:r>
    </w:p>
    <w:p>
      <w:pPr>
        <w:pStyle w:val="ListParagraph"/>
      </w:pPr>
      <w:r>
        <w:rPr>
          <w:sz w:val="22"/>
        </w:rPr>
        <w:t>B. 1950 – 1955</w:t>
      </w:r>
    </w:p>
    <w:p>
      <w:pPr>
        <w:pStyle w:val="ListParagraph"/>
      </w:pPr>
      <w:r>
        <w:rPr>
          <w:sz w:val="22"/>
        </w:rPr>
        <w:t>C. 1945 – 1954</w:t>
      </w:r>
    </w:p>
    <w:p>
      <w:pPr>
        <w:pStyle w:val="ListParagraph"/>
      </w:pPr>
      <w:r>
        <w:rPr>
          <w:sz w:val="22"/>
        </w:rPr>
        <w:t>D. 1954 – 1975</w:t>
      </w:r>
    </w:p>
    <w:p/>
    <w:p>
      <w:r>
        <w:rPr>
          <w:b/>
          <w:sz w:val="24"/>
        </w:rPr>
        <w:t>Câu 23: Tên gọi Quân đội nhân dân Việt Nam có từ năm nào?</w:t>
      </w:r>
    </w:p>
    <w:p>
      <w:pPr>
        <w:pStyle w:val="ListParagraph"/>
      </w:pPr>
      <w:r>
        <w:rPr>
          <w:sz w:val="22"/>
        </w:rPr>
        <w:t>A. 1950</w:t>
      </w:r>
    </w:p>
    <w:p>
      <w:pPr>
        <w:pStyle w:val="ListParagraph"/>
      </w:pPr>
      <w:r>
        <w:rPr>
          <w:sz w:val="22"/>
        </w:rPr>
        <w:t>B. 1946</w:t>
      </w:r>
    </w:p>
    <w:p>
      <w:pPr>
        <w:pStyle w:val="ListParagraph"/>
      </w:pPr>
      <w:r>
        <w:rPr>
          <w:sz w:val="22"/>
        </w:rPr>
        <w:t>C. 1944</w:t>
      </w:r>
    </w:p>
    <w:p>
      <w:pPr>
        <w:pStyle w:val="ListParagraph"/>
      </w:pPr>
      <w:r>
        <w:rPr>
          <w:sz w:val="22"/>
        </w:rPr>
        <w:t>D. 1945</w:t>
      </w:r>
    </w:p>
    <w:p/>
    <w:p>
      <w:r>
        <w:rPr>
          <w:b/>
          <w:sz w:val="24"/>
        </w:rPr>
        <w:t>Câu 24: Ngày truyền thống của lực lượng Dân quân tự vệ là ngày nào?</w:t>
      </w:r>
    </w:p>
    <w:p>
      <w:pPr>
        <w:pStyle w:val="ListParagraph"/>
      </w:pPr>
      <w:r>
        <w:rPr>
          <w:sz w:val="22"/>
        </w:rPr>
        <w:t>A. Ngày 22/12.</w:t>
      </w:r>
    </w:p>
    <w:p>
      <w:pPr>
        <w:pStyle w:val="ListParagraph"/>
      </w:pPr>
      <w:r>
        <w:rPr>
          <w:sz w:val="22"/>
        </w:rPr>
        <w:t>B. Ngày 19/8.</w:t>
      </w:r>
    </w:p>
    <w:p>
      <w:pPr>
        <w:pStyle w:val="ListParagraph"/>
      </w:pPr>
      <w:r>
        <w:rPr>
          <w:sz w:val="22"/>
        </w:rPr>
        <w:t>C. Ngày 28/3.</w:t>
      </w:r>
    </w:p>
    <w:p>
      <w:pPr>
        <w:pStyle w:val="ListParagraph"/>
      </w:pPr>
      <w:r>
        <w:rPr>
          <w:sz w:val="22"/>
        </w:rPr>
        <w:t>D. Ngày 22/5.</w:t>
      </w:r>
    </w:p>
    <w:p/>
    <w:p>
      <w:r>
        <w:rPr>
          <w:b/>
          <w:sz w:val="24"/>
        </w:rPr>
        <w:t>Câu 25: Ngày thành lập Công an nhân dân Việt Nam là ngày</w:t>
      </w:r>
    </w:p>
    <w:p>
      <w:pPr>
        <w:pStyle w:val="ListParagraph"/>
      </w:pPr>
      <w:r>
        <w:rPr>
          <w:sz w:val="22"/>
        </w:rPr>
        <w:t>A. 19 – 8 – 1945</w:t>
      </w:r>
    </w:p>
    <w:p>
      <w:pPr>
        <w:pStyle w:val="ListParagraph"/>
      </w:pPr>
      <w:r>
        <w:rPr>
          <w:sz w:val="22"/>
        </w:rPr>
        <w:t>B. 22 – 12 – 1944</w:t>
      </w:r>
    </w:p>
    <w:p>
      <w:pPr>
        <w:pStyle w:val="ListParagraph"/>
      </w:pPr>
      <w:r>
        <w:rPr>
          <w:sz w:val="22"/>
        </w:rPr>
        <w:t>C. 19 – 8 – 1944</w:t>
      </w:r>
    </w:p>
    <w:p>
      <w:pPr>
        <w:pStyle w:val="ListParagraph"/>
      </w:pPr>
      <w:r>
        <w:rPr>
          <w:sz w:val="22"/>
        </w:rPr>
        <w:t>D. 22 – 12 - 1945.</w:t>
      </w:r>
    </w:p>
    <w:p/>
    <w:p>
      <w:r>
        <w:rPr>
          <w:b/>
          <w:sz w:val="24"/>
        </w:rPr>
        <w:t>Câu 26: Đại thắng mùa xuân 1975, đỉnh cao là chiến dịch nào đã kết thúc cuộc kháng chiến chống Mĩ?</w:t>
      </w:r>
    </w:p>
    <w:p>
      <w:pPr>
        <w:pStyle w:val="ListParagraph"/>
      </w:pPr>
      <w:r>
        <w:rPr>
          <w:sz w:val="22"/>
        </w:rPr>
        <w:t>A. Chiến dịch Hồ Chí Minh</w:t>
      </w:r>
    </w:p>
    <w:p>
      <w:pPr>
        <w:pStyle w:val="ListParagraph"/>
      </w:pPr>
      <w:r>
        <w:rPr>
          <w:sz w:val="22"/>
        </w:rPr>
        <w:t>B. Chiến dịch Điện Biên Phủ</w:t>
      </w:r>
    </w:p>
    <w:p>
      <w:pPr>
        <w:pStyle w:val="ListParagraph"/>
      </w:pPr>
      <w:r>
        <w:rPr>
          <w:sz w:val="22"/>
        </w:rPr>
        <w:t>C. Chiến dịch Biên Giới</w:t>
      </w:r>
    </w:p>
    <w:p>
      <w:pPr>
        <w:pStyle w:val="ListParagraph"/>
      </w:pPr>
      <w:r>
        <w:rPr>
          <w:sz w:val="22"/>
        </w:rPr>
        <w:t>D. Chiến dịch Thu Đông</w:t>
      </w:r>
    </w:p>
    <w:p/>
    <w:p>
      <w:r>
        <w:rPr>
          <w:b/>
          <w:sz w:val="24"/>
        </w:rPr>
        <w:t>Câu 27: Tên gọi đầu tiên của quân đội nhân dân Việt Nam là?</w:t>
      </w:r>
    </w:p>
    <w:p>
      <w:pPr>
        <w:pStyle w:val="ListParagraph"/>
      </w:pPr>
      <w:r>
        <w:rPr>
          <w:sz w:val="22"/>
        </w:rPr>
        <w:t>A. Vệ quốc đoàn</w:t>
      </w:r>
    </w:p>
    <w:p>
      <w:pPr>
        <w:pStyle w:val="ListParagraph"/>
      </w:pPr>
      <w:r>
        <w:rPr>
          <w:sz w:val="22"/>
        </w:rPr>
        <w:t>B. Việt Nam giải phóng quân.</w:t>
      </w:r>
    </w:p>
    <w:p>
      <w:pPr>
        <w:pStyle w:val="ListParagraph"/>
      </w:pPr>
      <w:r>
        <w:rPr>
          <w:sz w:val="22"/>
        </w:rPr>
        <w:t>C. Cứu quốc quân.</w:t>
      </w:r>
    </w:p>
    <w:p>
      <w:pPr>
        <w:pStyle w:val="ListParagraph"/>
      </w:pPr>
      <w:r>
        <w:rPr>
          <w:sz w:val="22"/>
        </w:rPr>
        <w:t>D. Đội Việt Nam tuyên truyền giải phóng quân</w:t>
      </w:r>
    </w:p>
    <w:p/>
    <w:p>
      <w:r>
        <w:rPr>
          <w:b/>
          <w:sz w:val="24"/>
        </w:rPr>
        <w:t>Câu 28: Lực lượng vũ trang nhân dân Việt Nam bao gồm mấy thành phần?</w:t>
      </w:r>
    </w:p>
    <w:p>
      <w:pPr>
        <w:pStyle w:val="ListParagraph"/>
      </w:pPr>
      <w:r>
        <w:rPr>
          <w:sz w:val="22"/>
        </w:rPr>
        <w:t>A. 2 thành phần.</w:t>
      </w:r>
    </w:p>
    <w:p>
      <w:pPr>
        <w:pStyle w:val="ListParagraph"/>
      </w:pPr>
      <w:r>
        <w:rPr>
          <w:sz w:val="22"/>
        </w:rPr>
        <w:t>B. 3 thành phần.</w:t>
      </w:r>
    </w:p>
    <w:p>
      <w:pPr>
        <w:pStyle w:val="ListParagraph"/>
      </w:pPr>
      <w:r>
        <w:rPr>
          <w:sz w:val="22"/>
        </w:rPr>
        <w:t>C. 4 thành phần.</w:t>
      </w:r>
    </w:p>
    <w:p>
      <w:pPr>
        <w:pStyle w:val="ListParagraph"/>
      </w:pPr>
      <w:r>
        <w:rPr>
          <w:sz w:val="22"/>
        </w:rPr>
        <w:t>D. 5 thành phần.</w:t>
      </w:r>
    </w:p>
    <w:p/>
    <w:p>
      <w:r>
        <w:rPr>
          <w:b/>
          <w:sz w:val="24"/>
        </w:rPr>
        <w:t>Câu 29: Ngày 22/12/1944, Đội Việt Nam Tuyên truyền Giải phóng quân được thành lập theo chỉ thị của?</w:t>
      </w:r>
    </w:p>
    <w:p>
      <w:pPr>
        <w:pStyle w:val="ListParagraph"/>
      </w:pPr>
      <w:r>
        <w:rPr>
          <w:sz w:val="22"/>
        </w:rPr>
        <w:t>A. Võ Nguyên Giáp.</w:t>
      </w:r>
    </w:p>
    <w:p>
      <w:pPr>
        <w:pStyle w:val="ListParagraph"/>
      </w:pPr>
      <w:r>
        <w:rPr>
          <w:sz w:val="22"/>
        </w:rPr>
        <w:t>B. Hồ Chí Minh.</w:t>
      </w:r>
    </w:p>
    <w:p>
      <w:pPr>
        <w:pStyle w:val="ListParagraph"/>
      </w:pPr>
      <w:r>
        <w:rPr>
          <w:sz w:val="22"/>
        </w:rPr>
        <w:t>C. Văn Tiến Dũng</w:t>
      </w:r>
    </w:p>
    <w:p>
      <w:pPr>
        <w:pStyle w:val="ListParagraph"/>
      </w:pPr>
      <w:r>
        <w:rPr>
          <w:sz w:val="22"/>
        </w:rPr>
        <w:t>D. Phạm Văn Đồng</w:t>
      </w:r>
    </w:p>
    <w:p/>
    <w:p>
      <w:r>
        <w:rPr>
          <w:b/>
          <w:sz w:val="24"/>
        </w:rPr>
        <w:t>Câu 30: Khi phát hiện vật lạ nghi là bom, mìn, đạn hoặc vật liệu nổ, hành động nào sau đây là ĐÚNG?</w:t>
      </w:r>
    </w:p>
    <w:p>
      <w:pPr>
        <w:pStyle w:val="ListParagraph"/>
      </w:pPr>
      <w:r>
        <w:rPr>
          <w:sz w:val="22"/>
        </w:rPr>
        <w:t>A. Lại gần nhặt lên xem thử để xác định chủng loại.</w:t>
      </w:r>
    </w:p>
    <w:p>
      <w:pPr>
        <w:pStyle w:val="ListParagraph"/>
      </w:pPr>
      <w:r>
        <w:rPr>
          <w:sz w:val="22"/>
        </w:rPr>
        <w:t>B. Dùng vật cứng gõ hoặc dùng đá ném xem vật thể có phát nổ không.</w:t>
      </w:r>
    </w:p>
    <w:p>
      <w:pPr>
        <w:pStyle w:val="ListParagraph"/>
      </w:pPr>
      <w:r>
        <w:rPr>
          <w:sz w:val="22"/>
        </w:rPr>
        <w:t>C. Giữ nguyên hiện trạng, tuyệt đối không chạm vào và báo ngay cho cơ quan chức năng (Quân đội, Công an).</w:t>
      </w:r>
    </w:p>
    <w:p>
      <w:pPr>
        <w:pStyle w:val="ListParagraph"/>
      </w:pPr>
      <w:r>
        <w:rPr>
          <w:sz w:val="22"/>
        </w:rPr>
        <w:t>D. Tự ý di chuyển vật lạ sang khu vực đất trống khác để tránh nguy hiểm.</w:t>
      </w:r>
    </w:p>
    <w:p/>
    <w:p>
      <w:r>
        <w:rPr>
          <w:b/>
          <w:sz w:val="24"/>
        </w:rPr>
        <w:t>Câu 31: Hành vi nào sau đây bị pháp luật nghiêm cấm liên quan đến bom mìn, vật liệu nổ?</w:t>
      </w:r>
    </w:p>
    <w:p>
      <w:pPr>
        <w:pStyle w:val="ListParagraph"/>
      </w:pPr>
      <w:r>
        <w:rPr>
          <w:sz w:val="22"/>
        </w:rPr>
        <w:t>A. Thu mua, tàng trữ, cưa cắt, tháo gỡ trái phép bom, mìn, đạn dược để lấy phế liệu hoặc thuốc nổ.</w:t>
      </w:r>
    </w:p>
    <w:p>
      <w:pPr>
        <w:pStyle w:val="ListParagraph"/>
      </w:pPr>
      <w:r>
        <w:rPr>
          <w:sz w:val="22"/>
        </w:rPr>
        <w:t>B. Báo cáo cơ quan quân sự địa phương khi phát hiện bom mìn cũ dưới lòng đất.</w:t>
      </w:r>
    </w:p>
    <w:p>
      <w:pPr>
        <w:pStyle w:val="ListParagraph"/>
      </w:pPr>
      <w:r>
        <w:rPr>
          <w:sz w:val="22"/>
        </w:rPr>
        <w:t>C. Tham gia các buổi tuyên truyền phòng tránh tai nạn bom mìn tại nhà trường.</w:t>
      </w:r>
    </w:p>
    <w:p>
      <w:pPr>
        <w:pStyle w:val="ListParagraph"/>
      </w:pPr>
      <w:r>
        <w:rPr>
          <w:sz w:val="22"/>
        </w:rPr>
        <w:t>D. Cắm biển cảnh báo nguy hiểm tại khu vực nghi ngờ có vật liệu nổ còn sót lại.</w:t>
      </w:r>
    </w:p>
    <w:p/>
    <w:p>
      <w:r>
        <w:rPr>
          <w:b/>
          <w:sz w:val="24"/>
        </w:rPr>
        <w:t>Câu 32: Khi bất ngờ đi vào khu vực có biển cảnh báo "Khu vực nguy hiểm - Có bom mìn", bạn nên xử lý thế nào?</w:t>
      </w:r>
    </w:p>
    <w:p>
      <w:pPr>
        <w:pStyle w:val="ListParagraph"/>
      </w:pPr>
      <w:r>
        <w:rPr>
          <w:sz w:val="22"/>
        </w:rPr>
        <w:t>A. Chạy thật nhanh về phía trước để thoát ra khỏi khu vực đó.</w:t>
      </w:r>
    </w:p>
    <w:p>
      <w:pPr>
        <w:pStyle w:val="ListParagraph"/>
      </w:pPr>
      <w:r>
        <w:rPr>
          <w:sz w:val="22"/>
        </w:rPr>
        <w:t>B. Tuyệt đối không đi tiếp, cẩn thận quay lại theo đúng lối cũ hoặc đứng yên kêu cứu nếu thấy nguy hiểm.</w:t>
      </w:r>
    </w:p>
    <w:p>
      <w:pPr>
        <w:pStyle w:val="ListParagraph"/>
      </w:pPr>
      <w:r>
        <w:rPr>
          <w:sz w:val="22"/>
        </w:rPr>
        <w:t>C. Rủ các bạn cùng đi vào để xem biển cảnh báo đặt ở đâu.</w:t>
      </w:r>
    </w:p>
    <w:p>
      <w:pPr>
        <w:pStyle w:val="ListParagraph"/>
      </w:pPr>
      <w:r>
        <w:rPr>
          <w:sz w:val="22"/>
        </w:rPr>
        <w:t>D. Đi lệch sang hai bên rìa đường để né tránh.</w:t>
      </w:r>
    </w:p>
    <w:p/>
    <w:p>
      <w:r>
        <w:rPr>
          <w:b/>
          <w:sz w:val="24"/>
        </w:rPr>
        <w:t>Câu 33: Nhóm vũ khí nào sau đây được phân loại vào nhóm vũ khí hủy diệt lớn?</w:t>
      </w:r>
    </w:p>
    <w:p>
      <w:pPr>
        <w:pStyle w:val="ListParagraph"/>
      </w:pPr>
      <w:r>
        <w:rPr>
          <w:sz w:val="22"/>
        </w:rPr>
        <w:t>A. Súng trường, súng tiểu liên AK, súng ngắn.</w:t>
      </w:r>
    </w:p>
    <w:p>
      <w:pPr>
        <w:pStyle w:val="ListParagraph"/>
      </w:pPr>
      <w:r>
        <w:rPr>
          <w:sz w:val="22"/>
        </w:rPr>
        <w:t>B. Lựu đạn, mìn định hướng, bom thông thường.</w:t>
      </w:r>
    </w:p>
    <w:p>
      <w:pPr>
        <w:pStyle w:val="ListParagraph"/>
      </w:pPr>
      <w:r>
        <w:rPr>
          <w:sz w:val="22"/>
        </w:rPr>
        <w:t>C. Vũ khí hạt nhân, vũ khí hóa học, vũ khí sinh học.</w:t>
      </w:r>
    </w:p>
    <w:p>
      <w:pPr>
        <w:pStyle w:val="ListParagraph"/>
      </w:pPr>
      <w:r>
        <w:rPr>
          <w:sz w:val="22"/>
        </w:rPr>
        <w:t>D. Pháo cao xạ, xe tăng, máy bay chiến đấu.</w:t>
      </w:r>
    </w:p>
    <w:p/>
    <w:p>
      <w:r>
        <w:rPr>
          <w:b/>
          <w:sz w:val="24"/>
        </w:rPr>
        <w:t>Câu 34: Công việc nào cần thực hiện NGAY TRƯỚC KHI bão đổ bộ vào đất liền để bảo đảm an toàn?</w:t>
      </w:r>
    </w:p>
    <w:p>
      <w:pPr>
        <w:pStyle w:val="ListParagraph"/>
      </w:pPr>
      <w:r>
        <w:rPr>
          <w:sz w:val="22"/>
        </w:rPr>
        <w:t>A. Ra bãi biển hoặc bờ sông để xem sóng lớn và vớt củi.</w:t>
      </w:r>
    </w:p>
    <w:p>
      <w:pPr>
        <w:pStyle w:val="ListParagraph"/>
      </w:pPr>
      <w:r>
        <w:rPr>
          <w:sz w:val="22"/>
        </w:rPr>
        <w:t>B. Chằng chống, gia cố nhà cửa, cắt tỉa cành cây lớn quanh nhà và tích trữ lương thực, nước uống.</w:t>
      </w:r>
    </w:p>
    <w:p>
      <w:pPr>
        <w:pStyle w:val="ListParagraph"/>
      </w:pPr>
      <w:r>
        <w:rPr>
          <w:sz w:val="22"/>
        </w:rPr>
        <w:t>C. Mở tung tất cả các cửa sổ để gió bão thổi qua dễ dàng.</w:t>
      </w:r>
    </w:p>
    <w:p>
      <w:pPr>
        <w:pStyle w:val="ListParagraph"/>
      </w:pPr>
      <w:r>
        <w:rPr>
          <w:sz w:val="22"/>
        </w:rPr>
        <w:t>D. Trèo lên mái nhà để gia cố thêm khi gió bão đã bắt đầu giật mạnh.</w:t>
      </w:r>
    </w:p>
    <w:p/>
    <w:p>
      <w:r>
        <w:rPr>
          <w:b/>
          <w:sz w:val="24"/>
        </w:rPr>
        <w:t>Câu 35: Để phòng ngừa các dịch bệnh lây truyền qua đường tiêu hóa trong và sau mùa mưa lũ, nguyên tắc ăn uống hàng đầu là gì?</w:t>
      </w:r>
    </w:p>
    <w:p>
      <w:pPr>
        <w:pStyle w:val="ListParagraph"/>
      </w:pPr>
      <w:r>
        <w:rPr>
          <w:sz w:val="22"/>
        </w:rPr>
        <w:t>A. Ăn rau sống rửa trực tiếp bằng nước lũ cho tiết kiệm.</w:t>
      </w:r>
    </w:p>
    <w:p>
      <w:pPr>
        <w:pStyle w:val="ListParagraph"/>
      </w:pPr>
      <w:r>
        <w:rPr>
          <w:sz w:val="22"/>
        </w:rPr>
        <w:t>B. Thực hiện nghiêm túc ăn chín, uống sôi, sử dụng nguồn nước sạch đã khử trùng.</w:t>
      </w:r>
    </w:p>
    <w:p>
      <w:pPr>
        <w:pStyle w:val="ListParagraph"/>
      </w:pPr>
      <w:r>
        <w:rPr>
          <w:sz w:val="22"/>
        </w:rPr>
        <w:t>C. Ăn thức ăn thừa để qua đêm ở môi trường bên ngoài mà không cần đun lại.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36: Khi xảy ra hỏa hoạn tại nhà cao tầng có nhiều khói độc, tư thế di chuyển nào giúp bạn tránh bị ngạt khí tốt nhất?</w:t>
      </w:r>
    </w:p>
    <w:p>
      <w:pPr>
        <w:pStyle w:val="ListParagraph"/>
      </w:pPr>
      <w:r>
        <w:rPr>
          <w:sz w:val="22"/>
        </w:rPr>
        <w:t>A. Đứng thẳng lưng, chạy thật nhanh bằng hai chân.</w:t>
      </w:r>
    </w:p>
    <w:p>
      <w:pPr>
        <w:pStyle w:val="ListParagraph"/>
      </w:pPr>
      <w:r>
        <w:rPr>
          <w:sz w:val="22"/>
        </w:rPr>
        <w:t>B. Hạ thấp trọng tâm (cúi khom người hoặc bò sát mặt đất), dùng khăn ẩm che kín mũi và miệng.</w:t>
      </w:r>
    </w:p>
    <w:p>
      <w:pPr>
        <w:pStyle w:val="ListParagraph"/>
      </w:pPr>
      <w:r>
        <w:rPr>
          <w:sz w:val="22"/>
        </w:rPr>
        <w:t>C. Nằm ngửa và trườn trên trần nhà.</w:t>
      </w:r>
    </w:p>
    <w:p>
      <w:pPr>
        <w:pStyle w:val="ListParagraph"/>
      </w:pPr>
      <w:r>
        <w:rPr>
          <w:sz w:val="22"/>
        </w:rPr>
        <w:t>D. Di chuyển vào cabin thang máy để bấm xuống tầng trệt thật nhanh.</w:t>
      </w:r>
    </w:p>
    <w:p/>
    <w:p>
      <w:r>
        <w:rPr>
          <w:b/>
          <w:sz w:val="24"/>
        </w:rPr>
        <w:t>Câu 37: Hành vi nào sau đây là nguyên nhân chủ quan phổ biến dễ gây ra các vụ cháy nổ trong gia đình?</w:t>
      </w:r>
    </w:p>
    <w:p>
      <w:pPr>
        <w:pStyle w:val="ListParagraph"/>
      </w:pPr>
      <w:r>
        <w:rPr>
          <w:sz w:val="22"/>
        </w:rPr>
        <w:t>A. Sử dụng thiết bị điện có nhãn tiết kiệm năng lượng.</w:t>
      </w:r>
    </w:p>
    <w:p>
      <w:pPr>
        <w:pStyle w:val="ListParagraph"/>
      </w:pPr>
      <w:r>
        <w:rPr>
          <w:sz w:val="22"/>
        </w:rPr>
        <w:t>B. Khóa van bình gas cẩn thận sau khi đun nấu xong.</w:t>
      </w:r>
    </w:p>
    <w:p>
      <w:pPr>
        <w:pStyle w:val="ListParagraph"/>
      </w:pPr>
      <w:r>
        <w:rPr>
          <w:sz w:val="22"/>
        </w:rPr>
        <w:t>C. Để vật liệu dễ cháy (giấy, vải, xăng dầu) sát cạnh nguồn nhiệt, bếp nấu hoặc dùng ổ cắm điện quá tải.</w:t>
      </w:r>
    </w:p>
    <w:p>
      <w:pPr>
        <w:pStyle w:val="ListParagraph"/>
      </w:pPr>
      <w:r>
        <w:rPr>
          <w:sz w:val="22"/>
        </w:rPr>
        <w:t>D. Thường xuyên kiểm tra bảo dưỡng hệ thống dây điện định kỳ.</w:t>
      </w:r>
    </w:p>
    <w:p/>
    <w:p>
      <w:r>
        <w:rPr>
          <w:b/>
          <w:sz w:val="24"/>
        </w:rPr>
        <w:t>Câu 38: Trình bày những truyền thống của Quân đội nhân dân Việt Nam.</w:t>
      </w:r>
    </w:p>
    <w:p/>
    <w:p>
      <w:r>
        <w:rPr>
          <w:b/>
          <w:sz w:val="24"/>
        </w:rPr>
        <w:t>Câu 39: Cho biết những nguyên nhân dẫn đến cháy nổ và cách xử lý.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None</w:t>
      </w:r>
    </w:p>
    <w:p>
      <w:r>
        <w:rPr>
          <w:b/>
        </w:rPr>
        <w:t>Câu 39: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