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Tin học - TRƯỜNG THCS &amp; THPT XUÂN TRƯỜNG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Máy tính được Babbage thiết kế để làm gì?</w:t>
      </w:r>
    </w:p>
    <w:p>
      <w:pPr>
        <w:pStyle w:val="ListParagraph"/>
      </w:pPr>
      <w:r>
        <w:rPr>
          <w:sz w:val="22"/>
        </w:rPr>
        <w:t>A. Thực hiện phép cộng.</w:t>
      </w:r>
    </w:p>
    <w:p>
      <w:pPr>
        <w:pStyle w:val="ListParagraph"/>
      </w:pPr>
      <w:r>
        <w:rPr>
          <w:sz w:val="22"/>
        </w:rPr>
        <w:t>B. Thực hiện phép trừ.</w:t>
      </w:r>
    </w:p>
    <w:p>
      <w:pPr>
        <w:pStyle w:val="ListParagraph"/>
      </w:pPr>
      <w:r>
        <w:rPr>
          <w:sz w:val="22"/>
        </w:rPr>
        <w:t>C. Thực hiện bốn phép tính số học.</w:t>
      </w:r>
    </w:p>
    <w:p>
      <w:pPr>
        <w:pStyle w:val="ListParagraph"/>
      </w:pPr>
      <w:r>
        <w:rPr>
          <w:sz w:val="22"/>
        </w:rPr>
        <w:t>D. Tính toán hoài bốn phép tính số học.</w:t>
      </w:r>
    </w:p>
    <w:p/>
    <w:p>
      <w:r>
        <w:rPr>
          <w:b/>
          <w:sz w:val="24"/>
        </w:rPr>
        <w:t>Câu 2: Thế hệ máy tính bắt đầu sử dụng bàn phím và màn hình là</w:t>
      </w:r>
    </w:p>
    <w:p>
      <w:pPr>
        <w:pStyle w:val="ListParagraph"/>
      </w:pPr>
      <w:r>
        <w:rPr>
          <w:sz w:val="22"/>
        </w:rPr>
        <w:t>A. thế hệ đầu tiên.</w:t>
      </w:r>
    </w:p>
    <w:p>
      <w:pPr>
        <w:pStyle w:val="ListParagraph"/>
      </w:pPr>
      <w:r>
        <w:rPr>
          <w:sz w:val="22"/>
        </w:rPr>
        <w:t>B. thế hệ thứ hai.</w:t>
      </w:r>
    </w:p>
    <w:p>
      <w:pPr>
        <w:pStyle w:val="ListParagraph"/>
      </w:pPr>
      <w:r>
        <w:rPr>
          <w:sz w:val="22"/>
        </w:rPr>
        <w:t>C. thế hệ thứ ba.</w:t>
      </w:r>
    </w:p>
    <w:p>
      <w:pPr>
        <w:pStyle w:val="ListParagraph"/>
      </w:pPr>
      <w:r>
        <w:rPr>
          <w:sz w:val="22"/>
        </w:rPr>
        <w:t>D. thế hệ thứ tư.</w:t>
      </w:r>
    </w:p>
    <w:p/>
    <w:p>
      <w:r>
        <w:rPr>
          <w:b/>
          <w:sz w:val="24"/>
        </w:rPr>
        <w:t>Câu 3: Các phép tính đầu tiên được con người thực hiện bằng cách</w:t>
      </w:r>
    </w:p>
    <w:p>
      <w:pPr>
        <w:pStyle w:val="ListParagraph"/>
      </w:pPr>
      <w:r>
        <w:rPr>
          <w:sz w:val="22"/>
        </w:rPr>
        <w:t>A. sử dụng máy tính để bàn.</w:t>
      </w:r>
    </w:p>
    <w:p>
      <w:pPr>
        <w:pStyle w:val="ListParagraph"/>
      </w:pPr>
      <w:r>
        <w:rPr>
          <w:sz w:val="22"/>
        </w:rPr>
        <w:t>B. sử dụng máy tính cầm tay.</w:t>
      </w:r>
    </w:p>
    <w:p>
      <w:pPr>
        <w:pStyle w:val="ListParagraph"/>
      </w:pPr>
      <w:r>
        <w:rPr>
          <w:sz w:val="22"/>
        </w:rPr>
        <w:t>C. sử dụng 10 ngón tay.</w:t>
      </w:r>
    </w:p>
    <w:p>
      <w:pPr>
        <w:pStyle w:val="ListParagraph"/>
      </w:pPr>
      <w:r>
        <w:rPr>
          <w:sz w:val="22"/>
        </w:rPr>
        <w:t>D. sử dụng bản tính.</w:t>
      </w:r>
    </w:p>
    <w:p/>
    <w:p>
      <w:r>
        <w:rPr>
          <w:b/>
          <w:sz w:val="24"/>
        </w:rPr>
        <w:t>Câu 4: Cách ghi số phổ biến từ xưa đến nay là</w:t>
      </w:r>
    </w:p>
    <w:p>
      <w:pPr>
        <w:pStyle w:val="ListParagraph"/>
      </w:pPr>
      <w:r>
        <w:rPr>
          <w:sz w:val="22"/>
        </w:rPr>
        <w:t>A. hệ thống ghi số la mã.</w:t>
      </w:r>
    </w:p>
    <w:p>
      <w:pPr>
        <w:pStyle w:val="ListParagraph"/>
      </w:pPr>
      <w:r>
        <w:rPr>
          <w:sz w:val="22"/>
        </w:rPr>
        <w:t>B. hệ thống ghi số thập phân.</w:t>
      </w:r>
    </w:p>
    <w:p>
      <w:pPr>
        <w:pStyle w:val="ListParagraph"/>
      </w:pPr>
      <w:r>
        <w:rPr>
          <w:sz w:val="22"/>
        </w:rPr>
        <w:t>C. hệ thống ghi số nguyên.</w:t>
      </w:r>
    </w:p>
    <w:p>
      <w:pPr>
        <w:pStyle w:val="ListParagraph"/>
      </w:pPr>
      <w:r>
        <w:rPr>
          <w:sz w:val="22"/>
        </w:rPr>
        <w:t>D. hệ thống ghi số nhị phân.</w:t>
      </w:r>
    </w:p>
    <w:p/>
    <w:p>
      <w:r>
        <w:rPr>
          <w:b/>
          <w:sz w:val="24"/>
        </w:rPr>
        <w:t>Câu 5: Máy tính đầu tiên của loài người là</w:t>
      </w:r>
    </w:p>
    <w:p>
      <w:pPr>
        <w:pStyle w:val="ListParagraph"/>
      </w:pPr>
      <w:r>
        <w:rPr>
          <w:sz w:val="22"/>
        </w:rPr>
        <w:t>A. máy tính điện tử.</w:t>
      </w:r>
    </w:p>
    <w:p>
      <w:pPr>
        <w:pStyle w:val="ListParagraph"/>
      </w:pPr>
      <w:r>
        <w:rPr>
          <w:sz w:val="22"/>
        </w:rPr>
        <w:t>B. máy vi tính</w:t>
      </w:r>
    </w:p>
    <w:p>
      <w:pPr>
        <w:pStyle w:val="ListParagraph"/>
      </w:pPr>
      <w:r>
        <w:rPr>
          <w:sz w:val="22"/>
        </w:rPr>
        <w:t>C. máy tính cơ học.</w:t>
      </w:r>
    </w:p>
    <w:p>
      <w:pPr>
        <w:pStyle w:val="ListParagraph"/>
      </w:pPr>
      <w:r>
        <w:rPr>
          <w:sz w:val="22"/>
        </w:rPr>
        <w:t>D. máy tính cá nhân.</w:t>
      </w:r>
    </w:p>
    <w:p/>
    <w:p>
      <w:r>
        <w:rPr>
          <w:b/>
          <w:sz w:val="24"/>
        </w:rPr>
        <w:t>Câu 6: Người sáng tạo ra chiếc máy tính cơ học Pascal là</w:t>
      </w:r>
    </w:p>
    <w:p>
      <w:pPr>
        <w:pStyle w:val="ListParagraph"/>
      </w:pPr>
      <w:r>
        <w:rPr>
          <w:sz w:val="22"/>
        </w:rPr>
        <w:t>A. Charles Babbage</w:t>
      </w:r>
    </w:p>
    <w:p>
      <w:pPr>
        <w:pStyle w:val="ListParagraph"/>
      </w:pPr>
      <w:r>
        <w:rPr>
          <w:sz w:val="22"/>
        </w:rPr>
        <w:t>B. John Mauchly</w:t>
      </w:r>
    </w:p>
    <w:p>
      <w:pPr>
        <w:pStyle w:val="ListParagraph"/>
      </w:pPr>
      <w:r>
        <w:rPr>
          <w:sz w:val="22"/>
        </w:rPr>
        <w:t>C. Blaise Pascal</w:t>
      </w:r>
    </w:p>
    <w:p>
      <w:pPr>
        <w:pStyle w:val="ListParagraph"/>
      </w:pPr>
      <w:r>
        <w:rPr>
          <w:sz w:val="22"/>
        </w:rPr>
        <w:t>D. J. Presper Eckert</w:t>
      </w:r>
    </w:p>
    <w:p/>
    <w:p>
      <w:r>
        <w:rPr>
          <w:b/>
          <w:sz w:val="24"/>
        </w:rPr>
        <w:t>Câu 7: Sau Pascal, Gottfried Leibniz đã cải tiến và thêm vào phép tính gì để máy tính của Pascal thực hiện cả bốn phép tính số học?</w:t>
      </w:r>
    </w:p>
    <w:p>
      <w:pPr>
        <w:pStyle w:val="ListParagraph"/>
      </w:pPr>
      <w:r>
        <w:rPr>
          <w:sz w:val="22"/>
        </w:rPr>
        <w:t>A. Phép chia và phép trừ.</w:t>
      </w:r>
    </w:p>
    <w:p>
      <w:pPr>
        <w:pStyle w:val="ListParagraph"/>
      </w:pPr>
      <w:r>
        <w:rPr>
          <w:sz w:val="22"/>
        </w:rPr>
        <w:t>B. Phép nhân và phép cộng.</w:t>
      </w:r>
    </w:p>
    <w:p>
      <w:pPr>
        <w:pStyle w:val="ListParagraph"/>
      </w:pPr>
      <w:r>
        <w:rPr>
          <w:sz w:val="22"/>
        </w:rPr>
        <w:t>C. Phép nhân và phép chia.</w:t>
      </w:r>
    </w:p>
    <w:p>
      <w:pPr>
        <w:pStyle w:val="ListParagraph"/>
      </w:pPr>
      <w:r>
        <w:rPr>
          <w:sz w:val="22"/>
        </w:rPr>
        <w:t>D. Phép nhân và phép trừ.</w:t>
      </w:r>
    </w:p>
    <w:p/>
    <w:p>
      <w:r>
        <w:rPr>
          <w:b/>
          <w:sz w:val="24"/>
        </w:rPr>
        <w:t>Câu 8: Người được coi là cha đẻ của công nghệ máy tính là</w:t>
      </w:r>
    </w:p>
    <w:p>
      <w:pPr>
        <w:pStyle w:val="ListParagraph"/>
      </w:pPr>
      <w:r>
        <w:rPr>
          <w:sz w:val="22"/>
        </w:rPr>
        <w:t>A. Charles Babbage.</w:t>
      </w:r>
    </w:p>
    <w:p>
      <w:pPr>
        <w:pStyle w:val="ListParagraph"/>
      </w:pPr>
      <w:r>
        <w:rPr>
          <w:sz w:val="22"/>
        </w:rPr>
        <w:t>B. Gottfried Leibniz.</w:t>
      </w:r>
    </w:p>
    <w:p>
      <w:pPr>
        <w:pStyle w:val="ListParagraph"/>
      </w:pPr>
      <w:r>
        <w:rPr>
          <w:sz w:val="22"/>
        </w:rPr>
        <w:t>C. John Mauchly.</w:t>
      </w:r>
    </w:p>
    <w:p>
      <w:pPr>
        <w:pStyle w:val="ListParagraph"/>
      </w:pPr>
      <w:r>
        <w:rPr>
          <w:sz w:val="22"/>
        </w:rPr>
        <w:t>D. Blaise Pascal.</w:t>
      </w:r>
    </w:p>
    <w:p/>
    <w:p>
      <w:r>
        <w:rPr>
          <w:b/>
          <w:sz w:val="24"/>
        </w:rPr>
        <w:t>Câu 9: Ý tưởng đóng vai trò quan trọng trong lịch sử phát triển của máy tính là</w:t>
      </w:r>
    </w:p>
    <w:p>
      <w:pPr>
        <w:pStyle w:val="ListParagraph"/>
      </w:pPr>
      <w:r>
        <w:rPr>
          <w:sz w:val="22"/>
        </w:rPr>
        <w:t>A. cơ giới hóa việc lao động</w:t>
      </w:r>
    </w:p>
    <w:p>
      <w:pPr>
        <w:pStyle w:val="ListParagraph"/>
      </w:pPr>
      <w:r>
        <w:rPr>
          <w:sz w:val="22"/>
        </w:rPr>
        <w:t>B. trí óc hóa việc tính toán</w:t>
      </w:r>
    </w:p>
    <w:p>
      <w:pPr>
        <w:pStyle w:val="ListParagraph"/>
      </w:pPr>
      <w:r>
        <w:rPr>
          <w:sz w:val="22"/>
        </w:rPr>
        <w:t>C. cơ giới hóa việc tính toán</w:t>
      </w:r>
    </w:p>
    <w:p>
      <w:pPr>
        <w:pStyle w:val="ListParagraph"/>
      </w:pPr>
      <w:r>
        <w:rPr>
          <w:sz w:val="22"/>
        </w:rPr>
        <w:t>D. cơ giới hóa sản xuất.</w:t>
      </w:r>
    </w:p>
    <w:p/>
    <w:p>
      <w:r>
        <w:rPr>
          <w:b/>
          <w:sz w:val="24"/>
        </w:rPr>
        <w:t>Câu 10: Điểm khác biệt giữa máy tính thế hệ 1 và thế hệ 2 là gì?</w:t>
      </w:r>
    </w:p>
    <w:p>
      <w:pPr>
        <w:pStyle w:val="ListParagraph"/>
      </w:pPr>
      <w:r>
        <w:rPr>
          <w:sz w:val="22"/>
        </w:rPr>
        <w:t>A. Thế hệ 2 nhỏ hơn, nhanh hơn do dùng transistor thay ống chân không.</w:t>
      </w:r>
    </w:p>
    <w:p>
      <w:pPr>
        <w:pStyle w:val="ListParagraph"/>
      </w:pPr>
      <w:r>
        <w:rPr>
          <w:sz w:val="22"/>
        </w:rPr>
        <w:t>B. Thế hệ 2 dùng điện ít hơn.</w:t>
      </w:r>
    </w:p>
    <w:p>
      <w:pPr>
        <w:pStyle w:val="ListParagraph"/>
      </w:pPr>
      <w:r>
        <w:rPr>
          <w:sz w:val="22"/>
        </w:rPr>
        <w:t>C. Thế hệ 2 chỉ để chơi game.</w:t>
      </w:r>
    </w:p>
    <w:p>
      <w:pPr>
        <w:pStyle w:val="ListParagraph"/>
      </w:pPr>
      <w:r>
        <w:rPr>
          <w:sz w:val="22"/>
        </w:rPr>
        <w:t>D. Thế hệ 2 không cần lập trình.</w:t>
      </w:r>
    </w:p>
    <w:p/>
    <w:p>
      <w:r>
        <w:rPr>
          <w:b/>
          <w:sz w:val="24"/>
        </w:rPr>
        <w:t>Câu 11: Thời kì đầu các máy tính được thiết kế dựa trên các rơ le được gọi là</w:t>
      </w:r>
    </w:p>
    <w:p>
      <w:pPr>
        <w:pStyle w:val="ListParagraph"/>
      </w:pPr>
      <w:r>
        <w:rPr>
          <w:sz w:val="22"/>
        </w:rPr>
        <w:t>A. máy tính thông minh.</w:t>
      </w:r>
    </w:p>
    <w:p>
      <w:pPr>
        <w:pStyle w:val="ListParagraph"/>
      </w:pPr>
      <w:r>
        <w:rPr>
          <w:sz w:val="22"/>
        </w:rPr>
        <w:t>B. máy tính hiện đại.</w:t>
      </w:r>
    </w:p>
    <w:p>
      <w:pPr>
        <w:pStyle w:val="ListParagraph"/>
      </w:pPr>
      <w:r>
        <w:rPr>
          <w:sz w:val="22"/>
        </w:rPr>
        <w:t>C. máy tính khoa học.</w:t>
      </w:r>
    </w:p>
    <w:p>
      <w:pPr>
        <w:pStyle w:val="ListParagraph"/>
      </w:pPr>
      <w:r>
        <w:rPr>
          <w:sz w:val="22"/>
        </w:rPr>
        <w:t>D. máy tính điện cơ.</w:t>
      </w:r>
    </w:p>
    <w:p/>
    <w:p>
      <w:r>
        <w:rPr>
          <w:b/>
          <w:sz w:val="24"/>
        </w:rPr>
        <w:t>Câu 12: Vì sao sự ra đời của máy tính điện tử được xem là bước ngoặt trong lịch sử phát triển công cụ tính toán?</w:t>
      </w:r>
    </w:p>
    <w:p>
      <w:pPr>
        <w:pStyle w:val="ListParagraph"/>
      </w:pPr>
      <w:r>
        <w:rPr>
          <w:sz w:val="22"/>
        </w:rPr>
        <w:t>A. Vì nhỏ gọn hơn thước tính.</w:t>
      </w:r>
    </w:p>
    <w:p>
      <w:pPr>
        <w:pStyle w:val="ListParagraph"/>
      </w:pPr>
      <w:r>
        <w:rPr>
          <w:sz w:val="22"/>
        </w:rPr>
        <w:t>B. Vì có thể tự động hóa việc tính toán với tốc độ cao.</w:t>
      </w:r>
    </w:p>
    <w:p>
      <w:pPr>
        <w:pStyle w:val="ListParagraph"/>
      </w:pPr>
      <w:r>
        <w:rPr>
          <w:sz w:val="22"/>
        </w:rPr>
        <w:t>C. Vì giá thành rẻ.</w:t>
      </w:r>
    </w:p>
    <w:p>
      <w:pPr>
        <w:pStyle w:val="ListParagraph"/>
      </w:pPr>
      <w:r>
        <w:rPr>
          <w:sz w:val="22"/>
        </w:rPr>
        <w:t>D. Vì chỉ cần nguồn điện.</w:t>
      </w:r>
    </w:p>
    <w:p/>
    <w:p>
      <w:r>
        <w:rPr>
          <w:b/>
          <w:sz w:val="24"/>
        </w:rPr>
        <w:t>Câu 13: Từ năm 1945 -1955 là</w:t>
      </w:r>
    </w:p>
    <w:p>
      <w:pPr>
        <w:pStyle w:val="ListParagraph"/>
      </w:pPr>
      <w:r>
        <w:rPr>
          <w:sz w:val="22"/>
        </w:rPr>
        <w:t>A. thế hệ thứ tư của máy tính điện tử.</w:t>
      </w:r>
    </w:p>
    <w:p>
      <w:pPr>
        <w:pStyle w:val="ListParagraph"/>
      </w:pPr>
      <w:r>
        <w:rPr>
          <w:sz w:val="22"/>
        </w:rPr>
        <w:t>B. thế hệ thứ ba của máy tính điện tử.</w:t>
      </w:r>
    </w:p>
    <w:p>
      <w:pPr>
        <w:pStyle w:val="ListParagraph"/>
      </w:pPr>
      <w:r>
        <w:rPr>
          <w:sz w:val="22"/>
        </w:rPr>
        <w:t>C. thế hệ thứ hai của máy tính điện tử.</w:t>
      </w:r>
    </w:p>
    <w:p>
      <w:pPr>
        <w:pStyle w:val="ListParagraph"/>
      </w:pPr>
      <w:r>
        <w:rPr>
          <w:sz w:val="22"/>
        </w:rPr>
        <w:t>D. thế hệ đầu tiên của máy tính điện tử.</w:t>
      </w:r>
    </w:p>
    <w:p/>
    <w:p>
      <w:r>
        <w:rPr>
          <w:b/>
          <w:sz w:val="24"/>
        </w:rPr>
        <w:t>Câu 14: Công nghệ nào thay thế rơ le điện cơ?</w:t>
      </w:r>
    </w:p>
    <w:p>
      <w:pPr>
        <w:pStyle w:val="ListParagraph"/>
      </w:pPr>
      <w:r>
        <w:rPr>
          <w:sz w:val="22"/>
        </w:rPr>
        <w:t>A. Công nghệ cơ giới hóa.</w:t>
      </w:r>
    </w:p>
    <w:p>
      <w:pPr>
        <w:pStyle w:val="ListParagraph"/>
      </w:pPr>
      <w:r>
        <w:rPr>
          <w:sz w:val="22"/>
        </w:rPr>
        <w:t>B. Công nghệ tự động hóa.</w:t>
      </w:r>
    </w:p>
    <w:p>
      <w:pPr>
        <w:pStyle w:val="ListParagraph"/>
      </w:pPr>
      <w:r>
        <w:rPr>
          <w:sz w:val="22"/>
        </w:rPr>
        <w:t>C. Công nghệ đèn điện tử.</w:t>
      </w:r>
    </w:p>
    <w:p>
      <w:pPr>
        <w:pStyle w:val="ListParagraph"/>
      </w:pPr>
      <w:r>
        <w:rPr>
          <w:sz w:val="22"/>
        </w:rPr>
        <w:t>D. Sử dụng các rơ le điện tử.</w:t>
      </w:r>
    </w:p>
    <w:p/>
    <w:p>
      <w:r>
        <w:rPr>
          <w:b/>
          <w:sz w:val="24"/>
        </w:rPr>
        <w:t>Câu 15: Bộ nhớ của máy tính thế hệ thứ nhất là</w:t>
      </w:r>
    </w:p>
    <w:p>
      <w:pPr>
        <w:pStyle w:val="ListParagraph"/>
      </w:pPr>
      <w:r>
        <w:rPr>
          <w:sz w:val="22"/>
        </w:rPr>
        <w:t>A. lõi từ lớn, đĩa từ, băng từ.</w:t>
      </w:r>
    </w:p>
    <w:p>
      <w:pPr>
        <w:pStyle w:val="ListParagraph"/>
      </w:pPr>
      <w:r>
        <w:rPr>
          <w:sz w:val="22"/>
        </w:rPr>
        <w:t>B. bộ nhớ chính: trống từ.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