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Unit1 từ bài 3-8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Từ adopt có nghĩa là gì?</w:t>
      </w:r>
    </w:p>
    <w:p>
      <w:pPr>
        <w:pStyle w:val="ListParagraph"/>
      </w:pPr>
      <w:r>
        <w:rPr>
          <w:sz w:val="22"/>
        </w:rPr>
        <w:t>A. bỏ học</w:t>
      </w:r>
    </w:p>
    <w:p>
      <w:pPr>
        <w:pStyle w:val="ListParagraph"/>
      </w:pPr>
      <w:r>
        <w:rPr>
          <w:sz w:val="22"/>
        </w:rPr>
        <w:t>B. nhận nuôi</w:t>
      </w:r>
    </w:p>
    <w:p>
      <w:pPr>
        <w:pStyle w:val="ListParagraph"/>
      </w:pPr>
      <w:r>
        <w:rPr>
          <w:sz w:val="22"/>
        </w:rPr>
        <w:t>C. qua đời</w:t>
      </w:r>
    </w:p>
    <w:p>
      <w:pPr>
        <w:pStyle w:val="ListParagraph"/>
      </w:pPr>
      <w:r>
        <w:rPr>
          <w:sz w:val="22"/>
        </w:rPr>
        <w:t>D. kết hôn</w:t>
      </w:r>
    </w:p>
    <w:p/>
    <w:p>
      <w:r>
        <w:rPr>
          <w:b/>
          <w:sz w:val="24"/>
        </w:rPr>
        <w:t>Câu 2: Cụm biological parents có nghĩa là gì?</w:t>
      </w:r>
    </w:p>
    <w:p>
      <w:pPr>
        <w:pStyle w:val="ListParagraph"/>
      </w:pPr>
      <w:r>
        <w:rPr>
          <w:sz w:val="22"/>
        </w:rPr>
        <w:t>A. họ hàng</w:t>
      </w:r>
    </w:p>
    <w:p>
      <w:pPr>
        <w:pStyle w:val="ListParagraph"/>
      </w:pPr>
      <w:r>
        <w:rPr>
          <w:sz w:val="22"/>
        </w:rPr>
        <w:t>B. anh trai</w:t>
      </w:r>
    </w:p>
    <w:p>
      <w:pPr>
        <w:pStyle w:val="ListParagraph"/>
      </w:pPr>
      <w:r>
        <w:rPr>
          <w:sz w:val="22"/>
        </w:rPr>
        <w:t>C. em gái</w:t>
      </w:r>
    </w:p>
    <w:p>
      <w:pPr>
        <w:pStyle w:val="ListParagraph"/>
      </w:pPr>
      <w:r>
        <w:rPr>
          <w:sz w:val="22"/>
        </w:rPr>
        <w:t>D. bố mẹ ruột</w:t>
      </w:r>
    </w:p>
    <w:p/>
    <w:p>
      <w:r>
        <w:rPr>
          <w:b/>
          <w:sz w:val="24"/>
        </w:rPr>
        <w:t>Câu 3: Từ bond trong ngữ cảnh gia đình có nghĩa là gì?</w:t>
      </w:r>
    </w:p>
    <w:p>
      <w:pPr>
        <w:pStyle w:val="ListParagraph"/>
      </w:pPr>
      <w:r>
        <w:rPr>
          <w:sz w:val="22"/>
        </w:rPr>
        <w:t>A. mối gắn kết</w:t>
      </w:r>
    </w:p>
    <w:p>
      <w:pPr>
        <w:pStyle w:val="ListParagraph"/>
      </w:pPr>
      <w:r>
        <w:rPr>
          <w:sz w:val="22"/>
        </w:rPr>
        <w:t>B. sự chia ly</w:t>
      </w:r>
    </w:p>
    <w:p>
      <w:pPr>
        <w:pStyle w:val="ListParagraph"/>
      </w:pPr>
      <w:r>
        <w:rPr>
          <w:sz w:val="22"/>
        </w:rPr>
        <w:t>C. nỗi đau</w:t>
      </w:r>
    </w:p>
    <w:p>
      <w:pPr>
        <w:pStyle w:val="ListParagraph"/>
      </w:pPr>
      <w:r>
        <w:rPr>
          <w:sz w:val="22"/>
        </w:rPr>
        <w:t>D. sự cạnh tranh</w:t>
      </w:r>
    </w:p>
    <w:p/>
    <w:p>
      <w:r>
        <w:rPr>
          <w:b/>
          <w:sz w:val="24"/>
        </w:rPr>
        <w:t>Câu 4: Cụm drop out có nghĩa là gì?</w:t>
      </w:r>
    </w:p>
    <w:p>
      <w:pPr>
        <w:pStyle w:val="ListParagraph"/>
      </w:pPr>
      <w:r>
        <w:rPr>
          <w:sz w:val="22"/>
        </w:rPr>
        <w:t>A. tốt nghiệp</w:t>
      </w:r>
    </w:p>
    <w:p>
      <w:pPr>
        <w:pStyle w:val="ListParagraph"/>
      </w:pPr>
      <w:r>
        <w:rPr>
          <w:sz w:val="22"/>
        </w:rPr>
        <w:t>B. ghi chép</w:t>
      </w:r>
    </w:p>
    <w:p>
      <w:pPr>
        <w:pStyle w:val="ListParagraph"/>
      </w:pPr>
      <w:r>
        <w:rPr>
          <w:sz w:val="22"/>
        </w:rPr>
        <w:t>C. bỏ học</w:t>
      </w:r>
    </w:p>
    <w:p>
      <w:pPr>
        <w:pStyle w:val="ListParagraph"/>
      </w:pPr>
      <w:r>
        <w:rPr>
          <w:sz w:val="22"/>
        </w:rPr>
        <w:t>D. nhận nuôi</w:t>
      </w:r>
    </w:p>
    <w:p/>
    <w:p>
      <w:r>
        <w:rPr>
          <w:b/>
          <w:sz w:val="24"/>
        </w:rPr>
        <w:t>Câu 5: Từ calculator có nghĩa là gì?</w:t>
      </w:r>
    </w:p>
    <w:p>
      <w:pPr>
        <w:pStyle w:val="ListParagraph"/>
      </w:pPr>
      <w:r>
        <w:rPr>
          <w:sz w:val="22"/>
        </w:rPr>
        <w:t>A. điện thoại</w:t>
      </w:r>
    </w:p>
    <w:p>
      <w:pPr>
        <w:pStyle w:val="ListParagraph"/>
      </w:pPr>
      <w:r>
        <w:rPr>
          <w:sz w:val="22"/>
        </w:rPr>
        <w:t>B. tivi</w:t>
      </w:r>
    </w:p>
    <w:p>
      <w:pPr>
        <w:pStyle w:val="ListParagraph"/>
      </w:pPr>
      <w:r>
        <w:rPr>
          <w:sz w:val="22"/>
        </w:rPr>
        <w:t>C. màn hình cảm ứng</w:t>
      </w:r>
    </w:p>
    <w:p>
      <w:pPr>
        <w:pStyle w:val="ListParagraph"/>
      </w:pPr>
      <w:r>
        <w:rPr>
          <w:sz w:val="22"/>
        </w:rPr>
        <w:t>D. máy tính</w:t>
      </w:r>
    </w:p>
    <w:p/>
    <w:p>
      <w:r>
        <w:rPr>
          <w:b/>
          <w:sz w:val="24"/>
        </w:rPr>
        <w:t>Câu 6: Từ cancer có nghĩa là gì?</w:t>
      </w:r>
    </w:p>
    <w:p>
      <w:pPr>
        <w:pStyle w:val="ListParagraph"/>
      </w:pPr>
      <w:r>
        <w:rPr>
          <w:sz w:val="22"/>
        </w:rPr>
        <w:t>A. cảm cúm</w:t>
      </w:r>
    </w:p>
    <w:p>
      <w:pPr>
        <w:pStyle w:val="ListParagraph"/>
      </w:pPr>
      <w:r>
        <w:rPr>
          <w:sz w:val="22"/>
        </w:rPr>
        <w:t>B. ung thư</w:t>
      </w:r>
    </w:p>
    <w:p>
      <w:pPr>
        <w:pStyle w:val="ListParagraph"/>
      </w:pPr>
      <w:r>
        <w:rPr>
          <w:sz w:val="22"/>
        </w:rPr>
        <w:t>C. đau đầu</w:t>
      </w:r>
    </w:p>
    <w:p>
      <w:pPr>
        <w:pStyle w:val="ListParagraph"/>
      </w:pPr>
      <w:r>
        <w:rPr>
          <w:sz w:val="22"/>
        </w:rPr>
        <w:t>D. sốt</w:t>
      </w:r>
    </w:p>
    <w:p/>
    <w:p>
      <w:r>
        <w:rPr>
          <w:b/>
          <w:sz w:val="24"/>
        </w:rPr>
        <w:t>Câu 7: Từ genius có nghĩa là gì?</w:t>
      </w:r>
    </w:p>
    <w:p>
      <w:pPr>
        <w:pStyle w:val="ListParagraph"/>
      </w:pPr>
      <w:r>
        <w:rPr>
          <w:sz w:val="22"/>
        </w:rPr>
        <w:t>A. thiên tài</w:t>
      </w:r>
    </w:p>
    <w:p>
      <w:pPr>
        <w:pStyle w:val="ListParagraph"/>
      </w:pPr>
      <w:r>
        <w:rPr>
          <w:sz w:val="22"/>
        </w:rPr>
        <w:t>B. người lùn</w:t>
      </w:r>
    </w:p>
    <w:p>
      <w:pPr>
        <w:pStyle w:val="ListParagraph"/>
      </w:pPr>
      <w:r>
        <w:rPr>
          <w:sz w:val="22"/>
        </w:rPr>
        <w:t>C. người lính</w:t>
      </w:r>
    </w:p>
    <w:p>
      <w:pPr>
        <w:pStyle w:val="ListParagraph"/>
      </w:pPr>
      <w:r>
        <w:rPr>
          <w:sz w:val="22"/>
        </w:rPr>
        <w:t>D. nữ hoàng</w:t>
      </w:r>
    </w:p>
    <w:p/>
    <w:p>
      <w:r>
        <w:rPr>
          <w:b/>
          <w:sz w:val="24"/>
        </w:rPr>
        <w:t>Câu 8: Từ blockbuster thường chỉ gì?</w:t>
      </w:r>
    </w:p>
    <w:p>
      <w:pPr>
        <w:pStyle w:val="ListParagraph"/>
      </w:pPr>
      <w:r>
        <w:rPr>
          <w:sz w:val="22"/>
        </w:rPr>
        <w:t>A. phim tài liệu</w:t>
      </w:r>
    </w:p>
    <w:p>
      <w:pPr>
        <w:pStyle w:val="ListParagraph"/>
      </w:pPr>
      <w:r>
        <w:rPr>
          <w:sz w:val="22"/>
        </w:rPr>
        <w:t>B. bài thơ</w:t>
      </w:r>
    </w:p>
    <w:p>
      <w:pPr>
        <w:pStyle w:val="ListParagraph"/>
      </w:pPr>
      <w:r>
        <w:rPr>
          <w:sz w:val="22"/>
        </w:rPr>
        <w:t>C. phim bom tấn</w:t>
      </w:r>
    </w:p>
    <w:p>
      <w:pPr>
        <w:pStyle w:val="ListParagraph"/>
      </w:pPr>
      <w:r>
        <w:rPr>
          <w:sz w:val="22"/>
        </w:rPr>
        <w:t>D. trò chơi</w:t>
      </w:r>
    </w:p>
    <w:p/>
    <w:p>
      <w:r>
        <w:rPr>
          <w:b/>
          <w:sz w:val="24"/>
        </w:rPr>
        <w:t>Câu 9: Cụm pass away là cách nói trang trọng của từ nào?</w:t>
      </w:r>
    </w:p>
    <w:p>
      <w:pPr>
        <w:pStyle w:val="ListParagraph"/>
      </w:pPr>
      <w:r>
        <w:rPr>
          <w:sz w:val="22"/>
        </w:rPr>
        <w:t>A. kết hôn</w:t>
      </w:r>
    </w:p>
    <w:p>
      <w:pPr>
        <w:pStyle w:val="ListParagraph"/>
      </w:pPr>
      <w:r>
        <w:rPr>
          <w:sz w:val="22"/>
        </w:rPr>
        <w:t>B. sinh ra</w:t>
      </w:r>
    </w:p>
    <w:p>
      <w:pPr>
        <w:pStyle w:val="ListParagraph"/>
      </w:pPr>
      <w:r>
        <w:rPr>
          <w:sz w:val="22"/>
        </w:rPr>
        <w:t>C. di chuyển</w:t>
      </w:r>
    </w:p>
    <w:p>
      <w:pPr>
        <w:pStyle w:val="ListParagraph"/>
      </w:pPr>
      <w:r>
        <w:rPr>
          <w:sz w:val="22"/>
        </w:rPr>
        <w:t>D. qua đời</w:t>
      </w:r>
    </w:p>
    <w:p/>
    <w:p>
      <w:r>
        <w:rPr>
          <w:b/>
          <w:sz w:val="24"/>
        </w:rPr>
        <w:t>Câu 10: Cụm cutting-edge technology có nghĩa là gì?</w:t>
      </w:r>
    </w:p>
    <w:p>
      <w:pPr>
        <w:pStyle w:val="ListParagraph"/>
      </w:pPr>
      <w:r>
        <w:rPr>
          <w:sz w:val="22"/>
        </w:rPr>
        <w:t>A. công nghệ lỗi thời</w:t>
      </w:r>
    </w:p>
    <w:p>
      <w:pPr>
        <w:pStyle w:val="ListParagraph"/>
      </w:pPr>
      <w:r>
        <w:rPr>
          <w:sz w:val="22"/>
        </w:rPr>
        <w:t>B. công nghệ tiên tiến</w:t>
      </w:r>
    </w:p>
    <w:p>
      <w:pPr>
        <w:pStyle w:val="ListParagraph"/>
      </w:pPr>
      <w:r>
        <w:rPr>
          <w:sz w:val="22"/>
        </w:rPr>
        <w:t>C. công nghệ máy tính</w:t>
      </w:r>
    </w:p>
    <w:p>
      <w:pPr>
        <w:pStyle w:val="ListParagraph"/>
      </w:pPr>
      <w:r>
        <w:rPr>
          <w:sz w:val="22"/>
        </w:rPr>
        <w:t>D. công nghệ điện tử</w:t>
      </w:r>
    </w:p>
    <w:p/>
    <w:p>
      <w:r>
        <w:rPr>
          <w:b/>
          <w:sz w:val="24"/>
        </w:rPr>
        <w:t>Câu 11: Từ general trong quân sự có nghĩa là gì?</w:t>
      </w:r>
    </w:p>
    <w:p>
      <w:pPr>
        <w:pStyle w:val="ListParagraph"/>
      </w:pPr>
      <w:r>
        <w:rPr>
          <w:sz w:val="22"/>
        </w:rPr>
        <w:t>A. người lính</w:t>
      </w:r>
    </w:p>
    <w:p>
      <w:pPr>
        <w:pStyle w:val="ListParagraph"/>
      </w:pPr>
      <w:r>
        <w:rPr>
          <w:sz w:val="22"/>
        </w:rPr>
        <w:t>B. quái vật</w:t>
      </w:r>
    </w:p>
    <w:p>
      <w:pPr>
        <w:pStyle w:val="ListParagraph"/>
      </w:pPr>
      <w:r>
        <w:rPr>
          <w:sz w:val="22"/>
        </w:rPr>
        <w:t>C. tướng</w:t>
      </w:r>
    </w:p>
    <w:p>
      <w:pPr>
        <w:pStyle w:val="ListParagraph"/>
      </w:pPr>
      <w:r>
        <w:rPr>
          <w:sz w:val="22"/>
        </w:rPr>
        <w:t>D. nữ hoàng</w:t>
      </w:r>
    </w:p>
    <w:p/>
    <w:p>
      <w:r>
        <w:rPr>
          <w:b/>
          <w:sz w:val="24"/>
        </w:rPr>
        <w:t>Câu 12: Cụm military genius có nghĩa là gì?</w:t>
      </w:r>
    </w:p>
    <w:p>
      <w:pPr>
        <w:pStyle w:val="ListParagraph"/>
      </w:pPr>
      <w:r>
        <w:rPr>
          <w:sz w:val="22"/>
        </w:rPr>
        <w:t>A. thiên tài quân sự</w:t>
      </w:r>
    </w:p>
    <w:p>
      <w:pPr>
        <w:pStyle w:val="ListParagraph"/>
      </w:pPr>
      <w:r>
        <w:rPr>
          <w:sz w:val="22"/>
        </w:rPr>
        <w:t>B. anh hùng dân tộc</w:t>
      </w:r>
    </w:p>
    <w:p>
      <w:pPr>
        <w:pStyle w:val="ListParagraph"/>
      </w:pPr>
      <w:r>
        <w:rPr>
          <w:sz w:val="22"/>
        </w:rPr>
        <w:t>C. nhà sản xuất phim</w:t>
      </w:r>
    </w:p>
    <w:p>
      <w:pPr>
        <w:pStyle w:val="ListParagraph"/>
      </w:pPr>
      <w:r>
        <w:rPr>
          <w:sz w:val="22"/>
        </w:rPr>
        <w:t>D. doanh nhân</w:t>
      </w:r>
    </w:p>
    <w:p/>
    <w:p>
      <w:r>
        <w:rPr>
          <w:b/>
          <w:sz w:val="24"/>
        </w:rPr>
        <w:t>Câu 13: Từ campaign có nghĩa là gì?</w:t>
      </w:r>
    </w:p>
    <w:p>
      <w:pPr>
        <w:pStyle w:val="ListParagraph"/>
      </w:pPr>
      <w:r>
        <w:rPr>
          <w:sz w:val="22"/>
        </w:rPr>
        <w:t>A. trận đánh</w:t>
      </w:r>
    </w:p>
    <w:p>
      <w:pPr>
        <w:pStyle w:val="ListParagraph"/>
      </w:pPr>
      <w:r>
        <w:rPr>
          <w:sz w:val="22"/>
        </w:rPr>
        <w:t>B. tù</w:t>
      </w:r>
    </w:p>
    <w:p>
      <w:pPr>
        <w:pStyle w:val="ListParagraph"/>
      </w:pPr>
      <w:r>
        <w:rPr>
          <w:sz w:val="22"/>
        </w:rPr>
        <w:t>C. tấn công</w:t>
      </w:r>
    </w:p>
    <w:p>
      <w:pPr>
        <w:pStyle w:val="ListParagraph"/>
      </w:pPr>
      <w:r>
        <w:rPr>
          <w:sz w:val="22"/>
        </w:rPr>
        <w:t>D. chiến dịch</w:t>
      </w:r>
    </w:p>
    <w:p/>
    <w:p>
      <w:r>
        <w:rPr>
          <w:b/>
          <w:sz w:val="24"/>
        </w:rPr>
        <w:t>Câu 14: Từ battle có nghĩa là gì?</w:t>
      </w:r>
    </w:p>
    <w:p>
      <w:pPr>
        <w:pStyle w:val="ListParagraph"/>
      </w:pPr>
      <w:r>
        <w:rPr>
          <w:sz w:val="22"/>
        </w:rPr>
        <w:t>A. chiến dịch</w:t>
      </w:r>
    </w:p>
    <w:p>
      <w:pPr>
        <w:pStyle w:val="ListParagraph"/>
      </w:pPr>
      <w:r>
        <w:rPr>
          <w:sz w:val="22"/>
        </w:rPr>
        <w:t>B. trận đánh</w:t>
      </w:r>
    </w:p>
    <w:p>
      <w:pPr>
        <w:pStyle w:val="ListParagraph"/>
      </w:pPr>
      <w:r>
        <w:rPr>
          <w:sz w:val="22"/>
        </w:rPr>
        <w:t>C. quân đội</w:t>
      </w:r>
    </w:p>
    <w:p>
      <w:pPr>
        <w:pStyle w:val="ListParagraph"/>
      </w:pPr>
      <w:r>
        <w:rPr>
          <w:sz w:val="22"/>
        </w:rPr>
        <w:t>D. hải quân</w:t>
      </w:r>
    </w:p>
    <w:p/>
    <w:p>
      <w:r>
        <w:rPr>
          <w:b/>
          <w:sz w:val="24"/>
        </w:rPr>
        <w:t>Câu 15: Cụm national hero có nghĩa là gì?</w:t>
      </w:r>
    </w:p>
    <w:p>
      <w:pPr>
        <w:pStyle w:val="ListParagraph"/>
      </w:pPr>
      <w:r>
        <w:rPr>
          <w:sz w:val="22"/>
        </w:rPr>
        <w:t>A. thiên tài quân sự</w:t>
      </w:r>
    </w:p>
    <w:p>
      <w:pPr>
        <w:pStyle w:val="ListParagraph"/>
      </w:pPr>
      <w:r>
        <w:rPr>
          <w:sz w:val="22"/>
        </w:rPr>
        <w:t>B. người lính</w:t>
      </w:r>
    </w:p>
    <w:p>
      <w:pPr>
        <w:pStyle w:val="ListParagraph"/>
      </w:pPr>
      <w:r>
        <w:rPr>
          <w:sz w:val="22"/>
        </w:rPr>
        <w:t>C. anh hùng dân tộc</w:t>
      </w:r>
    </w:p>
    <w:p>
      <w:pPr>
        <w:pStyle w:val="ListParagraph"/>
      </w:pPr>
      <w:r>
        <w:rPr>
          <w:sz w:val="22"/>
        </w:rPr>
        <w:t>D. nhân vật lịch sử</w:t>
      </w:r>
    </w:p>
    <w:p/>
    <w:p>
      <w:r>
        <w:rPr>
          <w:b/>
          <w:sz w:val="24"/>
        </w:rPr>
        <w:t>Câu 16: Từ soldier có nghĩa là gì?</w:t>
      </w:r>
    </w:p>
    <w:p>
      <w:pPr>
        <w:pStyle w:val="ListParagraph"/>
      </w:pPr>
      <w:r>
        <w:rPr>
          <w:sz w:val="22"/>
        </w:rPr>
        <w:t>A. người lính</w:t>
      </w:r>
    </w:p>
    <w:p>
      <w:pPr>
        <w:pStyle w:val="ListParagraph"/>
      </w:pPr>
      <w:r>
        <w:rPr>
          <w:sz w:val="22"/>
        </w:rPr>
        <w:t>B. tướng</w:t>
      </w:r>
    </w:p>
    <w:p>
      <w:pPr>
        <w:pStyle w:val="ListParagraph"/>
      </w:pPr>
      <w:r>
        <w:rPr>
          <w:sz w:val="22"/>
        </w:rPr>
        <w:t>C. tù nhân</w:t>
      </w:r>
    </w:p>
    <w:p>
      <w:pPr>
        <w:pStyle w:val="ListParagraph"/>
      </w:pPr>
      <w:r>
        <w:rPr>
          <w:sz w:val="22"/>
        </w:rPr>
        <w:t>D. nhân vật</w:t>
      </w:r>
    </w:p>
    <w:p/>
    <w:p>
      <w:r>
        <w:rPr>
          <w:b/>
          <w:sz w:val="24"/>
        </w:rPr>
        <w:t>Câu 17: Từ dwarf có nghĩa là gì?</w:t>
      </w:r>
    </w:p>
    <w:p>
      <w:pPr>
        <w:pStyle w:val="ListParagraph"/>
      </w:pPr>
      <w:r>
        <w:rPr>
          <w:sz w:val="22"/>
        </w:rPr>
        <w:t>A. quái vật</w:t>
      </w:r>
    </w:p>
    <w:p>
      <w:pPr>
        <w:pStyle w:val="ListParagraph"/>
      </w:pPr>
      <w:r>
        <w:rPr>
          <w:sz w:val="22"/>
        </w:rPr>
        <w:t>B. nữ hoàng</w:t>
      </w:r>
    </w:p>
    <w:p>
      <w:pPr>
        <w:pStyle w:val="ListParagraph"/>
      </w:pPr>
      <w:r>
        <w:rPr>
          <w:sz w:val="22"/>
        </w:rPr>
        <w:t>C. người khổng lồ</w:t>
      </w:r>
    </w:p>
    <w:p>
      <w:pPr>
        <w:pStyle w:val="ListParagraph"/>
      </w:pPr>
      <w:r>
        <w:rPr>
          <w:sz w:val="22"/>
        </w:rPr>
        <w:t>D. người lùn</w:t>
      </w:r>
    </w:p>
    <w:p/>
    <w:p>
      <w:r>
        <w:rPr>
          <w:b/>
          <w:sz w:val="24"/>
        </w:rPr>
        <w:t>Câu 18: Từ beast có nghĩa là gì?</w:t>
      </w:r>
    </w:p>
    <w:p>
      <w:pPr>
        <w:pStyle w:val="ListParagraph"/>
      </w:pPr>
      <w:r>
        <w:rPr>
          <w:sz w:val="22"/>
        </w:rPr>
        <w:t>A. người lùn</w:t>
      </w:r>
    </w:p>
    <w:p>
      <w:pPr>
        <w:pStyle w:val="ListParagraph"/>
      </w:pPr>
      <w:r>
        <w:rPr>
          <w:sz w:val="22"/>
        </w:rPr>
        <w:t>B. quái vật</w:t>
      </w:r>
    </w:p>
    <w:p>
      <w:pPr>
        <w:pStyle w:val="ListParagraph"/>
      </w:pPr>
      <w:r>
        <w:rPr>
          <w:sz w:val="22"/>
        </w:rPr>
        <w:t>C. anh hùng</w:t>
      </w:r>
    </w:p>
    <w:p>
      <w:pPr>
        <w:pStyle w:val="ListParagraph"/>
      </w:pPr>
      <w:r>
        <w:rPr>
          <w:sz w:val="22"/>
        </w:rPr>
        <w:t>D. thiên tài</w:t>
      </w:r>
    </w:p>
    <w:p/>
    <w:p>
      <w:r>
        <w:rPr>
          <w:b/>
          <w:sz w:val="24"/>
        </w:rPr>
        <w:t>Câu 19: Từ career có nghĩa là gì?</w:t>
      </w:r>
    </w:p>
    <w:p>
      <w:pPr>
        <w:pStyle w:val="ListParagraph"/>
      </w:pPr>
      <w:r>
        <w:rPr>
          <w:sz w:val="22"/>
        </w:rPr>
        <w:t>A. giải thưởng</w:t>
      </w:r>
    </w:p>
    <w:p>
      <w:pPr>
        <w:pStyle w:val="ListParagraph"/>
      </w:pPr>
      <w:r>
        <w:rPr>
          <w:sz w:val="22"/>
        </w:rPr>
        <w:t>B. tài năng</w:t>
      </w:r>
    </w:p>
    <w:p>
      <w:pPr>
        <w:pStyle w:val="ListParagraph"/>
      </w:pPr>
      <w:r>
        <w:rPr>
          <w:sz w:val="22"/>
        </w:rPr>
        <w:t>C. sự nghiệp</w:t>
      </w:r>
    </w:p>
    <w:p>
      <w:pPr>
        <w:pStyle w:val="ListParagraph"/>
      </w:pPr>
      <w:r>
        <w:rPr>
          <w:sz w:val="22"/>
        </w:rPr>
        <w:t>D. giáo dục</w:t>
      </w:r>
    </w:p>
    <w:p/>
    <w:p>
      <w:r>
        <w:rPr>
          <w:b/>
          <w:sz w:val="24"/>
        </w:rPr>
        <w:t>Câu 20: Cụm to be voiced có nghĩa là gì?</w:t>
      </w:r>
    </w:p>
    <w:p>
      <w:pPr>
        <w:pStyle w:val="ListParagraph"/>
      </w:pPr>
      <w:r>
        <w:rPr>
          <w:sz w:val="22"/>
        </w:rPr>
        <w:t>A. được lồng tiếng</w:t>
      </w:r>
    </w:p>
    <w:p>
      <w:pPr>
        <w:pStyle w:val="ListParagraph"/>
      </w:pPr>
      <w:r>
        <w:rPr>
          <w:sz w:val="22"/>
        </w:rPr>
        <w:t>B. được thiết kế</w:t>
      </w:r>
    </w:p>
    <w:p>
      <w:pPr>
        <w:pStyle w:val="ListParagraph"/>
      </w:pPr>
      <w:r>
        <w:rPr>
          <w:sz w:val="22"/>
        </w:rPr>
        <w:t>C. được cai trị</w:t>
      </w:r>
    </w:p>
    <w:p>
      <w:pPr>
        <w:pStyle w:val="ListParagraph"/>
      </w:pPr>
      <w:r>
        <w:rPr>
          <w:sz w:val="22"/>
        </w:rPr>
        <w:t>D. được dịch</w:t>
      </w:r>
    </w:p>
    <w:p/>
    <w:p>
      <w:r>
        <w:rPr>
          <w:b/>
          <w:sz w:val="24"/>
        </w:rPr>
        <w:t>Câu 21: Cụm film industry có nghĩa là gì?</w:t>
      </w:r>
    </w:p>
    <w:p>
      <w:pPr>
        <w:pStyle w:val="ListParagraph"/>
      </w:pPr>
      <w:r>
        <w:rPr>
          <w:sz w:val="22"/>
        </w:rPr>
        <w:t>A. công viên chủ đề</w:t>
      </w:r>
    </w:p>
    <w:p>
      <w:pPr>
        <w:pStyle w:val="ListParagraph"/>
      </w:pPr>
      <w:r>
        <w:rPr>
          <w:sz w:val="22"/>
        </w:rPr>
        <w:t>B. sân khấu</w:t>
      </w:r>
    </w:p>
    <w:p>
      <w:pPr>
        <w:pStyle w:val="ListParagraph"/>
      </w:pPr>
      <w:r>
        <w:rPr>
          <w:sz w:val="22"/>
        </w:rPr>
        <w:t>C. thương mại</w:t>
      </w:r>
    </w:p>
    <w:p>
      <w:pPr>
        <w:pStyle w:val="ListParagraph"/>
      </w:pPr>
      <w:r>
        <w:rPr>
          <w:sz w:val="22"/>
        </w:rPr>
        <w:t>D. công nghiệp điện ảnh</w:t>
      </w:r>
    </w:p>
    <w:p/>
    <w:p>
      <w:r>
        <w:rPr>
          <w:b/>
          <w:sz w:val="24"/>
        </w:rPr>
        <w:t>Câu 22: Từ achievement có nghĩa là gì?</w:t>
      </w:r>
    </w:p>
    <w:p>
      <w:pPr>
        <w:pStyle w:val="ListParagraph"/>
      </w:pPr>
      <w:r>
        <w:rPr>
          <w:sz w:val="22"/>
        </w:rPr>
        <w:t>A. thất bại</w:t>
      </w:r>
    </w:p>
    <w:p>
      <w:pPr>
        <w:pStyle w:val="ListParagraph"/>
      </w:pPr>
      <w:r>
        <w:rPr>
          <w:sz w:val="22"/>
        </w:rPr>
        <w:t>B. thành tựu</w:t>
      </w:r>
    </w:p>
    <w:p>
      <w:pPr>
        <w:pStyle w:val="ListParagraph"/>
      </w:pPr>
      <w:r>
        <w:rPr>
          <w:sz w:val="22"/>
        </w:rPr>
        <w:t>C. sự phát triển</w:t>
      </w:r>
    </w:p>
    <w:p>
      <w:pPr>
        <w:pStyle w:val="ListParagraph"/>
      </w:pPr>
      <w:r>
        <w:rPr>
          <w:sz w:val="22"/>
        </w:rPr>
        <w:t>D. giải thưởng</w:t>
      </w:r>
    </w:p>
    <w:p/>
    <w:p>
      <w:r>
        <w:rPr>
          <w:b/>
          <w:sz w:val="24"/>
        </w:rPr>
        <w:t>Câu 23: Cụm theme park có nghĩa là gì?</w:t>
      </w:r>
    </w:p>
    <w:p>
      <w:pPr>
        <w:pStyle w:val="ListParagraph"/>
      </w:pPr>
      <w:r>
        <w:rPr>
          <w:sz w:val="22"/>
        </w:rPr>
        <w:t>A. sân khấu</w:t>
      </w:r>
    </w:p>
    <w:p>
      <w:pPr>
        <w:pStyle w:val="ListParagraph"/>
      </w:pPr>
      <w:r>
        <w:rPr>
          <w:sz w:val="22"/>
        </w:rPr>
        <w:t>B. rạp chiếu phim</w:t>
      </w:r>
    </w:p>
    <w:p>
      <w:pPr>
        <w:pStyle w:val="ListParagraph"/>
      </w:pPr>
      <w:r>
        <w:rPr>
          <w:sz w:val="22"/>
        </w:rPr>
        <w:t>C. công viên chủ đề</w:t>
      </w:r>
    </w:p>
    <w:p>
      <w:pPr>
        <w:pStyle w:val="ListParagraph"/>
      </w:pPr>
      <w:r>
        <w:rPr>
          <w:sz w:val="22"/>
        </w:rPr>
        <w:t>D. trường cấp 3</w:t>
      </w:r>
    </w:p>
    <w:p/>
    <w:p>
      <w:r>
        <w:rPr>
          <w:b/>
          <w:sz w:val="24"/>
        </w:rPr>
        <w:t>Câu 24: Từ interact có nghĩa là gì?</w:t>
      </w:r>
    </w:p>
    <w:p>
      <w:pPr>
        <w:pStyle w:val="ListParagraph"/>
      </w:pPr>
      <w:r>
        <w:rPr>
          <w:sz w:val="22"/>
        </w:rPr>
        <w:t>A. tương tác</w:t>
      </w:r>
    </w:p>
    <w:p>
      <w:pPr>
        <w:pStyle w:val="ListParagraph"/>
      </w:pPr>
      <w:r>
        <w:rPr>
          <w:sz w:val="22"/>
        </w:rPr>
        <w:t>B. thiết kế</w:t>
      </w:r>
    </w:p>
    <w:p>
      <w:pPr>
        <w:pStyle w:val="ListParagraph"/>
      </w:pPr>
      <w:r>
        <w:rPr>
          <w:sz w:val="22"/>
        </w:rPr>
        <w:t>C. dịch</w:t>
      </w:r>
    </w:p>
    <w:p>
      <w:pPr>
        <w:pStyle w:val="ListParagraph"/>
      </w:pPr>
      <w:r>
        <w:rPr>
          <w:sz w:val="22"/>
        </w:rPr>
        <w:t>D. cai trị</w:t>
      </w:r>
    </w:p>
    <w:p/>
    <w:p>
      <w:r>
        <w:rPr>
          <w:b/>
          <w:sz w:val="24"/>
        </w:rPr>
        <w:t>Câu 25: Cụm animated cartoon có nghĩa là gì?</w:t>
      </w:r>
    </w:p>
    <w:p>
      <w:pPr>
        <w:pStyle w:val="ListParagraph"/>
      </w:pPr>
      <w:r>
        <w:rPr>
          <w:sz w:val="22"/>
        </w:rPr>
        <w:t>A. phim tài liệu</w:t>
      </w:r>
    </w:p>
    <w:p>
      <w:pPr>
        <w:pStyle w:val="ListParagraph"/>
      </w:pPr>
      <w:r>
        <w:rPr>
          <w:sz w:val="22"/>
        </w:rPr>
        <w:t>B. tiểu sử</w:t>
      </w:r>
    </w:p>
    <w:p>
      <w:pPr>
        <w:pStyle w:val="ListParagraph"/>
      </w:pPr>
      <w:r>
        <w:rPr>
          <w:sz w:val="22"/>
        </w:rPr>
        <w:t>C. thơ</w:t>
      </w:r>
    </w:p>
    <w:p>
      <w:pPr>
        <w:pStyle w:val="ListParagraph"/>
      </w:pPr>
      <w:r>
        <w:rPr>
          <w:sz w:val="22"/>
        </w:rPr>
        <w:t>D. hoạt hình</w:t>
      </w:r>
    </w:p>
    <w:p/>
    <w:p>
      <w:r>
        <w:rPr>
          <w:b/>
          <w:sz w:val="24"/>
        </w:rPr>
        <w:t>Câu 26: Từ animator có nghĩa là gì?</w:t>
      </w:r>
    </w:p>
    <w:p>
      <w:pPr>
        <w:pStyle w:val="ListParagraph"/>
      </w:pPr>
      <w:r>
        <w:rPr>
          <w:sz w:val="22"/>
        </w:rPr>
        <w:t>A. nhà sản xuất phim</w:t>
      </w:r>
    </w:p>
    <w:p>
      <w:pPr>
        <w:pStyle w:val="ListParagraph"/>
      </w:pPr>
      <w:r>
        <w:rPr>
          <w:sz w:val="22"/>
        </w:rPr>
        <w:t>B. người vẽ hoạt hình</w:t>
      </w:r>
    </w:p>
    <w:p>
      <w:pPr>
        <w:pStyle w:val="ListParagraph"/>
      </w:pPr>
      <w:r>
        <w:rPr>
          <w:sz w:val="22"/>
        </w:rPr>
        <w:t>C. doanh nhân</w:t>
      </w:r>
    </w:p>
    <w:p>
      <w:pPr>
        <w:pStyle w:val="ListParagraph"/>
      </w:pPr>
      <w:r>
        <w:rPr>
          <w:sz w:val="22"/>
        </w:rPr>
        <w:t>D. diễn viên nổi tiếng</w:t>
      </w:r>
    </w:p>
    <w:p/>
    <w:p>
      <w:r>
        <w:rPr>
          <w:b/>
          <w:sz w:val="24"/>
        </w:rPr>
        <w:t>Câu 27: Từ relatives có nghĩa là gì?</w:t>
      </w:r>
    </w:p>
    <w:p>
      <w:pPr>
        <w:pStyle w:val="ListParagraph"/>
      </w:pPr>
      <w:r>
        <w:rPr>
          <w:sz w:val="22"/>
        </w:rPr>
        <w:t>A. bố mẹ ruột</w:t>
      </w:r>
    </w:p>
    <w:p>
      <w:pPr>
        <w:pStyle w:val="ListParagraph"/>
      </w:pPr>
      <w:r>
        <w:rPr>
          <w:sz w:val="22"/>
        </w:rPr>
        <w:t>B. anh trai</w:t>
      </w:r>
    </w:p>
    <w:p>
      <w:pPr>
        <w:pStyle w:val="ListParagraph"/>
      </w:pPr>
      <w:r>
        <w:rPr>
          <w:sz w:val="22"/>
        </w:rPr>
        <w:t>C. họ hàng</w:t>
      </w:r>
    </w:p>
    <w:p>
      <w:pPr>
        <w:pStyle w:val="ListParagraph"/>
      </w:pPr>
      <w:r>
        <w:rPr>
          <w:sz w:val="22"/>
        </w:rPr>
        <w:t>D. em gái</w:t>
      </w:r>
    </w:p>
    <w:p/>
    <w:p>
      <w:r>
        <w:rPr>
          <w:b/>
          <w:sz w:val="24"/>
        </w:rPr>
        <w:t>Câu 28: Từ poetry có nghĩa là gì?</w:t>
      </w:r>
    </w:p>
    <w:p>
      <w:pPr>
        <w:pStyle w:val="ListParagraph"/>
      </w:pPr>
      <w:r>
        <w:rPr>
          <w:sz w:val="22"/>
        </w:rPr>
        <w:t>A. thơ</w:t>
      </w:r>
    </w:p>
    <w:p>
      <w:pPr>
        <w:pStyle w:val="ListParagraph"/>
      </w:pPr>
      <w:r>
        <w:rPr>
          <w:sz w:val="22"/>
        </w:rPr>
        <w:t>B. cuộc thi</w:t>
      </w:r>
    </w:p>
    <w:p>
      <w:pPr>
        <w:pStyle w:val="ListParagraph"/>
      </w:pPr>
      <w:r>
        <w:rPr>
          <w:sz w:val="22"/>
        </w:rPr>
        <w:t>C. thuyết trình</w:t>
      </w:r>
    </w:p>
    <w:p>
      <w:pPr>
        <w:pStyle w:val="ListParagraph"/>
      </w:pPr>
      <w:r>
        <w:rPr>
          <w:sz w:val="22"/>
        </w:rPr>
        <w:t>D. tiểu sử</w:t>
      </w:r>
    </w:p>
    <w:p/>
    <w:p>
      <w:r>
        <w:rPr>
          <w:b/>
          <w:sz w:val="24"/>
        </w:rPr>
        <w:t>Câu 29: Từ competition có nghĩa là gì?</w:t>
      </w:r>
    </w:p>
    <w:p>
      <w:pPr>
        <w:pStyle w:val="ListParagraph"/>
      </w:pPr>
      <w:r>
        <w:rPr>
          <w:sz w:val="22"/>
        </w:rPr>
        <w:t>A. giải thưởng</w:t>
      </w:r>
    </w:p>
    <w:p>
      <w:pPr>
        <w:pStyle w:val="ListParagraph"/>
      </w:pPr>
      <w:r>
        <w:rPr>
          <w:sz w:val="22"/>
        </w:rPr>
        <w:t>B. sự kiện nói chuyện trước công chúng</w:t>
      </w:r>
    </w:p>
    <w:p>
      <w:pPr>
        <w:pStyle w:val="ListParagraph"/>
      </w:pPr>
      <w:r>
        <w:rPr>
          <w:sz w:val="22"/>
        </w:rPr>
        <w:t>C. bài thơ</w:t>
      </w:r>
    </w:p>
    <w:p>
      <w:pPr>
        <w:pStyle w:val="ListParagraph"/>
      </w:pPr>
      <w:r>
        <w:rPr>
          <w:sz w:val="22"/>
        </w:rPr>
        <w:t>D. cuộc thi</w:t>
      </w:r>
    </w:p>
    <w:p/>
    <w:p>
      <w:r>
        <w:rPr>
          <w:b/>
          <w:sz w:val="24"/>
        </w:rPr>
        <w:t>Câu 30: Cụm an inspiring poem có nghĩa là gì?</w:t>
      </w:r>
    </w:p>
    <w:p>
      <w:pPr>
        <w:pStyle w:val="ListParagraph"/>
      </w:pPr>
      <w:r>
        <w:rPr>
          <w:sz w:val="22"/>
        </w:rPr>
        <w:t>A. một bài thơ nhàm chán</w:t>
      </w:r>
    </w:p>
    <w:p>
      <w:pPr>
        <w:pStyle w:val="ListParagraph"/>
      </w:pPr>
      <w:r>
        <w:rPr>
          <w:sz w:val="22"/>
        </w:rPr>
        <w:t>B. một bài thơ truyền cảm hứng</w:t>
      </w:r>
    </w:p>
    <w:p>
      <w:pPr>
        <w:pStyle w:val="ListParagraph"/>
      </w:pPr>
      <w:r>
        <w:rPr>
          <w:sz w:val="22"/>
        </w:rPr>
        <w:t>C. một cuộc thi thơ</w:t>
      </w:r>
    </w:p>
    <w:p>
      <w:pPr>
        <w:pStyle w:val="ListParagraph"/>
      </w:pPr>
      <w:r>
        <w:rPr>
          <w:sz w:val="22"/>
        </w:rPr>
        <w:t>D. một buổi thuyết trình</w:t>
      </w:r>
    </w:p>
    <w:p/>
    <w:p>
      <w:r>
        <w:rPr>
          <w:b/>
          <w:sz w:val="24"/>
        </w:rPr>
        <w:t>Câu 31: Từ queen có nghĩa là gì?</w:t>
      </w:r>
    </w:p>
    <w:p>
      <w:pPr>
        <w:pStyle w:val="ListParagraph"/>
      </w:pPr>
      <w:r>
        <w:rPr>
          <w:sz w:val="22"/>
        </w:rPr>
        <w:t>A. công chúa</w:t>
      </w:r>
    </w:p>
    <w:p>
      <w:pPr>
        <w:pStyle w:val="ListParagraph"/>
      </w:pPr>
      <w:r>
        <w:rPr>
          <w:sz w:val="22"/>
        </w:rPr>
        <w:t>B. hoàng tử</w:t>
      </w:r>
    </w:p>
    <w:p>
      <w:pPr>
        <w:pStyle w:val="ListParagraph"/>
      </w:pPr>
      <w:r>
        <w:rPr>
          <w:sz w:val="22"/>
        </w:rPr>
        <w:t>C. nữ hoàng</w:t>
      </w:r>
    </w:p>
    <w:p>
      <w:pPr>
        <w:pStyle w:val="ListParagraph"/>
      </w:pPr>
      <w:r>
        <w:rPr>
          <w:sz w:val="22"/>
        </w:rPr>
        <w:t>D. vua</w:t>
      </w:r>
    </w:p>
    <w:p/>
    <w:p>
      <w:r>
        <w:rPr>
          <w:b/>
          <w:sz w:val="24"/>
        </w:rPr>
        <w:t>Câu 32: Từ rule có nghĩa là gì?</w:t>
      </w:r>
    </w:p>
    <w:p>
      <w:pPr>
        <w:pStyle w:val="ListParagraph"/>
      </w:pPr>
      <w:r>
        <w:rPr>
          <w:sz w:val="22"/>
        </w:rPr>
        <w:t>A. cai trị</w:t>
      </w:r>
    </w:p>
    <w:p>
      <w:pPr>
        <w:pStyle w:val="ListParagraph"/>
      </w:pPr>
      <w:r>
        <w:rPr>
          <w:sz w:val="22"/>
        </w:rPr>
        <w:t>B. đánh bại</w:t>
      </w:r>
    </w:p>
    <w:p>
      <w:pPr>
        <w:pStyle w:val="ListParagraph"/>
      </w:pPr>
      <w:r>
        <w:rPr>
          <w:sz w:val="22"/>
        </w:rPr>
        <w:t>C. mở rộng</w:t>
      </w:r>
    </w:p>
    <w:p>
      <w:pPr>
        <w:pStyle w:val="ListParagraph"/>
      </w:pPr>
      <w:r>
        <w:rPr>
          <w:sz w:val="22"/>
        </w:rPr>
        <w:t>D. cải thiện</w:t>
      </w:r>
    </w:p>
    <w:p/>
    <w:p>
      <w:r>
        <w:rPr>
          <w:b/>
          <w:sz w:val="24"/>
        </w:rPr>
        <w:t>Câu 33: Cụm Ancient Egypt có nghĩa là gì?</w:t>
      </w:r>
    </w:p>
    <w:p>
      <w:pPr>
        <w:pStyle w:val="ListParagraph"/>
      </w:pPr>
      <w:r>
        <w:rPr>
          <w:sz w:val="22"/>
        </w:rPr>
        <w:t>A. lịch sử nước Anh</w:t>
      </w:r>
    </w:p>
    <w:p>
      <w:pPr>
        <w:pStyle w:val="ListParagraph"/>
      </w:pPr>
      <w:r>
        <w:rPr>
          <w:sz w:val="22"/>
        </w:rPr>
        <w:t>B. đế chế La Mã</w:t>
      </w:r>
    </w:p>
    <w:p>
      <w:pPr>
        <w:pStyle w:val="ListParagraph"/>
      </w:pPr>
      <w:r>
        <w:rPr>
          <w:sz w:val="22"/>
        </w:rPr>
        <w:t>C. Hy Lạp cổ đại</w:t>
      </w:r>
    </w:p>
    <w:p>
      <w:pPr>
        <w:pStyle w:val="ListParagraph"/>
      </w:pPr>
      <w:r>
        <w:rPr>
          <w:sz w:val="22"/>
        </w:rPr>
        <w:t>D. Ai Cập cổ đại</w:t>
      </w:r>
    </w:p>
    <w:p/>
    <w:p>
      <w:r>
        <w:rPr>
          <w:b/>
          <w:sz w:val="24"/>
        </w:rPr>
        <w:t>Câu 34: Từ determination có nghĩa là gì?</w:t>
      </w:r>
    </w:p>
    <w:p>
      <w:pPr>
        <w:pStyle w:val="ListParagraph"/>
      </w:pPr>
      <w:r>
        <w:rPr>
          <w:sz w:val="22"/>
        </w:rPr>
        <w:t>A. sắc đẹp</w:t>
      </w:r>
    </w:p>
    <w:p>
      <w:pPr>
        <w:pStyle w:val="ListParagraph"/>
      </w:pPr>
      <w:r>
        <w:rPr>
          <w:sz w:val="22"/>
        </w:rPr>
        <w:t>B. sự quyết tâm</w:t>
      </w:r>
    </w:p>
    <w:p>
      <w:pPr>
        <w:pStyle w:val="ListParagraph"/>
      </w:pPr>
      <w:r>
        <w:rPr>
          <w:sz w:val="22"/>
        </w:rPr>
        <w:t>C. sự thông minh</w:t>
      </w:r>
    </w:p>
    <w:p>
      <w:pPr>
        <w:pStyle w:val="ListParagraph"/>
      </w:pPr>
      <w:r>
        <w:rPr>
          <w:sz w:val="22"/>
        </w:rPr>
        <w:t>D. tài năng</w:t>
      </w:r>
    </w:p>
    <w:p/>
    <w:p>
      <w:r>
        <w:rPr>
          <w:b/>
          <w:sz w:val="24"/>
        </w:rPr>
        <w:t>Câu 35: Từ well-educated có nghĩa là gì?</w:t>
      </w:r>
    </w:p>
    <w:p>
      <w:pPr>
        <w:pStyle w:val="ListParagraph"/>
      </w:pPr>
      <w:r>
        <w:rPr>
          <w:sz w:val="22"/>
        </w:rPr>
        <w:t>A. được giáo dục tốt</w:t>
      </w:r>
    </w:p>
    <w:p>
      <w:pPr>
        <w:pStyle w:val="ListParagraph"/>
      </w:pPr>
      <w:r>
        <w:rPr>
          <w:sz w:val="22"/>
        </w:rPr>
        <w:t>B. có ý chí</w:t>
      </w:r>
    </w:p>
    <w:p>
      <w:pPr>
        <w:pStyle w:val="ListParagraph"/>
      </w:pPr>
      <w:r>
        <w:rPr>
          <w:sz w:val="22"/>
        </w:rPr>
        <w:t>C. tận tụy</w:t>
      </w:r>
    </w:p>
    <w:p>
      <w:pPr>
        <w:pStyle w:val="ListParagraph"/>
      </w:pPr>
      <w:r>
        <w:rPr>
          <w:sz w:val="22"/>
        </w:rPr>
        <w:t>D. độc lập</w:t>
      </w:r>
    </w:p>
    <w:p/>
    <w:p>
      <w:r>
        <w:rPr>
          <w:b/>
          <w:sz w:val="24"/>
        </w:rPr>
        <w:t>Câu 36: Từ empire có nghĩa là gì?</w:t>
      </w:r>
    </w:p>
    <w:p>
      <w:pPr>
        <w:pStyle w:val="ListParagraph"/>
      </w:pPr>
      <w:r>
        <w:rPr>
          <w:sz w:val="22"/>
        </w:rPr>
        <w:t>A. vương quốc</w:t>
      </w:r>
    </w:p>
    <w:p>
      <w:pPr>
        <w:pStyle w:val="ListParagraph"/>
      </w:pPr>
      <w:r>
        <w:rPr>
          <w:sz w:val="22"/>
        </w:rPr>
        <w:t>B. quân đội</w:t>
      </w:r>
    </w:p>
    <w:p>
      <w:pPr>
        <w:pStyle w:val="ListParagraph"/>
      </w:pPr>
      <w:r>
        <w:rPr>
          <w:sz w:val="22"/>
        </w:rPr>
        <w:t>C. đế chế</w:t>
      </w:r>
    </w:p>
    <w:p>
      <w:pPr>
        <w:pStyle w:val="ListParagraph"/>
      </w:pPr>
      <w:r>
        <w:rPr>
          <w:sz w:val="22"/>
        </w:rPr>
        <w:t>D. hải quân</w:t>
      </w:r>
    </w:p>
    <w:p/>
    <w:p>
      <w:r>
        <w:rPr>
          <w:b/>
          <w:sz w:val="24"/>
        </w:rPr>
        <w:t>Câu 37: Từ defeat có nghĩa là gì?</w:t>
      </w:r>
    </w:p>
    <w:p>
      <w:pPr>
        <w:pStyle w:val="ListParagraph"/>
      </w:pPr>
      <w:r>
        <w:rPr>
          <w:sz w:val="22"/>
        </w:rPr>
        <w:t>A. khuyến khích</w:t>
      </w:r>
    </w:p>
    <w:p>
      <w:pPr>
        <w:pStyle w:val="ListParagraph"/>
      </w:pPr>
      <w:r>
        <w:rPr>
          <w:sz w:val="22"/>
        </w:rPr>
        <w:t>B. từ chối</w:t>
      </w:r>
    </w:p>
    <w:p>
      <w:pPr>
        <w:pStyle w:val="ListParagraph"/>
      </w:pPr>
      <w:r>
        <w:rPr>
          <w:sz w:val="22"/>
        </w:rPr>
        <w:t>C. kết hôn</w:t>
      </w:r>
    </w:p>
    <w:p>
      <w:pPr>
        <w:pStyle w:val="ListParagraph"/>
      </w:pPr>
      <w:r>
        <w:rPr>
          <w:sz w:val="22"/>
        </w:rPr>
        <w:t>D. đánh bại</w:t>
      </w:r>
    </w:p>
    <w:p/>
    <w:p>
      <w:r>
        <w:rPr>
          <w:b/>
          <w:sz w:val="24"/>
        </w:rPr>
        <w:t>Câu 38: Từ navy có nghĩa là gì?</w:t>
      </w:r>
    </w:p>
    <w:p>
      <w:pPr>
        <w:pStyle w:val="ListParagraph"/>
      </w:pPr>
      <w:r>
        <w:rPr>
          <w:sz w:val="22"/>
        </w:rPr>
        <w:t>A. lục quân</w:t>
      </w:r>
    </w:p>
    <w:p>
      <w:pPr>
        <w:pStyle w:val="ListParagraph"/>
      </w:pPr>
      <w:r>
        <w:rPr>
          <w:sz w:val="22"/>
        </w:rPr>
        <w:t>B. hải quân</w:t>
      </w:r>
    </w:p>
    <w:p>
      <w:pPr>
        <w:pStyle w:val="ListParagraph"/>
      </w:pPr>
      <w:r>
        <w:rPr>
          <w:sz w:val="22"/>
        </w:rPr>
        <w:t>C. không quân</w:t>
      </w:r>
    </w:p>
    <w:p>
      <w:pPr>
        <w:pStyle w:val="ListParagraph"/>
      </w:pPr>
      <w:r>
        <w:rPr>
          <w:sz w:val="22"/>
        </w:rPr>
        <w:t>D. quân đội</w:t>
      </w:r>
    </w:p>
    <w:p/>
    <w:p>
      <w:r>
        <w:rPr>
          <w:b/>
          <w:sz w:val="24"/>
        </w:rPr>
        <w:t>Câu 39: Từ encourage có nghĩa là gì?</w:t>
      </w:r>
    </w:p>
    <w:p>
      <w:pPr>
        <w:pStyle w:val="ListParagraph"/>
      </w:pPr>
      <w:r>
        <w:rPr>
          <w:sz w:val="22"/>
        </w:rPr>
        <w:t>A. khuyến khích</w:t>
      </w:r>
    </w:p>
    <w:p>
      <w:pPr>
        <w:pStyle w:val="ListParagraph"/>
      </w:pPr>
      <w:r>
        <w:rPr>
          <w:sz w:val="22"/>
        </w:rPr>
        <w:t>B. từ chối</w:t>
      </w:r>
    </w:p>
    <w:p>
      <w:pPr>
        <w:pStyle w:val="ListParagraph"/>
      </w:pPr>
      <w:r>
        <w:rPr>
          <w:sz w:val="22"/>
        </w:rPr>
        <w:t>C. cai trị</w:t>
      </w:r>
    </w:p>
    <w:p>
      <w:pPr>
        <w:pStyle w:val="ListParagraph"/>
      </w:pPr>
      <w:r>
        <w:rPr>
          <w:sz w:val="22"/>
        </w:rPr>
        <w:t>D. dịch</w:t>
      </w:r>
    </w:p>
    <w:p/>
    <w:p>
      <w:r>
        <w:rPr>
          <w:b/>
          <w:sz w:val="24"/>
        </w:rPr>
        <w:t>Câu 40: Cụm refuse to có nghĩa là gì?</w:t>
      </w:r>
    </w:p>
    <w:p>
      <w:pPr>
        <w:pStyle w:val="ListParagraph"/>
      </w:pPr>
      <w:r>
        <w:rPr>
          <w:sz w:val="22"/>
        </w:rPr>
        <w:t>A. đồng ý</w:t>
      </w:r>
    </w:p>
    <w:p>
      <w:pPr>
        <w:pStyle w:val="ListParagraph"/>
      </w:pPr>
      <w:r>
        <w:rPr>
          <w:sz w:val="22"/>
        </w:rPr>
        <w:t>B. khuyến khích</w:t>
      </w:r>
    </w:p>
    <w:p>
      <w:pPr>
        <w:pStyle w:val="ListParagraph"/>
      </w:pPr>
      <w:r>
        <w:rPr>
          <w:sz w:val="22"/>
        </w:rPr>
        <w:t>C. từ chối</w:t>
      </w:r>
    </w:p>
    <w:p>
      <w:pPr>
        <w:pStyle w:val="ListParagraph"/>
      </w:pPr>
      <w:r>
        <w:rPr>
          <w:sz w:val="22"/>
        </w:rPr>
        <w:t>D. quyết tâm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D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D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