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Địa - Bài trắc nghiệm Địa lý - II. TRẮC NGHIỆM ĐÚNG - SAI</w:t>
      </w:r>
    </w:p>
    <w:p>
      <w:pPr>
        <w:jc w:val="center"/>
      </w:pPr>
      <w:r>
        <w:rPr>
          <w:sz w:val="22"/>
        </w:rPr>
        <w:t>Số câu: 10    Thời gian: _____ phút    Họ và tên: _________________________</w:t>
      </w:r>
    </w:p>
    <w:p/>
    <w:p>
      <w:r>
        <w:rPr>
          <w:b/>
          <w:sz w:val="24"/>
        </w:rPr>
        <w:t>Câu 1: Cho thông tin sau: Việt Nam nằm trên bán đảo Đông Dương, gần trung tâm khu vực Đông Nam Á. Trên đất liền, nước ta tiếp giáp với các nước láng giềng Trung Quốc, Lào, Cam-pu-chia và nằm ven Biển Đông, giáp với vùng biển của nhiều quốc gia. Lãnh thổ Việt Nam là một khối thống nhất và toàn vẹn, bao gồm vùng đất, vùng biển và vùng trời. a) Do nằm hoàn toàn trong vùng nội chí tuyến nên nước ta có mùa đông lạnh, ít mưa. b) Việt Nam nằm ở vị trí trung tâm của bán đảo Đông Dương. c) Vị trí ven biển giúp nước ta có điều kiện giao lưu thuận lợi với các nước trong khu vực và trên thế giới. d) Trên đất liền, nước ta có đường biên giới giáp với 3 quốc gia.</w:t>
      </w:r>
    </w:p>
    <w:p>
      <w:pPr>
        <w:pStyle w:val="ListParagraph"/>
      </w:pPr>
      <w:r>
        <w:rPr>
          <w:sz w:val="22"/>
        </w:rPr>
        <w:t>A. Do nằm hoàn toàn trong vùng nội chí tuyến nên nước ta có mùa đông lạnh, ít mưa.</w:t>
      </w:r>
    </w:p>
    <w:p>
      <w:pPr>
        <w:pStyle w:val="ListParagraph"/>
      </w:pPr>
      <w:r>
        <w:rPr>
          <w:sz w:val="22"/>
        </w:rPr>
        <w:t>B. Việt Nam nằm ở vị trí trung tâm của bán đảo Đông Dương.</w:t>
      </w:r>
    </w:p>
    <w:p>
      <w:pPr>
        <w:pStyle w:val="ListParagraph"/>
      </w:pPr>
      <w:r>
        <w:rPr>
          <w:sz w:val="22"/>
        </w:rPr>
        <w:t>C. Vị trí ven biển giúp nước ta có điều kiện giao lưu thuận lợi với các nước trong khu vực và trên thế giới.</w:t>
      </w:r>
    </w:p>
    <w:p>
      <w:pPr>
        <w:pStyle w:val="ListParagraph"/>
      </w:pPr>
      <w:r>
        <w:rPr>
          <w:sz w:val="22"/>
        </w:rPr>
        <w:t>D. Trên đất liền, nước ta có đường biên giới giáp với 3 quốc gia.</w:t>
      </w:r>
    </w:p>
    <w:p/>
    <w:p>
      <w:r>
        <w:rPr>
          <w:b/>
          <w:sz w:val="24"/>
        </w:rPr>
        <w:t>Câu 2: Cho thông tin sau: Vùng biển Việt Nam thuộc Biển Đông có diện tích khoảng 1 triệu km², tiếp giáp với vùng biển của các quốc gia: Trung Quốc, Phi-líp-pin, Ma-lai-xi-a, Bru-nây, In-đô-nê-xi-a, Cam-pu-chia và Thái Lan. Vùng biển nước ta bao gồm: nội thủy, lãnh hải, vùng tiếp giáp lãnh hải, vùng đặc quyền kinh tế và thềm lục địa. a) Việc xác định rõ các vùng biển giúp nước ta bảo vệ quyền và lợi ích hợp pháp trên Biển Đông. b) Đường biên giới quốc gia trên biển được xác định là ranh giới ngoài của vùng tiếp giáp lãnh hải. c) Lãnh hải là vùng biển thuộc chủ quyền quốc gia trên biển, có chiều rộng 12 hải lí. d) Vùng biển nước ta rộng gấp khoảng 3 lần diện tích phần đất liền.</w:t>
      </w:r>
    </w:p>
    <w:p>
      <w:pPr>
        <w:pStyle w:val="ListParagraph"/>
      </w:pPr>
      <w:r>
        <w:rPr>
          <w:sz w:val="22"/>
        </w:rPr>
        <w:t>A. Việc xác định rõ các vùng biển giúp nước ta bảo vệ quyền và lợi ích hợp pháp trên Biển Đông.</w:t>
      </w:r>
    </w:p>
    <w:p>
      <w:pPr>
        <w:pStyle w:val="ListParagraph"/>
      </w:pPr>
      <w:r>
        <w:rPr>
          <w:sz w:val="22"/>
        </w:rPr>
        <w:t>B. Đường biên giới quốc gia trên biển được xác định là ranh giới ngoài của vùng tiếp giáp lãnh hải.</w:t>
      </w:r>
    </w:p>
    <w:p>
      <w:pPr>
        <w:pStyle w:val="ListParagraph"/>
      </w:pPr>
      <w:r>
        <w:rPr>
          <w:sz w:val="22"/>
        </w:rPr>
        <w:t>C. Lãnh hải là vùng biển thuộc chủ quyền quốc gia trên biển, có chiều rộng 12 hải lí.</w:t>
      </w:r>
    </w:p>
    <w:p>
      <w:pPr>
        <w:pStyle w:val="ListParagraph"/>
      </w:pPr>
      <w:r>
        <w:rPr>
          <w:sz w:val="22"/>
        </w:rPr>
        <w:t>D. Vùng biển nước ta rộng gấp khoảng 3 lần diện tích phần đất liền.</w:t>
      </w:r>
    </w:p>
    <w:p/>
    <w:p>
      <w:r>
        <w:rPr>
          <w:b/>
          <w:sz w:val="24"/>
        </w:rPr>
        <w:t>Câu 3: Cho thông tin sau: Việt Nam ở vị trí tiếp giáp nối liền lục địa với đại dương, có quan hệ với vành đai sinh khoáng, vành đai lửa Thái Bình Dương, ở nước ta cũng từng xảy ra các hoạt động của núi lửa, động đất. a) Các hoạt động của núi lửa, động đất trong quá khứ là điều kiện để hình thành các đồng bằng châu thổ ở nước ta hiện nay. b) Động đất vẫn thường xảy ra ở khu vực Tây Bắc của nước ta. c) Nước ta có hệ thực vật đa dạng do vị trí địa lí nằm trên các vành đai sinh khoáng. d) Nằm gần các vành đai sinh khoáng nên nước ta có tài nguyên khoáng sản phong phú.</w:t>
      </w:r>
    </w:p>
    <w:p>
      <w:pPr>
        <w:pStyle w:val="ListParagraph"/>
      </w:pPr>
      <w:r>
        <w:rPr>
          <w:sz w:val="22"/>
        </w:rPr>
        <w:t>A. Các hoạt động của núi lửa, động đất trong quá khứ là điều kiện để hình thành các đồng bằng châu thổ ở nước ta hiện nay.</w:t>
      </w:r>
    </w:p>
    <w:p>
      <w:pPr>
        <w:pStyle w:val="ListParagraph"/>
      </w:pPr>
      <w:r>
        <w:rPr>
          <w:sz w:val="22"/>
        </w:rPr>
        <w:t>B. Động đất vẫn thường xảy ra ở khu vực Tây Bắc của nước ta.</w:t>
      </w:r>
    </w:p>
    <w:p>
      <w:pPr>
        <w:pStyle w:val="ListParagraph"/>
      </w:pPr>
      <w:r>
        <w:rPr>
          <w:sz w:val="22"/>
        </w:rPr>
        <w:t>C. Nước ta có hệ thực vật đa dạng do vị trí địa lí nằm trên các vành đai sinh khoáng.</w:t>
      </w:r>
    </w:p>
    <w:p>
      <w:pPr>
        <w:pStyle w:val="ListParagraph"/>
      </w:pPr>
      <w:r>
        <w:rPr>
          <w:sz w:val="22"/>
        </w:rPr>
        <w:t>D. Nằm gần các vành đai sinh khoáng nên nước ta có tài nguyên khoáng sản phong phú.</w:t>
      </w:r>
    </w:p>
    <w:p/>
    <w:p>
      <w:r>
        <w:rPr>
          <w:b/>
          <w:sz w:val="24"/>
        </w:rPr>
        <w:t>Câu 4: Cho thông tin sau: Phía đông, nam, tây nam của nước ta tiếp giáp Biển Đông, đường bờ biển dài 3260km kéo dài từ Quảng Ninh đến An Giang với nhiều tỉnh, thành phố giáp biển. Vị trí ở ngã tư các tuyến giao thông quốc tế quan trọng cùng với các trục đường sắt, đường bộ xuyên Á. Ngoài ra, nước ta còn có hệ thống hàng ngàn hòn đảo, quần đảo lớn nhỏ. a) Các đảo và quần đảo của nước ta có tiềm năng lớn phát triển du lịch và dịch vụ vận tải. b) Nước ta có đường bờ biển kéo dài, khúc khuỷu, nhiều vũng vịnh thuận lợi để xây dựng các cảng biển. c) Nhiều tỉnh, thành phố của nước ta có khả năng phát triển kinh tế biển. d) Vị trí địa lí cho phép nước ta phát triển nền kinh tế mở, hạn chế tác động của thiên tai.</w:t>
      </w:r>
    </w:p>
    <w:p>
      <w:pPr>
        <w:pStyle w:val="ListParagraph"/>
      </w:pPr>
      <w:r>
        <w:rPr>
          <w:sz w:val="22"/>
        </w:rPr>
        <w:t>A. Các đảo và quần đảo của nước ta có tiềm năng lớn phát triển du lịch và dịch vụ vận tải.</w:t>
      </w:r>
    </w:p>
    <w:p>
      <w:pPr>
        <w:pStyle w:val="ListParagraph"/>
      </w:pPr>
      <w:r>
        <w:rPr>
          <w:sz w:val="22"/>
        </w:rPr>
        <w:t>B. Nước ta có đường bờ biển kéo dài, khúc khuỷu, nhiều vũng vịnh thuận lợi để xây dựng các cảng biển.</w:t>
      </w:r>
    </w:p>
    <w:p>
      <w:pPr>
        <w:pStyle w:val="ListParagraph"/>
      </w:pPr>
      <w:r>
        <w:rPr>
          <w:sz w:val="22"/>
        </w:rPr>
        <w:t>C. Nhiều tỉnh, thành phố của nước ta có khả năng phát triển kinh tế biển.</w:t>
      </w:r>
    </w:p>
    <w:p>
      <w:pPr>
        <w:pStyle w:val="ListParagraph"/>
      </w:pPr>
      <w:r>
        <w:rPr>
          <w:sz w:val="22"/>
        </w:rPr>
        <w:t>D. Vị trí địa lí cho phép nước ta phát triển nền kinh tế mở, hạn chế tác động của thiên tai.</w:t>
      </w:r>
    </w:p>
    <w:p/>
    <w:p>
      <w:r>
        <w:rPr>
          <w:b/>
          <w:sz w:val="24"/>
        </w:rPr>
        <w:t>Câu 5: Cho thông tin sau: Trên đất liền, lãnh thổ nước ta kéo dài từ 8°34'B đến 23°23'B, mở rộng từ 102°09'Đ đến 109°28'Đ; phía đông, nam và tây nam tiếp giáp với Biển Đông. Nước ta là nơi hội tụ của các luồng di lưu và di cư sinh vật; nằm ở vị trí tiếp giáp giữa lục địa và đại dương, liền kề với các vành đai sinh khoáng Thái Bình Dương và Địa Trung Hải. a) Trên đất liền, nước ta gần xích đạo hơn chí tuyến. b) Lãnh thổ nước ta mỗi năm có hai lần mặt trời chuyển động qua thiên đỉnh. c) Vị trí địa lí làm cho nước ta có tài nguyên sinh vật đa dạng, tài nguyên khoáng sản khá phong phú. d) Ở nước ta, khoảng cách từ đông sang tây lớn hơn từ bắc vào nam.</w:t>
      </w:r>
    </w:p>
    <w:p>
      <w:pPr>
        <w:pStyle w:val="ListParagraph"/>
      </w:pPr>
      <w:r>
        <w:rPr>
          <w:sz w:val="22"/>
        </w:rPr>
        <w:t>A. Trên đất liền, nước ta gần xích đạo hơn chí tuyến.</w:t>
      </w:r>
    </w:p>
    <w:p>
      <w:pPr>
        <w:pStyle w:val="ListParagraph"/>
      </w:pPr>
      <w:r>
        <w:rPr>
          <w:sz w:val="22"/>
        </w:rPr>
        <w:t>B. Lãnh thổ nước ta mỗi năm có hai lần mặt trời chuyển động qua thiên đỉnh.</w:t>
      </w:r>
    </w:p>
    <w:p>
      <w:pPr>
        <w:pStyle w:val="ListParagraph"/>
      </w:pPr>
      <w:r>
        <w:rPr>
          <w:sz w:val="22"/>
        </w:rPr>
        <w:t>C. Vị trí địa lí làm cho nước ta có tài nguyên sinh vật đa dạng, tài nguyên khoáng sản khá phong phú.</w:t>
      </w:r>
    </w:p>
    <w:p>
      <w:pPr>
        <w:pStyle w:val="ListParagraph"/>
      </w:pPr>
      <w:r>
        <w:rPr>
          <w:sz w:val="22"/>
        </w:rPr>
        <w:t>D. Ở nước ta, khoảng cách từ đông sang tây lớn hơn từ bắc vào nam.</w:t>
      </w:r>
    </w:p>
    <w:p/>
    <w:p>
      <w:r>
        <w:rPr>
          <w:b/>
          <w:sz w:val="24"/>
        </w:rPr>
        <w:t>Câu 6: Cho thông tin sau: Cùng với gió mùa Đông Bắc, trong mùa đông ở nước ta còn có sự hoạt động của Tín phong bán cầu Bắc. Ở miền Bắc, Tín phong hoạt động đan xen giữa các đợt gió mùa Đông Bắc. Ở miền Nam, Tín phong thổi theo hướng đông bắc chiếm ưu thế, đây là nguyên nhân chính làm cho phía tây dãy Trường Sơn và Nam Bộ có mùa khô kéo dài. a) Miền Nam nước ta không có mùa Đông chủ yếu do Tín phong bán cầu Bắc hoạt động mạnh. b) Sự thay đổi nhiệt độ theo chiều Bắc - Nam và sự tồn tại của Tín phong bán cầu Bắc ở nước ta là biểu hiện của quy luật địa đới. c) Hoạt động của gió mùa Đông Bắc và Tín phong là nguyên nhân chính tạo nên sự khác biệt về thời tiết giữa 2 miền Bắc - Nam. d) Từ tháng XI đến tháng IV năm sau, thời tiết ở miền Bắc nước ta lạnh, ít mưa là do sự hoạt động đồng thời của cả gió mùa Đông Bắc và Tín phong bán cầu Bắc.</w:t>
      </w:r>
    </w:p>
    <w:p>
      <w:pPr>
        <w:pStyle w:val="ListParagraph"/>
      </w:pPr>
      <w:r>
        <w:rPr>
          <w:sz w:val="22"/>
        </w:rPr>
        <w:t>A. Miền Nam nước ta không có mùa Đông chủ yếu do Tín phong bán cầu Bắc hoạt động mạnh.</w:t>
      </w:r>
    </w:p>
    <w:p>
      <w:pPr>
        <w:pStyle w:val="ListParagraph"/>
      </w:pPr>
      <w:r>
        <w:rPr>
          <w:sz w:val="22"/>
        </w:rPr>
        <w:t>B. Sự thay đổi nhiệt độ theo chiều Bắc - Nam và sự tồn tại của Tín phong bán cầu Bắc ở nước ta là biểu hiện của quy luật địa đới.</w:t>
      </w:r>
    </w:p>
    <w:p>
      <w:pPr>
        <w:pStyle w:val="ListParagraph"/>
      </w:pPr>
      <w:r>
        <w:rPr>
          <w:sz w:val="22"/>
        </w:rPr>
        <w:t>C. Hoạt động của gió mùa Đông Bắc và Tín phong là nguyên nhân chính tạo nên sự khác biệt về thời tiết giữa 2 miền Bắc - Nam.</w:t>
      </w:r>
    </w:p>
    <w:p>
      <w:pPr>
        <w:pStyle w:val="ListParagraph"/>
      </w:pPr>
      <w:r>
        <w:rPr>
          <w:sz w:val="22"/>
        </w:rPr>
        <w:t>D. Từ tháng XI đến tháng IV năm sau, thời tiết ở miền Bắc nước ta lạnh, ít mưa là do sự hoạt động đồng thời của cả gió mùa Đông Bắc và Tín phong bán cầu Bắc.</w:t>
      </w:r>
    </w:p>
    <w:p/>
    <w:p>
      <w:r>
        <w:rPr>
          <w:b/>
          <w:sz w:val="24"/>
        </w:rPr>
        <w:t>Câu 7: Cho thông tin sau: Quá trình feralit là quá trình hình thành đất chủ yếu ở nước ta, vì vậy các loại đất feralit là các loại đất đặc trưng cho vùng đồi núi. Loại đất này thường chua và có màu đỏ vàng do bị rửa trôi các chất ba-dơ dễ tan và tích tụ ô-xít sắt, ô-xít nhôm. a) Nhóm đất feralit có diện tích lớn nhất ở nước ta, phân bố ở cả miền núi và rìa các đồng bằng. b) Đất feralit hình thành trên đá vôi phân bố chủ yếu ở các tỉnh thuộc Nam Trung Bộ và Đông Nam Bộ. c) Feralit là quá trình hình thành đất đặc trưng của vùng nhiệt đới ẩm gió mùa. d) Đất feralit có màu đỏ vàng do mưa lớn làm rửa trôi các chất ba-dơ dễ tan.</w:t>
      </w:r>
    </w:p>
    <w:p>
      <w:pPr>
        <w:pStyle w:val="ListParagraph"/>
      </w:pPr>
      <w:r>
        <w:rPr>
          <w:sz w:val="22"/>
        </w:rPr>
        <w:t>A. Nhóm đất feralit có diện tích lớn nhất ở nước ta, phân bố ở cả miền núi và rìa các đồng bằng.</w:t>
      </w:r>
    </w:p>
    <w:p>
      <w:pPr>
        <w:pStyle w:val="ListParagraph"/>
      </w:pPr>
      <w:r>
        <w:rPr>
          <w:sz w:val="22"/>
        </w:rPr>
        <w:t>B. Đất feralit hình thành trên đá vôi phân bố chủ yếu ở các tỉnh thuộc Nam Trung Bộ và Đông Nam Bộ.</w:t>
      </w:r>
    </w:p>
    <w:p>
      <w:pPr>
        <w:pStyle w:val="ListParagraph"/>
      </w:pPr>
      <w:r>
        <w:rPr>
          <w:sz w:val="22"/>
        </w:rPr>
        <w:t>C. Feralit là quá trình hình thành đất đặc trưng của vùng nhiệt đới ẩm gió mùa.</w:t>
      </w:r>
    </w:p>
    <w:p>
      <w:pPr>
        <w:pStyle w:val="ListParagraph"/>
      </w:pPr>
      <w:r>
        <w:rPr>
          <w:sz w:val="22"/>
        </w:rPr>
        <w:t>D. Đất feralit có màu đỏ vàng do mưa lớn làm rửa trôi các chất ba-dơ dễ tan.</w:t>
      </w:r>
    </w:p>
    <w:p/>
    <w:p>
      <w:r>
        <w:rPr>
          <w:b/>
          <w:sz w:val="24"/>
        </w:rPr>
        <w:t>Câu 8: Cho thông tin sau: Trời nồm hay nồm ẩm, nồm là kiểu thời tiết đặc trưng của các tỉnh miền Bắc nước ta. Hiện tượng này xảy ra khi độ ẩm trong không khí đạt mức trên 90%, với các dấu hiệu như đọng sương trên bề mặt tường, nền nhà, cửa kính, đồ nội thất của gia đình, quần áo,... a) Trời nồm tạo điều kiện cho nấm mốc, dịch bệnh phát triển. b) Hiện tượng nồm ẩm hình thành do hoạt động của khối khí nhiệt đới bắc Ấn Độ Dương. c) Hiện tượng nồm ẩm xảy ra chủ yếu vào thời kì đầu mùa đông ở miền Bắc nước ta. d) Nhà mặt đất và các tầng thấp sẽ xảy ra nồm ẩm ít hơn các tầng ở trên cao như chung cư, do càng lên cao độ ẩm trong không khí càng cao.</w:t>
      </w:r>
    </w:p>
    <w:p>
      <w:pPr>
        <w:pStyle w:val="ListParagraph"/>
      </w:pPr>
      <w:r>
        <w:rPr>
          <w:sz w:val="22"/>
        </w:rPr>
        <w:t>A. Trời nồm tạo điều kiện cho nấm mốc, dịch bệnh phát triển.</w:t>
      </w:r>
    </w:p>
    <w:p>
      <w:pPr>
        <w:pStyle w:val="ListParagraph"/>
      </w:pPr>
      <w:r>
        <w:rPr>
          <w:sz w:val="22"/>
        </w:rPr>
        <w:t>B. Hiện tượng nồm ẩm hình thành do hoạt động của khối khí nhiệt đới bắc Ấn Độ Dương.</w:t>
      </w:r>
    </w:p>
    <w:p>
      <w:pPr>
        <w:pStyle w:val="ListParagraph"/>
      </w:pPr>
      <w:r>
        <w:rPr>
          <w:sz w:val="22"/>
        </w:rPr>
        <w:t>C. Hiện tượng nồm ẩm xảy ra chủ yếu vào thời kì đầu mùa đông ở miền Bắc nước ta.</w:t>
      </w:r>
    </w:p>
    <w:p>
      <w:pPr>
        <w:pStyle w:val="ListParagraph"/>
      </w:pPr>
      <w:r>
        <w:rPr>
          <w:sz w:val="22"/>
        </w:rPr>
        <w:t>D. Nhà mặt đất và các tầng thấp sẽ xảy ra nồm ẩm ít hơn các tầng ở trên cao như chung cư, do càng lên cao độ ẩm trong không khí càng cao.</w:t>
      </w:r>
    </w:p>
    <w:p/>
    <w:p>
      <w:r>
        <w:rPr>
          <w:b/>
          <w:sz w:val="24"/>
        </w:rPr>
        <w:t>Câu 9: Cho bảng số liệu: Nhiệt độ không khí trung bình và lượng mưa các tháng trong năm 2024 tại Vũng Tàu (Nguồn: Cục Thống kê Việt Nam, năm 2025) a) Mùa khô ở Vũng Tàu chủ yếu do ảnh hưởng của gió mùa Tây Nam. b) Tổng lượng mưa năm 2024 là trên 2000 mm. c) Mùa mưa và mùa khô phân hóa sâu sắc. d) Vũng Tàu không có mùa đông.</w:t>
      </w:r>
    </w:p>
    <w:p>
      <w:pPr>
        <w:pStyle w:val="ListParagraph"/>
      </w:pPr>
      <w:r>
        <w:rPr>
          <w:sz w:val="22"/>
        </w:rPr>
        <w:t>A. Mùa khô ở Vũng Tàu chủ yếu do ảnh hưởng của gió mùa Tây Nam.</w:t>
      </w:r>
    </w:p>
    <w:p>
      <w:pPr>
        <w:pStyle w:val="ListParagraph"/>
      </w:pPr>
      <w:r>
        <w:rPr>
          <w:sz w:val="22"/>
        </w:rPr>
        <w:t>B. Tổng lượng mưa năm 2024 là trên 2000 mm.</w:t>
      </w:r>
    </w:p>
    <w:p>
      <w:pPr>
        <w:pStyle w:val="ListParagraph"/>
      </w:pPr>
      <w:r>
        <w:rPr>
          <w:sz w:val="22"/>
        </w:rPr>
        <w:t>C. Mùa mưa và mùa khô phân hóa sâu sắc.</w:t>
      </w:r>
    </w:p>
    <w:p>
      <w:pPr>
        <w:pStyle w:val="ListParagraph"/>
      </w:pPr>
      <w:r>
        <w:rPr>
          <w:sz w:val="22"/>
        </w:rPr>
        <w:t>D. Vũng Tàu không có mùa đông.</w:t>
      </w:r>
    </w:p>
    <w:p/>
    <w:p>
      <w:r>
        <w:rPr>
          <w:b/>
          <w:sz w:val="24"/>
        </w:rPr>
        <w:t>Câu 10: Cho bảng số liệu: Lượng mưa trung bình các tháng trong năm 2024 tại Cà Mau (Đơn vị: mm) (Nguồn: Cục Thống kê Việt Nam, năm 2025) a) Mùa mưa ở Cà Mau kéo dài từ tháng 1 đến tháng 5. b) Cà Mau có mưa vào mùa hạ chủ yếu do các luồng gió Tây Nam và dải hội tụ nhiệt đới. c) Biểu đồ cột là dạng biểu đồ thích hợp nhất để thể hiện lượng mưa trung bình các tháng trong năm 2024 tại Cà Mau. d) Tổng lượng mưa ở Cà Mau đạt trên 2000 mm.</w:t>
      </w:r>
    </w:p>
    <w:p>
      <w:pPr>
        <w:pStyle w:val="ListParagraph"/>
      </w:pPr>
      <w:r>
        <w:rPr>
          <w:sz w:val="22"/>
        </w:rPr>
        <w:t>A. Mùa mưa ở Cà Mau kéo dài từ tháng 1 đến tháng 5.</w:t>
      </w:r>
    </w:p>
    <w:p>
      <w:pPr>
        <w:pStyle w:val="ListParagraph"/>
      </w:pPr>
      <w:r>
        <w:rPr>
          <w:sz w:val="22"/>
        </w:rPr>
        <w:t>B. Cà Mau có mưa vào mùa hạ chủ yếu do các luồng gió Tây Nam và dải hội tụ nhiệt đới.</w:t>
      </w:r>
    </w:p>
    <w:p>
      <w:pPr>
        <w:pStyle w:val="ListParagraph"/>
      </w:pPr>
      <w:r>
        <w:rPr>
          <w:sz w:val="22"/>
        </w:rPr>
        <w:t>C. Biểu đồ cột là dạng biểu đồ thích hợp nhất để thể hiện lượng mưa trung bình các tháng trong năm 2024 tại Cà Mau.</w:t>
      </w:r>
    </w:p>
    <w:p>
      <w:pPr>
        <w:pStyle w:val="ListParagraph"/>
      </w:pPr>
      <w:r>
        <w:rPr>
          <w:sz w:val="22"/>
        </w:rPr>
        <w:t>D. Tổng lượng mưa ở Cà Mau đạt trên 2000 mm.</w:t>
      </w:r>
    </w:p>
    <w:p/>
    <w:p>
      <w:r>
        <w:t>──────────────────────────────────────────────────</w:t>
      </w:r>
    </w:p>
    <w:p>
      <w:r>
        <w:rPr>
          <w:b/>
        </w:rPr>
        <w:t>BẢNG ĐÁP ÁN &amp; LỜI GIẢI CHI TIẾT</w:t>
      </w:r>
    </w:p>
    <w:p>
      <w:r>
        <w:rPr>
          <w:b/>
        </w:rPr>
        <w:t>Câu 1: Đáp án đúng: C</w:t>
      </w:r>
    </w:p>
    <w:p>
      <w:r>
        <w:rPr>
          <w:b/>
        </w:rPr>
        <w:t>Câu 2: Đáp án đúng: A</w:t>
      </w:r>
    </w:p>
    <w:p>
      <w:r>
        <w:rPr>
          <w:b/>
        </w:rPr>
        <w:t>Câu 3: Đáp án đúng: B</w:t>
      </w:r>
    </w:p>
    <w:p>
      <w:r>
        <w:rPr>
          <w:b/>
        </w:rPr>
        <w:t>Câu 4: Đáp án đúng: A</w:t>
      </w:r>
    </w:p>
    <w:p>
      <w:r>
        <w:rPr>
          <w:b/>
        </w:rPr>
        <w:t>Câu 5: Đáp án đúng: B</w:t>
      </w:r>
    </w:p>
    <w:p>
      <w:r>
        <w:rPr>
          <w:b/>
        </w:rPr>
        <w:t>Câu 6: Đáp án đúng: B</w:t>
      </w:r>
    </w:p>
    <w:p>
      <w:r>
        <w:rPr>
          <w:b/>
        </w:rPr>
        <w:t>Câu 7: Đáp án đúng: A</w:t>
      </w:r>
    </w:p>
    <w:p>
      <w:r>
        <w:rPr>
          <w:b/>
        </w:rPr>
        <w:t>Câu 8: Đáp án đúng: A</w:t>
      </w:r>
    </w:p>
    <w:p>
      <w:r>
        <w:rPr>
          <w:b/>
        </w:rPr>
        <w:t>Câu 9: Đáp án đúng: C</w:t>
      </w:r>
    </w:p>
    <w:p>
      <w:r>
        <w:rPr>
          <w:b/>
        </w:rPr>
        <w:t>Câu 10: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