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KHTN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Trao đổi chất ở sinh vật là gì?</w:t>
      </w:r>
    </w:p>
    <w:p>
      <w:pPr>
        <w:pStyle w:val="ListParagraph"/>
      </w:pPr>
      <w:r>
        <w:rPr>
          <w:sz w:val="22"/>
        </w:rPr>
        <w:t>A. Quá trình sinh vật lấy các chất từ môi trường và thải các chất ra môi trường.</w:t>
      </w:r>
    </w:p>
    <w:p>
      <w:pPr>
        <w:pStyle w:val="ListParagraph"/>
      </w:pPr>
      <w:r>
        <w:rPr>
          <w:sz w:val="22"/>
        </w:rPr>
        <w:t>B. Quá trình sinh vật chỉ lấy chất dinh dưỡng từ môi trường.</w:t>
      </w:r>
    </w:p>
    <w:p>
      <w:pPr>
        <w:pStyle w:val="ListParagraph"/>
      </w:pPr>
      <w:r>
        <w:rPr>
          <w:sz w:val="22"/>
        </w:rPr>
        <w:t>C. Quá trình sinh vật chỉ thải các chất thải ra môi trường.</w:t>
      </w:r>
    </w:p>
    <w:p>
      <w:pPr>
        <w:pStyle w:val="ListParagraph"/>
      </w:pPr>
      <w:r>
        <w:rPr>
          <w:sz w:val="22"/>
        </w:rPr>
        <w:t>D. Quá trình sinh vật vận chuyển các chất trong cơ thể.</w:t>
      </w:r>
    </w:p>
    <w:p/>
    <w:p>
      <w:r>
        <w:rPr>
          <w:b/>
          <w:sz w:val="24"/>
        </w:rPr>
        <w:t>Câu 2: Chuyển hóa năng lượng ở sinh vật là gì?</w:t>
      </w:r>
    </w:p>
    <w:p>
      <w:pPr>
        <w:pStyle w:val="ListParagraph"/>
      </w:pPr>
      <w:r>
        <w:rPr>
          <w:sz w:val="22"/>
        </w:rPr>
        <w:t>A. Sự biến đổi năng lượng từ dạng này sang dạng khác trong tế bào.</w:t>
      </w:r>
    </w:p>
    <w:p>
      <w:pPr>
        <w:pStyle w:val="ListParagraph"/>
      </w:pPr>
      <w:r>
        <w:rPr>
          <w:sz w:val="22"/>
        </w:rPr>
        <w:t>B. Sự biến đổi chất này thành chất khác trong tế bào.</w:t>
      </w:r>
    </w:p>
    <w:p>
      <w:pPr>
        <w:pStyle w:val="ListParagraph"/>
      </w:pPr>
      <w:r>
        <w:rPr>
          <w:sz w:val="22"/>
        </w:rPr>
        <w:t>C. Sự trao đổi khí giữa cơ thể và môi trường.</w:t>
      </w:r>
    </w:p>
    <w:p>
      <w:pPr>
        <w:pStyle w:val="ListParagraph"/>
      </w:pPr>
      <w:r>
        <w:rPr>
          <w:sz w:val="22"/>
        </w:rPr>
        <w:t>D. Sự vận chuyển các chất trong cơ thể.</w:t>
      </w:r>
    </w:p>
    <w:p/>
    <w:p>
      <w:r>
        <w:rPr>
          <w:b/>
          <w:sz w:val="24"/>
        </w:rPr>
        <w:t>Câu 3: Mối quan hệ giữa trao đổi chất và chuyển hóa năng lượng là:</w:t>
      </w:r>
    </w:p>
    <w:p>
      <w:pPr>
        <w:pStyle w:val="ListParagraph"/>
      </w:pPr>
      <w:r>
        <w:rPr>
          <w:sz w:val="22"/>
        </w:rPr>
        <w:t>A. Hai quá trình độc lập, không liên quan.</w:t>
      </w:r>
    </w:p>
    <w:p>
      <w:pPr>
        <w:pStyle w:val="ListParagraph"/>
      </w:pPr>
      <w:r>
        <w:rPr>
          <w:sz w:val="22"/>
        </w:rPr>
        <w:t>B. Trao đổi chất và chuyển hóa năng lượng là hai mặt của một quá trình thống nhất.</w:t>
      </w:r>
    </w:p>
    <w:p>
      <w:pPr>
        <w:pStyle w:val="ListParagraph"/>
      </w:pPr>
      <w:r>
        <w:rPr>
          <w:sz w:val="22"/>
        </w:rPr>
        <w:t>C. Trao đổi chất xảy ra trước, chuyển hóa năng lượng xảy ra sau.</w:t>
      </w:r>
    </w:p>
    <w:p>
      <w:pPr>
        <w:pStyle w:val="ListParagraph"/>
      </w:pPr>
      <w:r>
        <w:rPr>
          <w:sz w:val="22"/>
        </w:rPr>
        <w:t>D. Chuyển hóa năng lượng xảy ra trước, trao đổi chất xảy ra sau.</w:t>
      </w:r>
    </w:p>
    <w:p/>
    <w:p>
      <w:r>
        <w:rPr>
          <w:b/>
          <w:sz w:val="24"/>
        </w:rPr>
        <w:t>Câu 4: Vai trò của trao đổi chất và chuyển hóa năng lượng đối với sinh vật là:</w:t>
      </w:r>
    </w:p>
    <w:p>
      <w:pPr>
        <w:pStyle w:val="ListParagraph"/>
      </w:pPr>
      <w:r>
        <w:rPr>
          <w:sz w:val="22"/>
        </w:rPr>
        <w:t>A. Giúp sinh vật sinh trưởng, phát triển, sinh sản và thích nghi với môi trường.</w:t>
      </w:r>
    </w:p>
    <w:p>
      <w:pPr>
        <w:pStyle w:val="ListParagraph"/>
      </w:pPr>
      <w:r>
        <w:rPr>
          <w:sz w:val="22"/>
        </w:rPr>
        <w:t>B. Chỉ giúp sinh vật lấy thức ăn.</w:t>
      </w:r>
    </w:p>
    <w:p>
      <w:pPr>
        <w:pStyle w:val="ListParagraph"/>
      </w:pPr>
      <w:r>
        <w:rPr>
          <w:sz w:val="22"/>
        </w:rPr>
        <w:t>C. Chỉ giúp sinh vật thải chất thải.</w:t>
      </w:r>
    </w:p>
    <w:p>
      <w:pPr>
        <w:pStyle w:val="ListParagraph"/>
      </w:pPr>
      <w:r>
        <w:rPr>
          <w:sz w:val="22"/>
        </w:rPr>
        <w:t>D. Chỉ giúp sinh vật di chuyển.</w:t>
      </w:r>
    </w:p>
    <w:p/>
    <w:p>
      <w:r>
        <w:rPr>
          <w:b/>
          <w:sz w:val="24"/>
        </w:rPr>
        <w:t>Câu 5: Trong quang hợp, cây xanh lấy khí nào từ môi trường và thải ra khí nào?</w:t>
      </w:r>
    </w:p>
    <w:p>
      <w:pPr>
        <w:pStyle w:val="ListParagraph"/>
      </w:pPr>
      <w:r>
        <w:rPr>
          <w:sz w:val="22"/>
        </w:rPr>
        <w:t>A. Lấy khí oxygen, thải khí carbon dioxide.</w:t>
      </w:r>
    </w:p>
    <w:p>
      <w:pPr>
        <w:pStyle w:val="ListParagraph"/>
      </w:pPr>
      <w:r>
        <w:rPr>
          <w:sz w:val="22"/>
        </w:rPr>
        <w:t>B. Lấy khí carbon dioxide, thải khí oxygen.</w:t>
      </w:r>
    </w:p>
    <w:p>
      <w:pPr>
        <w:pStyle w:val="ListParagraph"/>
      </w:pPr>
      <w:r>
        <w:rPr>
          <w:sz w:val="22"/>
        </w:rPr>
        <w:t>C. Lấy khí nitrogen, thải khí oxygen.</w:t>
      </w:r>
    </w:p>
    <w:p>
      <w:pPr>
        <w:pStyle w:val="ListParagraph"/>
      </w:pPr>
      <w:r>
        <w:rPr>
          <w:sz w:val="22"/>
        </w:rPr>
        <w:t>D. Lấy khí carbon dioxide, thải khí nitrogen.</w:t>
      </w:r>
    </w:p>
    <w:p/>
    <w:p>
      <w:r>
        <w:rPr>
          <w:b/>
          <w:sz w:val="24"/>
        </w:rPr>
        <w:t>Câu 6: Phương trình tổng quát của quang hợp là:</w:t>
      </w:r>
    </w:p>
    <w:p>
      <w:pPr>
        <w:pStyle w:val="ListParagraph"/>
      </w:pPr>
      <w:r>
        <w:rPr>
          <w:sz w:val="22"/>
        </w:rPr>
        <w:t>A. $6CO_2 + 6H_2O \xrightarrow{ánh sáng, diệp lục} C_6H_{12}O_6 + 6O_2$</w:t>
      </w:r>
    </w:p>
    <w:p>
      <w:pPr>
        <w:pStyle w:val="ListParagraph"/>
      </w:pPr>
      <w:r>
        <w:rPr>
          <w:sz w:val="22"/>
        </w:rPr>
        <w:t>B. $C_6H_{12}O_6 + 6O_2 \rightarrow 6CO_2 + 6H_2O + năng lượng$</w:t>
      </w:r>
    </w:p>
    <w:p>
      <w:pPr>
        <w:pStyle w:val="ListParagraph"/>
      </w:pPr>
      <w:r>
        <w:rPr>
          <w:sz w:val="22"/>
        </w:rPr>
        <w:t>C. $6CO_2 + 6O_2 \xrightarrow{ánh sáng, diệp lục} C_6H_{12}O_6 + 6H_2O$</w:t>
      </w:r>
    </w:p>
    <w:p>
      <w:pPr>
        <w:pStyle w:val="ListParagraph"/>
      </w:pPr>
      <w:r>
        <w:rPr>
          <w:sz w:val="22"/>
        </w:rPr>
        <w:t>D. $6H_2O + 6O_2 \rightarrow C_6H_{12}O_6 + 6CO_2$</w:t>
      </w:r>
    </w:p>
    <w:p/>
    <w:p>
      <w:r>
        <w:rPr>
          <w:b/>
          <w:sz w:val="24"/>
        </w:rPr>
        <w:t>Câu 7: Cơ quan chính thực hiện quang hợp ở cây xanh là:</w:t>
      </w:r>
    </w:p>
    <w:p>
      <w:pPr>
        <w:pStyle w:val="ListParagraph"/>
      </w:pPr>
      <w:r>
        <w:rPr>
          <w:sz w:val="22"/>
        </w:rPr>
        <w:t>A. Rễ.</w:t>
      </w:r>
    </w:p>
    <w:p>
      <w:pPr>
        <w:pStyle w:val="ListParagraph"/>
      </w:pPr>
      <w:r>
        <w:rPr>
          <w:sz w:val="22"/>
        </w:rPr>
        <w:t>B. Thân.</w:t>
      </w:r>
    </w:p>
    <w:p>
      <w:pPr>
        <w:pStyle w:val="ListParagraph"/>
      </w:pPr>
      <w:r>
        <w:rPr>
          <w:sz w:val="22"/>
        </w:rPr>
        <w:t>C. Lá.</w:t>
      </w:r>
    </w:p>
    <w:p>
      <w:pPr>
        <w:pStyle w:val="ListParagraph"/>
      </w:pPr>
      <w:r>
        <w:rPr>
          <w:sz w:val="22"/>
        </w:rPr>
        <w:t>D. Hoa.</w:t>
      </w:r>
    </w:p>
    <w:p/>
    <w:p>
      <w:r>
        <w:rPr>
          <w:b/>
          <w:sz w:val="24"/>
        </w:rPr>
        <w:t>Câu 8: Sản phẩm của quá trình quang hợp là:</w:t>
      </w:r>
    </w:p>
    <w:p>
      <w:pPr>
        <w:pStyle w:val="ListParagraph"/>
      </w:pPr>
      <w:r>
        <w:rPr>
          <w:sz w:val="22"/>
        </w:rPr>
        <w:t>A. Khí carbon dioxide và nước.</w:t>
      </w:r>
    </w:p>
    <w:p>
      <w:pPr>
        <w:pStyle w:val="ListParagraph"/>
      </w:pPr>
      <w:r>
        <w:rPr>
          <w:sz w:val="22"/>
        </w:rPr>
        <w:t>B. Chất hữu cơ (glucose) và khí oxygen.</w:t>
      </w:r>
    </w:p>
    <w:p>
      <w:pPr>
        <w:pStyle w:val="ListParagraph"/>
      </w:pPr>
      <w:r>
        <w:rPr>
          <w:sz w:val="22"/>
        </w:rPr>
        <w:t>C. Chất hữu cơ và khí carbon dioxide.</w:t>
      </w:r>
    </w:p>
    <w:p>
      <w:pPr>
        <w:pStyle w:val="ListParagraph"/>
      </w:pPr>
      <w:r>
        <w:rPr>
          <w:sz w:val="22"/>
        </w:rPr>
        <w:t>D. Nước và khí oxygen.</w:t>
      </w:r>
    </w:p>
    <w:p/>
    <w:p>
      <w:r>
        <w:rPr>
          <w:b/>
          <w:sz w:val="24"/>
        </w:rPr>
        <w:t>Câu 9: Nguyên liệu của quá trình quang hợp là:</w:t>
      </w:r>
    </w:p>
    <w:p>
      <w:pPr>
        <w:pStyle w:val="ListParagraph"/>
      </w:pPr>
      <w:r>
        <w:rPr>
          <w:sz w:val="22"/>
        </w:rPr>
        <w:t>A. Khí oxygen và chất hữu cơ.</w:t>
      </w:r>
    </w:p>
    <w:p>
      <w:pPr>
        <w:pStyle w:val="ListParagraph"/>
      </w:pPr>
      <w:r>
        <w:rPr>
          <w:sz w:val="22"/>
        </w:rPr>
        <w:t>B. Nước và khí carbon dioxide.</w:t>
      </w:r>
    </w:p>
    <w:p>
      <w:pPr>
        <w:pStyle w:val="ListParagraph"/>
      </w:pPr>
      <w:r>
        <w:rPr>
          <w:sz w:val="22"/>
        </w:rPr>
        <w:t>C. Nước và khí oxygen.</w:t>
      </w:r>
    </w:p>
    <w:p>
      <w:pPr>
        <w:pStyle w:val="ListParagraph"/>
      </w:pPr>
      <w:r>
        <w:rPr>
          <w:sz w:val="22"/>
        </w:rPr>
        <w:t>D. Chất hữu cơ và khí carbon dioxide.</w:t>
      </w:r>
    </w:p>
    <w:p/>
    <w:p>
      <w:r>
        <w:rPr>
          <w:b/>
          <w:sz w:val="24"/>
        </w:rPr>
        <w:t>Câu 10: Vai trò của quang hợp đối với sinh giới là:</w:t>
      </w:r>
    </w:p>
    <w:p>
      <w:pPr>
        <w:pStyle w:val="ListParagraph"/>
      </w:pPr>
      <w:r>
        <w:rPr>
          <w:sz w:val="22"/>
        </w:rPr>
        <w:t>A. Tổng hợp chất hữu cơ, cung cấp oxygen và năng lượng cho sinh vật.</w:t>
      </w:r>
    </w:p>
    <w:p>
      <w:pPr>
        <w:pStyle w:val="ListParagraph"/>
      </w:pPr>
      <w:r>
        <w:rPr>
          <w:sz w:val="22"/>
        </w:rPr>
        <w:t>B. Phân giải chất hữu cơ để tạo năng lượng.</w:t>
      </w:r>
    </w:p>
    <w:p>
      <w:pPr>
        <w:pStyle w:val="ListParagraph"/>
      </w:pPr>
      <w:r>
        <w:rPr>
          <w:sz w:val="22"/>
        </w:rPr>
        <w:t>C. Hấp thụ khí oxygen và thải khí carbon dioxide.</w:t>
      </w:r>
    </w:p>
    <w:p>
      <w:pPr>
        <w:pStyle w:val="ListParagraph"/>
      </w:pPr>
      <w:r>
        <w:rPr>
          <w:sz w:val="22"/>
        </w:rPr>
        <w:t>D. Chỉ cung cấp nước cho cây.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