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tin học 7: chủ đề 1 máy tính cộng đồng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Thiết bị nào sau đây là thiết bị vào của máy tính?</w:t>
      </w:r>
    </w:p>
    <w:p>
      <w:pPr>
        <w:pStyle w:val="ListParagraph"/>
      </w:pPr>
      <w:r>
        <w:rPr>
          <w:sz w:val="22"/>
        </w:rPr>
        <w:t>A. Loa</w:t>
      </w:r>
    </w:p>
    <w:p>
      <w:pPr>
        <w:pStyle w:val="ListParagraph"/>
      </w:pPr>
      <w:r>
        <w:rPr>
          <w:sz w:val="22"/>
        </w:rPr>
        <w:t>B. Bàn phím</w:t>
      </w:r>
    </w:p>
    <w:p>
      <w:pPr>
        <w:pStyle w:val="ListParagraph"/>
      </w:pPr>
      <w:r>
        <w:rPr>
          <w:sz w:val="22"/>
        </w:rPr>
        <w:t>C. Màn hình</w:t>
      </w:r>
    </w:p>
    <w:p>
      <w:pPr>
        <w:pStyle w:val="ListParagraph"/>
      </w:pPr>
      <w:r>
        <w:rPr>
          <w:sz w:val="22"/>
        </w:rPr>
        <w:t>D. Máy in</w:t>
      </w:r>
    </w:p>
    <w:p/>
    <w:p>
      <w:r>
        <w:rPr>
          <w:b/>
          <w:sz w:val="24"/>
        </w:rPr>
        <w:t>Câu 2: Bộ phận nào được coi là 'bộ não' của máy tính, thực hiện các phép tính và điều khiển hoạt động?</w:t>
      </w:r>
    </w:p>
    <w:p>
      <w:pPr>
        <w:pStyle w:val="ListParagraph"/>
      </w:pPr>
      <w:r>
        <w:rPr>
          <w:sz w:val="22"/>
        </w:rPr>
        <w:t>A. Ổ cứng</w:t>
      </w:r>
    </w:p>
    <w:p>
      <w:pPr>
        <w:pStyle w:val="ListParagraph"/>
      </w:pPr>
      <w:r>
        <w:rPr>
          <w:sz w:val="22"/>
        </w:rPr>
        <w:t>B. Bo mạch chủ</w:t>
      </w:r>
    </w:p>
    <w:p>
      <w:pPr>
        <w:pStyle w:val="ListParagraph"/>
      </w:pPr>
      <w:r>
        <w:rPr>
          <w:sz w:val="22"/>
        </w:rPr>
        <w:t>C. RAM</w:t>
      </w:r>
    </w:p>
    <w:p>
      <w:pPr>
        <w:pStyle w:val="ListParagraph"/>
      </w:pPr>
      <w:r>
        <w:rPr>
          <w:sz w:val="22"/>
        </w:rPr>
        <w:t>D. CPU</w:t>
      </w:r>
    </w:p>
    <w:p/>
    <w:p>
      <w:r>
        <w:rPr>
          <w:b/>
          <w:sz w:val="24"/>
        </w:rPr>
        <w:t>Câu 3: Phần mềm nào sau đây là phần mềm hệ thống?</w:t>
      </w:r>
    </w:p>
    <w:p>
      <w:pPr>
        <w:pStyle w:val="ListParagraph"/>
      </w:pPr>
      <w:r>
        <w:rPr>
          <w:sz w:val="22"/>
        </w:rPr>
        <w:t>A. Paint</w:t>
      </w:r>
    </w:p>
    <w:p>
      <w:pPr>
        <w:pStyle w:val="ListParagraph"/>
      </w:pPr>
      <w:r>
        <w:rPr>
          <w:sz w:val="22"/>
        </w:rPr>
        <w:t>B. Windows</w:t>
      </w:r>
    </w:p>
    <w:p>
      <w:pPr>
        <w:pStyle w:val="ListParagraph"/>
      </w:pPr>
      <w:r>
        <w:rPr>
          <w:sz w:val="22"/>
        </w:rPr>
        <w:t>C. Google Chrome</w:t>
      </w:r>
    </w:p>
    <w:p>
      <w:pPr>
        <w:pStyle w:val="ListParagraph"/>
      </w:pPr>
      <w:r>
        <w:rPr>
          <w:sz w:val="22"/>
        </w:rPr>
        <w:t>D. Microsoft Word</w:t>
      </w:r>
    </w:p>
    <w:p/>
    <w:p>
      <w:r>
        <w:rPr>
          <w:b/>
          <w:sz w:val="24"/>
        </w:rPr>
        <w:t>Câu 4: Đơn vị đo dung lượng thông tin nào lớn nhất trong các đơn vị sau?</w:t>
      </w:r>
    </w:p>
    <w:p>
      <w:pPr>
        <w:pStyle w:val="ListParagraph"/>
      </w:pPr>
      <w:r>
        <w:rPr>
          <w:sz w:val="22"/>
        </w:rPr>
        <w:t>A. Byte</w:t>
      </w:r>
    </w:p>
    <w:p>
      <w:pPr>
        <w:pStyle w:val="ListParagraph"/>
      </w:pPr>
      <w:r>
        <w:rPr>
          <w:sz w:val="22"/>
        </w:rPr>
        <w:t>B. Megabyte</w:t>
      </w:r>
    </w:p>
    <w:p>
      <w:pPr>
        <w:pStyle w:val="ListParagraph"/>
      </w:pPr>
      <w:r>
        <w:rPr>
          <w:sz w:val="22"/>
        </w:rPr>
        <w:t>C. Gigabyte</w:t>
      </w:r>
    </w:p>
    <w:p>
      <w:pPr>
        <w:pStyle w:val="ListParagraph"/>
      </w:pPr>
      <w:r>
        <w:rPr>
          <w:sz w:val="22"/>
        </w:rPr>
        <w:t>D. Kilobyte</w:t>
      </w:r>
    </w:p>
    <w:p/>
    <w:p>
      <w:r>
        <w:rPr>
          <w:b/>
          <w:sz w:val="24"/>
        </w:rPr>
        <w:t>Câu 5: Thiết bị nào sau đây là thiết bị ra của máy tính?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Bàn phím</w:t>
      </w:r>
    </w:p>
    <w:p>
      <w:pPr>
        <w:pStyle w:val="ListParagraph"/>
      </w:pPr>
      <w:r>
        <w:rPr>
          <w:sz w:val="22"/>
        </w:rPr>
        <w:t>C. Máy quét</w:t>
      </w:r>
    </w:p>
    <w:p>
      <w:pPr>
        <w:pStyle w:val="ListParagraph"/>
      </w:pPr>
      <w:r>
        <w:rPr>
          <w:sz w:val="22"/>
        </w:rPr>
        <w:t>D. Chuột</w:t>
      </w:r>
    </w:p>
    <w:p/>
    <w:p>
      <w:r>
        <w:rPr>
          <w:b/>
          <w:sz w:val="24"/>
        </w:rPr>
        <w:t>Câu 6: RAM thuộc loại bộ nhớ nào?</w:t>
      </w:r>
    </w:p>
    <w:p>
      <w:pPr>
        <w:pStyle w:val="ListParagraph"/>
      </w:pPr>
      <w:r>
        <w:rPr>
          <w:sz w:val="22"/>
        </w:rPr>
        <w:t>A. Bộ nhớ trong</w:t>
      </w:r>
    </w:p>
    <w:p>
      <w:pPr>
        <w:pStyle w:val="ListParagraph"/>
      </w:pPr>
      <w:r>
        <w:rPr>
          <w:sz w:val="22"/>
        </w:rPr>
        <w:t>B. Bộ nhớ flash</w:t>
      </w:r>
    </w:p>
    <w:p>
      <w:pPr>
        <w:pStyle w:val="ListParagraph"/>
      </w:pPr>
      <w:r>
        <w:rPr>
          <w:sz w:val="22"/>
        </w:rPr>
        <w:t>C. Bộ nhớ quang</w:t>
      </w:r>
    </w:p>
    <w:p>
      <w:pPr>
        <w:pStyle w:val="ListParagraph"/>
      </w:pPr>
      <w:r>
        <w:rPr>
          <w:sz w:val="22"/>
        </w:rPr>
        <w:t>D. Bộ nhớ ngoài</w:t>
      </w:r>
    </w:p>
    <w:p/>
    <w:p>
      <w:r>
        <w:rPr>
          <w:b/>
          <w:sz w:val="24"/>
        </w:rPr>
        <w:t>Câu 7: Phát biểu nào sau đây đúng về phần mềm ứng dụng?</w:t>
      </w:r>
    </w:p>
    <w:p>
      <w:pPr>
        <w:pStyle w:val="ListParagraph"/>
      </w:pPr>
      <w:r>
        <w:rPr>
          <w:sz w:val="22"/>
        </w:rPr>
        <w:t>A. Là phần mềm điều khiển phần cứng</w:t>
      </w:r>
    </w:p>
    <w:p>
      <w:pPr>
        <w:pStyle w:val="ListParagraph"/>
      </w:pPr>
      <w:r>
        <w:rPr>
          <w:sz w:val="22"/>
        </w:rPr>
        <w:t>B. Là hệ điều hành của máy tính</w:t>
      </w:r>
    </w:p>
    <w:p>
      <w:pPr>
        <w:pStyle w:val="ListParagraph"/>
      </w:pPr>
      <w:r>
        <w:rPr>
          <w:sz w:val="22"/>
        </w:rPr>
        <w:t>C. Là phần mềm giúp người dùng thực hiện công việc cụ thể</w:t>
      </w:r>
    </w:p>
    <w:p>
      <w:pPr>
        <w:pStyle w:val="ListParagraph"/>
      </w:pPr>
      <w:r>
        <w:rPr>
          <w:sz w:val="22"/>
        </w:rPr>
        <w:t>D. Là phần mềm dùng để khởi động máy</w:t>
      </w:r>
    </w:p>
    <w:p/>
    <w:p>
      <w:r>
        <w:rPr>
          <w:b/>
          <w:sz w:val="24"/>
        </w:rPr>
        <w:t>Câu 8: Trong máy tính, thông tin được lưu trữ dưới dạng nào?</w:t>
      </w:r>
    </w:p>
    <w:p>
      <w:pPr>
        <w:pStyle w:val="ListParagraph"/>
      </w:pPr>
      <w:r>
        <w:rPr>
          <w:sz w:val="22"/>
        </w:rPr>
        <w:t>A. Dạng hình ảnh</w:t>
      </w:r>
    </w:p>
    <w:p>
      <w:pPr>
        <w:pStyle w:val="ListParagraph"/>
      </w:pPr>
      <w:r>
        <w:rPr>
          <w:sz w:val="22"/>
        </w:rPr>
        <w:t>B. Dạng âm thanh</w:t>
      </w:r>
    </w:p>
    <w:p>
      <w:pPr>
        <w:pStyle w:val="ListParagraph"/>
      </w:pPr>
      <w:r>
        <w:rPr>
          <w:sz w:val="22"/>
        </w:rPr>
        <w:t>C. Dạng văn bản</w:t>
      </w:r>
    </w:p>
    <w:p>
      <w:pPr>
        <w:pStyle w:val="ListParagraph"/>
      </w:pPr>
      <w:r>
        <w:rPr>
          <w:sz w:val="22"/>
        </w:rPr>
        <w:t>D. Dạng dãy bit</w:t>
      </w:r>
    </w:p>
    <w:p/>
    <w:p>
      <w:r>
        <w:rPr>
          <w:b/>
          <w:sz w:val="24"/>
        </w:rPr>
        <w:t>Câu 9: Thiết bị nào sau đây vừa là thiết bị vào vừa là thiết bị ra?</w:t>
      </w:r>
    </w:p>
    <w:p>
      <w:pPr>
        <w:pStyle w:val="ListParagraph"/>
      </w:pPr>
      <w:r>
        <w:rPr>
          <w:sz w:val="22"/>
        </w:rPr>
        <w:t>A. Chuột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Loa</w:t>
      </w:r>
    </w:p>
    <w:p>
      <w:pPr>
        <w:pStyle w:val="ListParagraph"/>
      </w:pPr>
      <w:r>
        <w:rPr>
          <w:sz w:val="22"/>
        </w:rPr>
        <w:t>D. Màn hình cảm ứng</w:t>
      </w:r>
    </w:p>
    <w:p/>
    <w:p>
      <w:r>
        <w:rPr>
          <w:b/>
          <w:sz w:val="24"/>
        </w:rPr>
        <w:t>Câu 10: Chức năng chính của bộ nhớ ngoài là gì?</w:t>
      </w:r>
    </w:p>
    <w:p>
      <w:pPr>
        <w:pStyle w:val="ListParagraph"/>
      </w:pPr>
      <w:r>
        <w:rPr>
          <w:sz w:val="22"/>
        </w:rPr>
        <w:t>A. Hiển thị thông tin</w:t>
      </w:r>
    </w:p>
    <w:p>
      <w:pPr>
        <w:pStyle w:val="ListParagraph"/>
      </w:pPr>
      <w:r>
        <w:rPr>
          <w:sz w:val="22"/>
        </w:rPr>
        <w:t>B. Điều khiển các thiết bị</w:t>
      </w:r>
    </w:p>
    <w:p>
      <w:pPr>
        <w:pStyle w:val="ListParagraph"/>
      </w:pPr>
      <w:r>
        <w:rPr>
          <w:sz w:val="22"/>
        </w:rPr>
        <w:t>C. Lưu trữ dữ liệu lâu dài</w:t>
      </w:r>
    </w:p>
    <w:p>
      <w:pPr>
        <w:pStyle w:val="ListParagraph"/>
      </w:pPr>
      <w:r>
        <w:rPr>
          <w:sz w:val="22"/>
        </w:rPr>
        <w:t>D. Xử lý dữ liệu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i/>
        </w:rPr>
        <w:t>Giải thích: Bàn phím là thiết bị vào dùng để nhập dữ liệu vào máy tính.</w:t>
      </w:r>
    </w:p>
    <w:p>
      <w:r>
        <w:rPr>
          <w:b/>
        </w:rPr>
        <w:t>Câu 2: Đáp án đúng: D</w:t>
      </w:r>
    </w:p>
    <w:p>
      <w:r>
        <w:rPr>
          <w:i/>
        </w:rPr>
        <w:t>Giải thích: CPU (bộ xử lý trung tâm) thực hiện các phép tính và điều khiển hoạt động của máy tính.</w:t>
      </w:r>
    </w:p>
    <w:p>
      <w:r>
        <w:rPr>
          <w:b/>
        </w:rPr>
        <w:t>Câu 3: Đáp án đúng: B</w:t>
      </w:r>
    </w:p>
    <w:p>
      <w:r>
        <w:rPr>
          <w:i/>
        </w:rPr>
        <w:t>Giải thích: Windows là hệ điều hành, thuộc phần mềm hệ thống.</w:t>
      </w:r>
    </w:p>
    <w:p>
      <w:r>
        <w:rPr>
          <w:b/>
        </w:rPr>
        <w:t>Câu 4: Đáp án đúng: C</w:t>
      </w:r>
    </w:p>
    <w:p>
      <w:r>
        <w:rPr>
          <w:i/>
        </w:rPr>
        <w:t>Giải thích: Gigabyte lớn nhất trong các đơn vị đã nêu.</w:t>
      </w:r>
    </w:p>
    <w:p>
      <w:r>
        <w:rPr>
          <w:b/>
        </w:rPr>
        <w:t>Câu 5: Đáp án đúng: A</w:t>
      </w:r>
    </w:p>
    <w:p>
      <w:r>
        <w:rPr>
          <w:i/>
        </w:rPr>
        <w:t>Giải thích: Màn hình là thiết bị ra dùng để hiển thị thông tin.</w:t>
      </w:r>
    </w:p>
    <w:p>
      <w:r>
        <w:rPr>
          <w:b/>
        </w:rPr>
        <w:t>Câu 6: Đáp án đúng: A</w:t>
      </w:r>
    </w:p>
    <w:p>
      <w:r>
        <w:rPr>
          <w:i/>
        </w:rPr>
        <w:t>Giải thích: RAM là bộ nhớ trong, lưu dữ liệu tạm thời khi máy tính hoạt động.</w:t>
      </w:r>
    </w:p>
    <w:p>
      <w:r>
        <w:rPr>
          <w:b/>
        </w:rPr>
        <w:t>Câu 7: Đáp án đúng: C</w:t>
      </w:r>
    </w:p>
    <w:p>
      <w:r>
        <w:rPr>
          <w:i/>
        </w:rPr>
        <w:t>Giải thích: Phần mềm ứng dụng giúp người dùng thực hiện các công việc cụ thể.</w:t>
      </w:r>
    </w:p>
    <w:p>
      <w:r>
        <w:rPr>
          <w:b/>
        </w:rPr>
        <w:t>Câu 8: Đáp án đúng: D</w:t>
      </w:r>
    </w:p>
    <w:p>
      <w:r>
        <w:rPr>
          <w:i/>
        </w:rPr>
        <w:t>Giải thích: Máy tính lưu trữ thông tin dưới dạng dãy bit (0 và 1).</w:t>
      </w:r>
    </w:p>
    <w:p>
      <w:r>
        <w:rPr>
          <w:b/>
        </w:rPr>
        <w:t>Câu 9: Đáp án đúng: D</w:t>
      </w:r>
    </w:p>
    <w:p>
      <w:r>
        <w:rPr>
          <w:i/>
        </w:rPr>
        <w:t>Giải thích: Màn hình cảm ứng vừa nhận thao tác chạm (vào) vừa hiển thị (ra).</w:t>
      </w:r>
    </w:p>
    <w:p>
      <w:r>
        <w:rPr>
          <w:b/>
        </w:rPr>
        <w:t>Câu 10: Đáp án đúng: C</w:t>
      </w:r>
    </w:p>
    <w:p>
      <w:r>
        <w:rPr>
          <w:i/>
        </w:rPr>
        <w:t>Giải thích: Bộ nhớ ngoài dùng để lưu trữ dữ liệu lâu dài.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