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Trắc nghiệm ôn tập bài 4: Giao thức mạng.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Giao thức mạng là gì?</w:t>
      </w:r>
    </w:p>
    <w:p>
      <w:pPr>
        <w:pStyle w:val="ListParagraph"/>
      </w:pPr>
      <w:r>
        <w:rPr>
          <w:sz w:val="22"/>
        </w:rPr>
        <w:t>A. Là tập hợp các quy tắc quy định cách thức trao đổi dữ liệu giữa các thiết bị trên mạng.</w:t>
      </w:r>
    </w:p>
    <w:p>
      <w:pPr>
        <w:pStyle w:val="ListParagraph"/>
      </w:pPr>
      <w:r>
        <w:rPr>
          <w:sz w:val="22"/>
        </w:rPr>
        <w:t>B. Là phần mềm dùng để kết nối Internet.</w:t>
      </w:r>
    </w:p>
    <w:p>
      <w:pPr>
        <w:pStyle w:val="ListParagraph"/>
      </w:pPr>
      <w:r>
        <w:rPr>
          <w:sz w:val="22"/>
        </w:rPr>
        <w:t>C. Là thiết bị phần cứng dùng để kết nối mạng.</w:t>
      </w:r>
    </w:p>
    <w:p>
      <w:pPr>
        <w:pStyle w:val="ListParagraph"/>
      </w:pPr>
      <w:r>
        <w:rPr>
          <w:sz w:val="22"/>
        </w:rPr>
        <w:t>D. Là địa chỉ IP của máy tính.</w:t>
      </w:r>
    </w:p>
    <w:p/>
    <w:p>
      <w:r>
        <w:rPr>
          <w:b/>
          <w:sz w:val="24"/>
        </w:rPr>
        <w:t>Câu 2: Giao thức TCP/IP có chức năng chính là gì?</w:t>
      </w:r>
    </w:p>
    <w:p>
      <w:pPr>
        <w:pStyle w:val="ListParagraph"/>
      </w:pPr>
      <w:r>
        <w:rPr>
          <w:sz w:val="22"/>
        </w:rPr>
        <w:t>A. Truyền tải dữ liệu giữa các máy tính trong mạng.</w:t>
      </w:r>
    </w:p>
    <w:p>
      <w:pPr>
        <w:pStyle w:val="ListParagraph"/>
      </w:pPr>
      <w:r>
        <w:rPr>
          <w:sz w:val="22"/>
        </w:rPr>
        <w:t>B. Quản lý việc in ấn trong mạng.</w:t>
      </w:r>
    </w:p>
    <w:p>
      <w:pPr>
        <w:pStyle w:val="ListParagraph"/>
      </w:pPr>
      <w:r>
        <w:rPr>
          <w:sz w:val="22"/>
        </w:rPr>
        <w:t>C. Bảo mật thông tin cá nhân.</w:t>
      </w:r>
    </w:p>
    <w:p>
      <w:pPr>
        <w:pStyle w:val="ListParagraph"/>
      </w:pPr>
      <w:r>
        <w:rPr>
          <w:sz w:val="22"/>
        </w:rPr>
        <w:t>D. Tăng tốc độ truy cập Internet.</w:t>
      </w:r>
    </w:p>
    <w:p/>
    <w:p>
      <w:r>
        <w:rPr>
          <w:b/>
          <w:sz w:val="24"/>
        </w:rPr>
        <w:t>Câu 3: Giao thức nào sau đây được sử dụng để truyền tải siêu văn bản trên web?</w:t>
      </w:r>
    </w:p>
    <w:p>
      <w:pPr>
        <w:pStyle w:val="ListParagraph"/>
      </w:pPr>
      <w:r>
        <w:rPr>
          <w:sz w:val="22"/>
        </w:rPr>
        <w:t>A. FTP</w:t>
      </w:r>
    </w:p>
    <w:p>
      <w:pPr>
        <w:pStyle w:val="ListParagraph"/>
      </w:pPr>
      <w:r>
        <w:rPr>
          <w:sz w:val="22"/>
        </w:rPr>
        <w:t>B. HTTP</w:t>
      </w:r>
    </w:p>
    <w:p>
      <w:pPr>
        <w:pStyle w:val="ListParagraph"/>
      </w:pPr>
      <w:r>
        <w:rPr>
          <w:sz w:val="22"/>
        </w:rPr>
        <w:t>C. SMTP</w:t>
      </w:r>
    </w:p>
    <w:p>
      <w:pPr>
        <w:pStyle w:val="ListParagraph"/>
      </w:pPr>
      <w:r>
        <w:rPr>
          <w:sz w:val="22"/>
        </w:rPr>
        <w:t>D. POP3</w:t>
      </w:r>
    </w:p>
    <w:p/>
    <w:p>
      <w:r>
        <w:rPr>
          <w:b/>
          <w:sz w:val="24"/>
        </w:rPr>
        <w:t>Câu 4: Giao thức SMTP được dùng để làm gì?</w:t>
      </w:r>
    </w:p>
    <w:p>
      <w:pPr>
        <w:pStyle w:val="ListParagraph"/>
      </w:pPr>
      <w:r>
        <w:rPr>
          <w:sz w:val="22"/>
        </w:rPr>
        <w:t>A. Gửi email.</w:t>
      </w:r>
    </w:p>
    <w:p>
      <w:pPr>
        <w:pStyle w:val="ListParagraph"/>
      </w:pPr>
      <w:r>
        <w:rPr>
          <w:sz w:val="22"/>
        </w:rPr>
        <w:t>B. Nhận email.</w:t>
      </w:r>
    </w:p>
    <w:p>
      <w:pPr>
        <w:pStyle w:val="ListParagraph"/>
      </w:pPr>
      <w:r>
        <w:rPr>
          <w:sz w:val="22"/>
        </w:rPr>
        <w:t>C. Truyền tệp.</w:t>
      </w:r>
    </w:p>
    <w:p>
      <w:pPr>
        <w:pStyle w:val="ListParagraph"/>
      </w:pPr>
      <w:r>
        <w:rPr>
          <w:sz w:val="22"/>
        </w:rPr>
        <w:t>D. Duyệt web.</w:t>
      </w:r>
    </w:p>
    <w:p/>
    <w:p>
      <w:r>
        <w:rPr>
          <w:b/>
          <w:sz w:val="24"/>
        </w:rPr>
        <w:t>Câu 5: Giao thức nào sau đây là giao thức tầng giao vận (Transport Layer) trong mô hình TCP/IP?</w:t>
      </w:r>
    </w:p>
    <w:p>
      <w:pPr>
        <w:pStyle w:val="ListParagraph"/>
      </w:pPr>
      <w:r>
        <w:rPr>
          <w:sz w:val="22"/>
        </w:rPr>
        <w:t>A. IP</w:t>
      </w:r>
    </w:p>
    <w:p>
      <w:pPr>
        <w:pStyle w:val="ListParagraph"/>
      </w:pPr>
      <w:r>
        <w:rPr>
          <w:sz w:val="22"/>
        </w:rPr>
        <w:t>B. TCP</w:t>
      </w:r>
    </w:p>
    <w:p>
      <w:pPr>
        <w:pStyle w:val="ListParagraph"/>
      </w:pPr>
      <w:r>
        <w:rPr>
          <w:sz w:val="22"/>
        </w:rPr>
        <w:t>C. HTTP</w:t>
      </w:r>
    </w:p>
    <w:p>
      <w:pPr>
        <w:pStyle w:val="ListParagraph"/>
      </w:pPr>
      <w:r>
        <w:rPr>
          <w:sz w:val="22"/>
        </w:rPr>
        <w:t>D. Ethernet</w:t>
      </w:r>
    </w:p>
    <w:p/>
    <w:p>
      <w:r>
        <w:rPr>
          <w:b/>
          <w:sz w:val="24"/>
        </w:rPr>
        <w:t>Câu 6: Địa chỉ IP được sử dụng để làm gì?</w:t>
      </w:r>
    </w:p>
    <w:p>
      <w:pPr>
        <w:pStyle w:val="ListParagraph"/>
      </w:pPr>
      <w:r>
        <w:rPr>
          <w:sz w:val="22"/>
        </w:rPr>
        <w:t>A. Xác định vị trí của thiết bị trên mạng.</w:t>
      </w:r>
    </w:p>
    <w:p>
      <w:pPr>
        <w:pStyle w:val="ListParagraph"/>
      </w:pPr>
      <w:r>
        <w:rPr>
          <w:sz w:val="22"/>
        </w:rPr>
        <w:t>B. Mã hóa dữ liệu truyền đi.</w:t>
      </w:r>
    </w:p>
    <w:p>
      <w:pPr>
        <w:pStyle w:val="ListParagraph"/>
      </w:pPr>
      <w:r>
        <w:rPr>
          <w:sz w:val="22"/>
        </w:rPr>
        <w:t>C. Nén dữ liệu trước khi gửi.</w:t>
      </w:r>
    </w:p>
    <w:p>
      <w:pPr>
        <w:pStyle w:val="ListParagraph"/>
      </w:pPr>
      <w:r>
        <w:rPr>
          <w:sz w:val="22"/>
        </w:rPr>
        <w:t>D. Kiểm tra lỗi dữ liệu.</w:t>
      </w:r>
    </w:p>
    <w:p/>
    <w:p>
      <w:r>
        <w:rPr>
          <w:b/>
          <w:sz w:val="24"/>
        </w:rPr>
        <w:t>Câu 7: Giao thức nào sau đây hoạt động ở tầng ứng dụng (Application Layer)?</w:t>
      </w:r>
    </w:p>
    <w:p>
      <w:pPr>
        <w:pStyle w:val="ListParagraph"/>
      </w:pPr>
      <w:r>
        <w:rPr>
          <w:sz w:val="22"/>
        </w:rPr>
        <w:t>A. TCP</w:t>
      </w:r>
    </w:p>
    <w:p>
      <w:pPr>
        <w:pStyle w:val="ListParagraph"/>
      </w:pPr>
      <w:r>
        <w:rPr>
          <w:sz w:val="22"/>
        </w:rPr>
        <w:t>B. UDP</w:t>
      </w:r>
    </w:p>
    <w:p>
      <w:pPr>
        <w:pStyle w:val="ListParagraph"/>
      </w:pPr>
      <w:r>
        <w:rPr>
          <w:sz w:val="22"/>
        </w:rPr>
        <w:t>C. DNS</w:t>
      </w:r>
    </w:p>
    <w:p>
      <w:pPr>
        <w:pStyle w:val="ListParagraph"/>
      </w:pPr>
      <w:r>
        <w:rPr>
          <w:sz w:val="22"/>
        </w:rPr>
        <w:t>D. IP</w:t>
      </w:r>
    </w:p>
    <w:p/>
    <w:p>
      <w:r>
        <w:rPr>
          <w:b/>
          <w:sz w:val="24"/>
        </w:rPr>
        <w:t>Câu 8: Giao thức UDP có đặc điểm gì?</w:t>
      </w:r>
    </w:p>
    <w:p>
      <w:pPr>
        <w:pStyle w:val="ListParagraph"/>
      </w:pPr>
      <w:r>
        <w:rPr>
          <w:sz w:val="22"/>
        </w:rPr>
        <w:t>A. Đảm bảo truyền dữ liệu tin cậy.</w:t>
      </w:r>
    </w:p>
    <w:p>
      <w:pPr>
        <w:pStyle w:val="ListParagraph"/>
      </w:pPr>
      <w:r>
        <w:rPr>
          <w:sz w:val="22"/>
        </w:rPr>
        <w:t>B. Truyền dữ liệu nhanh nhưng không đảm bảo tin cậy.</w:t>
      </w:r>
    </w:p>
    <w:p>
      <w:pPr>
        <w:pStyle w:val="ListParagraph"/>
      </w:pPr>
      <w:r>
        <w:rPr>
          <w:sz w:val="22"/>
        </w:rPr>
        <w:t>C. Chỉ dùng cho email.</w:t>
      </w:r>
    </w:p>
    <w:p>
      <w:pPr>
        <w:pStyle w:val="ListParagraph"/>
      </w:pPr>
      <w:r>
        <w:rPr>
          <w:sz w:val="22"/>
        </w:rPr>
        <w:t>D. Yêu cầu thiết lập kết nối trước khi truyền.</w:t>
      </w:r>
    </w:p>
    <w:p/>
    <w:p>
      <w:r>
        <w:rPr>
          <w:b/>
          <w:sz w:val="24"/>
        </w:rPr>
        <w:t>Câu 9: Giao thức nào sau đây được dùng để phân giải tên miền thành địa chỉ IP?</w:t>
      </w:r>
    </w:p>
    <w:p>
      <w:pPr>
        <w:pStyle w:val="ListParagraph"/>
      </w:pPr>
      <w:r>
        <w:rPr>
          <w:sz w:val="22"/>
        </w:rPr>
        <w:t>A. DHCP</w:t>
      </w:r>
    </w:p>
    <w:p>
      <w:pPr>
        <w:pStyle w:val="ListParagraph"/>
      </w:pPr>
      <w:r>
        <w:rPr>
          <w:sz w:val="22"/>
        </w:rPr>
        <w:t>B. DNS</w:t>
      </w:r>
    </w:p>
    <w:p>
      <w:pPr>
        <w:pStyle w:val="ListParagraph"/>
      </w:pPr>
      <w:r>
        <w:rPr>
          <w:sz w:val="22"/>
        </w:rPr>
        <w:t>C. FTP</w:t>
      </w:r>
    </w:p>
    <w:p>
      <w:pPr>
        <w:pStyle w:val="ListParagraph"/>
      </w:pPr>
      <w:r>
        <w:rPr>
          <w:sz w:val="22"/>
        </w:rPr>
        <w:t>D. SNMP</w:t>
      </w:r>
    </w:p>
    <w:p/>
    <w:p>
      <w:r>
        <w:rPr>
          <w:b/>
          <w:sz w:val="24"/>
        </w:rPr>
        <w:t>Câu 10: Giao thức DHCP có chức năng gì?</w:t>
      </w:r>
    </w:p>
    <w:p>
      <w:pPr>
        <w:pStyle w:val="ListParagraph"/>
      </w:pPr>
      <w:r>
        <w:rPr>
          <w:sz w:val="22"/>
        </w:rPr>
        <w:t>A. Cấp phát địa chỉ IP tự động cho các thiết bị trong mạng.</w:t>
      </w:r>
    </w:p>
    <w:p>
      <w:pPr>
        <w:pStyle w:val="ListParagraph"/>
      </w:pPr>
      <w:r>
        <w:rPr>
          <w:sz w:val="22"/>
        </w:rPr>
        <w:t>B. Mã hóa dữ liệu truyền đi.</w:t>
      </w:r>
    </w:p>
    <w:p>
      <w:pPr>
        <w:pStyle w:val="ListParagraph"/>
      </w:pPr>
      <w:r>
        <w:rPr>
          <w:sz w:val="22"/>
        </w:rPr>
        <w:t>C. Quản lý việc gửi và nhận email.</w:t>
      </w:r>
    </w:p>
    <w:p>
      <w:pPr>
        <w:pStyle w:val="ListParagraph"/>
      </w:pPr>
      <w:r>
        <w:rPr>
          <w:sz w:val="22"/>
        </w:rPr>
        <w:t>D. Truyền tải tệp tin.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