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Lịch sử Lớp 11: Chủ đề 1 kết nối tri thức</w:t>
      </w:r>
    </w:p>
    <w:p>
      <w:pPr>
        <w:jc w:val="center"/>
      </w:pPr>
      <w:r>
        <w:rPr>
          <w:sz w:val="22"/>
        </w:rPr>
        <w:t>Số câu: 10    Thời gian: _____ phút    Họ và tên: _________________________</w:t>
      </w:r>
    </w:p>
    <w:p/>
    <w:p>
      <w:r>
        <w:rPr>
          <w:b/>
          <w:sz w:val="24"/>
        </w:rPr>
        <w:t>Câu 1: Cuộc cách mạng tư sản Anh (thế kỉ XVII) diễn ra dưới hình thức nào?</w:t>
      </w:r>
    </w:p>
    <w:p>
      <w:pPr>
        <w:pStyle w:val="ListParagraph"/>
      </w:pPr>
      <w:r>
        <w:rPr>
          <w:sz w:val="22"/>
        </w:rPr>
        <w:t>A. Khởi nghĩa nông dân chống địa chủ</w:t>
      </w:r>
    </w:p>
    <w:p>
      <w:pPr>
        <w:pStyle w:val="ListParagraph"/>
      </w:pPr>
      <w:r>
        <w:rPr>
          <w:sz w:val="22"/>
        </w:rPr>
        <w:t>B. Nội chiến giữa Quốc hội và nhà vua</w:t>
      </w:r>
    </w:p>
    <w:p>
      <w:pPr>
        <w:pStyle w:val="ListParagraph"/>
      </w:pPr>
      <w:r>
        <w:rPr>
          <w:sz w:val="22"/>
        </w:rPr>
        <w:t>C. Đấu tranh giành độc lập dân tộc</w:t>
      </w:r>
    </w:p>
    <w:p>
      <w:pPr>
        <w:pStyle w:val="ListParagraph"/>
      </w:pPr>
      <w:r>
        <w:rPr>
          <w:sz w:val="22"/>
        </w:rPr>
        <w:t>D. Cải cách từ trên xuống của nhà vua</w:t>
      </w:r>
    </w:p>
    <w:p/>
    <w:p>
      <w:r>
        <w:rPr>
          <w:b/>
          <w:sz w:val="24"/>
        </w:rPr>
        <w:t>Câu 2: Sự kiện nào mở đầu cuộc Cách mạng tư sản Pháp cuối thế kỉ XVIII?</w:t>
      </w:r>
    </w:p>
    <w:p>
      <w:pPr>
        <w:pStyle w:val="ListParagraph"/>
      </w:pPr>
      <w:r>
        <w:rPr>
          <w:sz w:val="22"/>
        </w:rPr>
        <w:t>A. Vua Louis XVI bị xử tử</w:t>
      </w:r>
    </w:p>
    <w:p>
      <w:pPr>
        <w:pStyle w:val="ListParagraph"/>
      </w:pPr>
      <w:r>
        <w:rPr>
          <w:sz w:val="22"/>
        </w:rPr>
        <w:t>B. Napoleon lên ngôi hoàng đế</w:t>
      </w:r>
    </w:p>
    <w:p>
      <w:pPr>
        <w:pStyle w:val="ListParagraph"/>
      </w:pPr>
      <w:r>
        <w:rPr>
          <w:sz w:val="22"/>
        </w:rPr>
        <w:t>C. Tuyên ngôn Nhân quyền và Dân quyền ra đời</w:t>
      </w:r>
    </w:p>
    <w:p>
      <w:pPr>
        <w:pStyle w:val="ListParagraph"/>
      </w:pPr>
      <w:r>
        <w:rPr>
          <w:sz w:val="22"/>
        </w:rPr>
        <w:t>D. Quần chúng tấn công ngục Bastille</w:t>
      </w:r>
    </w:p>
    <w:p/>
    <w:p>
      <w:r>
        <w:rPr>
          <w:b/>
          <w:sz w:val="24"/>
        </w:rPr>
        <w:t>Câu 3: Đặc điểm nổi bật của cuộc Cách mạng công nghiệp lần thứ nhất là gì?</w:t>
      </w:r>
    </w:p>
    <w:p>
      <w:pPr>
        <w:pStyle w:val="ListParagraph"/>
      </w:pPr>
      <w:r>
        <w:rPr>
          <w:sz w:val="22"/>
        </w:rPr>
        <w:t>A. Ứng dụng trí tuệ nhân tạo vào sản xuất</w:t>
      </w:r>
    </w:p>
    <w:p>
      <w:pPr>
        <w:pStyle w:val="ListParagraph"/>
      </w:pPr>
      <w:r>
        <w:rPr>
          <w:sz w:val="22"/>
        </w:rPr>
        <w:t>B. Sử dụng năng lượng điện và dây chuyền sản xuất</w:t>
      </w:r>
    </w:p>
    <w:p>
      <w:pPr>
        <w:pStyle w:val="ListParagraph"/>
      </w:pPr>
      <w:r>
        <w:rPr>
          <w:sz w:val="22"/>
        </w:rPr>
        <w:t>C. Chuyển từ lao động thủ công sang máy móc</w:t>
      </w:r>
    </w:p>
    <w:p>
      <w:pPr>
        <w:pStyle w:val="ListParagraph"/>
      </w:pPr>
      <w:r>
        <w:rPr>
          <w:sz w:val="22"/>
        </w:rPr>
        <w:t>D. Phát triển công nghệ thông tin và internet</w:t>
      </w:r>
    </w:p>
    <w:p/>
    <w:p>
      <w:r>
        <w:rPr>
          <w:b/>
          <w:sz w:val="24"/>
        </w:rPr>
        <w:t>Câu 4: Hệ quả xã hội quan trọng của Cách mạng công nghiệp là sự hình thành hai giai cấp cơ bản nào?</w:t>
      </w:r>
    </w:p>
    <w:p>
      <w:pPr>
        <w:pStyle w:val="ListParagraph"/>
      </w:pPr>
      <w:r>
        <w:rPr>
          <w:sz w:val="22"/>
        </w:rPr>
        <w:t>A. Tư sản và vô sản</w:t>
      </w:r>
    </w:p>
    <w:p>
      <w:pPr>
        <w:pStyle w:val="ListParagraph"/>
      </w:pPr>
      <w:r>
        <w:rPr>
          <w:sz w:val="22"/>
        </w:rPr>
        <w:t>B. Lãnh chúa và nông nô</w:t>
      </w:r>
    </w:p>
    <w:p>
      <w:pPr>
        <w:pStyle w:val="ListParagraph"/>
      </w:pPr>
      <w:r>
        <w:rPr>
          <w:sz w:val="22"/>
        </w:rPr>
        <w:t>C. Quý tộc và nô lệ</w:t>
      </w:r>
    </w:p>
    <w:p>
      <w:pPr>
        <w:pStyle w:val="ListParagraph"/>
      </w:pPr>
      <w:r>
        <w:rPr>
          <w:sz w:val="22"/>
        </w:rPr>
        <w:t>D. Địa chủ và nông dân</w:t>
      </w:r>
    </w:p>
    <w:p/>
    <w:p>
      <w:r>
        <w:rPr>
          <w:b/>
          <w:sz w:val="24"/>
        </w:rPr>
        <w:t>Câu 5: Mục tiêu chính của phong trào đấu tranh giành độc lập ở Mĩ Latinh đầu thế kỉ XIX là gì?</w:t>
      </w:r>
    </w:p>
    <w:p>
      <w:pPr>
        <w:pStyle w:val="ListParagraph"/>
      </w:pPr>
      <w:r>
        <w:rPr>
          <w:sz w:val="22"/>
        </w:rPr>
        <w:t>A. Xóa bỏ chế độ nô lệ và phân biệt chủng tộc</w:t>
      </w:r>
    </w:p>
    <w:p>
      <w:pPr>
        <w:pStyle w:val="ListParagraph"/>
      </w:pPr>
      <w:r>
        <w:rPr>
          <w:sz w:val="22"/>
        </w:rPr>
        <w:t>B. Thành lập các quốc gia xã hội chủ nghĩa</w:t>
      </w:r>
    </w:p>
    <w:p>
      <w:pPr>
        <w:pStyle w:val="ListParagraph"/>
      </w:pPr>
      <w:r>
        <w:rPr>
          <w:sz w:val="22"/>
        </w:rPr>
        <w:t>C. Lật đổ chế độ phong kiến, giành ruộng đất</w:t>
      </w:r>
    </w:p>
    <w:p>
      <w:pPr>
        <w:pStyle w:val="ListParagraph"/>
      </w:pPr>
      <w:r>
        <w:rPr>
          <w:sz w:val="22"/>
        </w:rPr>
        <w:t>D. Thoát khỏi ách thống trị của thực dân Tây Ban Nha, Bồ Đào Nha</w:t>
      </w:r>
    </w:p>
    <w:p/>
    <w:p>
      <w:r>
        <w:rPr>
          <w:b/>
          <w:sz w:val="24"/>
        </w:rPr>
        <w:t>Câu 6: Cuộc Duy tân Minh Trị (1868) ở Nhật Bản được tiến hành trên lĩnh vực nào?</w:t>
      </w:r>
    </w:p>
    <w:p>
      <w:pPr>
        <w:pStyle w:val="ListParagraph"/>
      </w:pPr>
      <w:r>
        <w:rPr>
          <w:sz w:val="22"/>
        </w:rPr>
        <w:t>A. Chỉ trên lĩnh vực giáo dục</w:t>
      </w:r>
    </w:p>
    <w:p>
      <w:pPr>
        <w:pStyle w:val="ListParagraph"/>
      </w:pPr>
      <w:r>
        <w:rPr>
          <w:sz w:val="22"/>
        </w:rPr>
        <w:t>B. Chỉ trên lĩnh vực quân sự</w:t>
      </w:r>
    </w:p>
    <w:p>
      <w:pPr>
        <w:pStyle w:val="ListParagraph"/>
      </w:pPr>
      <w:r>
        <w:rPr>
          <w:sz w:val="22"/>
        </w:rPr>
        <w:t>C. Chỉ trên lĩnh vực kinh tế</w:t>
      </w:r>
    </w:p>
    <w:p>
      <w:pPr>
        <w:pStyle w:val="ListParagraph"/>
      </w:pPr>
      <w:r>
        <w:rPr>
          <w:sz w:val="22"/>
        </w:rPr>
        <w:t>D. Trên nhiều lĩnh vực: chính trị, kinh tế, quân sự, giáo dục</w:t>
      </w:r>
    </w:p>
    <w:p/>
    <w:p>
      <w:r>
        <w:rPr>
          <w:b/>
          <w:sz w:val="24"/>
        </w:rPr>
        <w:t>Câu 7: Nguyên nhân sâu xa dẫn đến Chiến tranh thế giới thứ nhất (1914 - 1918) là gì?</w:t>
      </w:r>
    </w:p>
    <w:p>
      <w:pPr>
        <w:pStyle w:val="ListParagraph"/>
      </w:pPr>
      <w:r>
        <w:rPr>
          <w:sz w:val="22"/>
        </w:rPr>
        <w:t>A. Mâu thuẫn giữa giai cấp tư sản và vô sản</w:t>
      </w:r>
    </w:p>
    <w:p>
      <w:pPr>
        <w:pStyle w:val="ListParagraph"/>
      </w:pPr>
      <w:r>
        <w:rPr>
          <w:sz w:val="22"/>
        </w:rPr>
        <w:t>B. Xung đột tôn giáo giữa các quốc gia châu Âu</w:t>
      </w:r>
    </w:p>
    <w:p>
      <w:pPr>
        <w:pStyle w:val="ListParagraph"/>
      </w:pPr>
      <w:r>
        <w:rPr>
          <w:sz w:val="22"/>
        </w:rPr>
        <w:t>C. Sự tranh chấp tài nguyên dầu mỏ ở Trung Đông</w:t>
      </w:r>
    </w:p>
    <w:p>
      <w:pPr>
        <w:pStyle w:val="ListParagraph"/>
      </w:pPr>
      <w:r>
        <w:rPr>
          <w:sz w:val="22"/>
        </w:rPr>
        <w:t>D. Mâu thuẫn giữa các nước đế quốc về thị trường và thuộc địa</w:t>
      </w:r>
    </w:p>
    <w:p/>
    <w:p>
      <w:r>
        <w:rPr>
          <w:b/>
          <w:sz w:val="24"/>
        </w:rPr>
        <w:t>Câu 8: Cách mạng tháng Mười Nga năm 1917 do ai lãnh đạo?</w:t>
      </w:r>
    </w:p>
    <w:p>
      <w:pPr>
        <w:pStyle w:val="ListParagraph"/>
      </w:pPr>
      <w:r>
        <w:rPr>
          <w:sz w:val="22"/>
        </w:rPr>
        <w:t>A. Mác và Ph. Ăngghen</w:t>
      </w:r>
    </w:p>
    <w:p>
      <w:pPr>
        <w:pStyle w:val="ListParagraph"/>
      </w:pPr>
      <w:r>
        <w:rPr>
          <w:sz w:val="22"/>
        </w:rPr>
        <w:t>B. V.I. Lênin và Đảng Bônsêvích</w:t>
      </w:r>
    </w:p>
    <w:p>
      <w:pPr>
        <w:pStyle w:val="ListParagraph"/>
      </w:pPr>
      <w:r>
        <w:rPr>
          <w:sz w:val="22"/>
        </w:rPr>
        <w:t>C. G. Oasinhtơn</w:t>
      </w:r>
    </w:p>
    <w:p>
      <w:pPr>
        <w:pStyle w:val="ListParagraph"/>
      </w:pPr>
      <w:r>
        <w:rPr>
          <w:sz w:val="22"/>
        </w:rPr>
        <w:t>D. M. Rôbexpia</w:t>
      </w:r>
    </w:p>
    <w:p/>
    <w:p>
      <w:r>
        <w:rPr>
          <w:b/>
          <w:sz w:val="24"/>
        </w:rPr>
        <w:t>Câu 9: Ý nào phản ánh đúng tính chất của cuộc Cách mạng tháng Mười Nga năm 1917?</w:t>
      </w:r>
    </w:p>
    <w:p>
      <w:pPr>
        <w:pStyle w:val="ListParagraph"/>
      </w:pPr>
      <w:r>
        <w:rPr>
          <w:sz w:val="22"/>
        </w:rPr>
        <w:t>A. Cách mạng giải phóng dân tộc</w:t>
      </w:r>
    </w:p>
    <w:p>
      <w:pPr>
        <w:pStyle w:val="ListParagraph"/>
      </w:pPr>
      <w:r>
        <w:rPr>
          <w:sz w:val="22"/>
        </w:rPr>
        <w:t>B. Cách mạng tư sản kiểu mới</w:t>
      </w:r>
    </w:p>
    <w:p>
      <w:pPr>
        <w:pStyle w:val="ListParagraph"/>
      </w:pPr>
      <w:r>
        <w:rPr>
          <w:sz w:val="22"/>
        </w:rPr>
        <w:t>C. Cách mạng dân chủ tư sản</w:t>
      </w:r>
    </w:p>
    <w:p>
      <w:pPr>
        <w:pStyle w:val="ListParagraph"/>
      </w:pPr>
      <w:r>
        <w:rPr>
          <w:sz w:val="22"/>
        </w:rPr>
        <w:t>D. Cách mạng xã hội chủ nghĩa</w:t>
      </w:r>
    </w:p>
    <w:p/>
    <w:p>
      <w:r>
        <w:rPr>
          <w:b/>
          <w:sz w:val="24"/>
        </w:rPr>
        <w:t>Câu 10: Đâu là một trong những thành tựu tiêu biểu của Cách mạng công nghiệp lần thứ hai?</w:t>
      </w:r>
    </w:p>
    <w:p>
      <w:pPr>
        <w:pStyle w:val="ListParagraph"/>
      </w:pPr>
      <w:r>
        <w:rPr>
          <w:sz w:val="22"/>
        </w:rPr>
        <w:t>A. Máy dệt của Ét-mơn Các-rai</w:t>
      </w:r>
    </w:p>
    <w:p>
      <w:pPr>
        <w:pStyle w:val="ListParagraph"/>
      </w:pPr>
      <w:r>
        <w:rPr>
          <w:sz w:val="22"/>
        </w:rPr>
        <w:t>B. Đầu máy xe lửa Xti-phen-xơn</w:t>
      </w:r>
    </w:p>
    <w:p>
      <w:pPr>
        <w:pStyle w:val="ListParagraph"/>
      </w:pPr>
      <w:r>
        <w:rPr>
          <w:sz w:val="22"/>
        </w:rPr>
        <w:t>C. Máy hơi nước của Giêm Oát</w:t>
      </w:r>
    </w:p>
    <w:p>
      <w:pPr>
        <w:pStyle w:val="ListParagraph"/>
      </w:pPr>
      <w:r>
        <w:rPr>
          <w:sz w:val="22"/>
        </w:rPr>
        <w:t>D. Động cơ đốt trong và điện năng</w:t>
      </w:r>
    </w:p>
    <w:p/>
    <w:p>
      <w:r>
        <w:t>──────────────────────────────────────────────────</w:t>
      </w:r>
    </w:p>
    <w:p>
      <w:r>
        <w:rPr>
          <w:b/>
        </w:rPr>
        <w:t>BẢNG ĐÁP ÁN &amp; LỜI GIẢI CHI TIẾT</w:t>
      </w:r>
    </w:p>
    <w:p>
      <w:r>
        <w:rPr>
          <w:b/>
        </w:rPr>
        <w:t>Câu 1: Đáp án đúng: B</w:t>
      </w:r>
    </w:p>
    <w:p>
      <w:r>
        <w:rPr>
          <w:i/>
        </w:rPr>
        <w:t>Giải thích: Cách mạng tư sản Anh diễn ra chủ yếu dưới hình thức nội chiến giữa lực lượng Quốc hội (do tầng lớp tư sản, quý tộc mới lãnh đạo) và nhà vua.</w:t>
      </w:r>
    </w:p>
    <w:p>
      <w:r>
        <w:rPr>
          <w:b/>
        </w:rPr>
        <w:t>Câu 2: Đáp án đúng: D</w:t>
      </w:r>
    </w:p>
    <w:p>
      <w:r>
        <w:rPr>
          <w:i/>
        </w:rPr>
        <w:t>Giải thích: Ngày 14-7-1789, quần chúng Paris tấn công ngục Bastille, mở đầu cuộc Cách mạng tư sản Pháp.</w:t>
      </w:r>
    </w:p>
    <w:p>
      <w:r>
        <w:rPr>
          <w:b/>
        </w:rPr>
        <w:t>Câu 3: Đáp án đúng: C</w:t>
      </w:r>
    </w:p>
    <w:p>
      <w:r>
        <w:rPr>
          <w:i/>
        </w:rPr>
        <w:t>Giải thích: Cách mạng công nghiệp lần thứ nhất gắn với việc chuyển từ lao động thủ công sang sử dụng máy móc, bắt đầu từ ngành dệt ở Anh.</w:t>
      </w:r>
    </w:p>
    <w:p>
      <w:r>
        <w:rPr>
          <w:b/>
        </w:rPr>
        <w:t>Câu 4: Đáp án đúng: A</w:t>
      </w:r>
    </w:p>
    <w:p>
      <w:r>
        <w:rPr>
          <w:i/>
        </w:rPr>
        <w:t>Giải thích: Cách mạng công nghiệp làm hình thành hai giai cấp cơ bản trong xã hội tư bản là giai cấp tư sản và giai cấp vô sản.</w:t>
      </w:r>
    </w:p>
    <w:p>
      <w:r>
        <w:rPr>
          <w:b/>
        </w:rPr>
        <w:t>Câu 5: Đáp án đúng: D</w:t>
      </w:r>
    </w:p>
    <w:p>
      <w:r>
        <w:rPr>
          <w:i/>
        </w:rPr>
        <w:t>Giải thích: Phong trào đấu tranh ở Mĩ Latinh đầu thế kỉ XIX nhằm lật đổ ách thống trị của thực dân Tây Ban Nha và Bồ Đào Nha, giành độc lập dân tộc.</w:t>
      </w:r>
    </w:p>
    <w:p>
      <w:r>
        <w:rPr>
          <w:b/>
        </w:rPr>
        <w:t>Câu 6: Đáp án đúng: D</w:t>
      </w:r>
    </w:p>
    <w:p>
      <w:r>
        <w:rPr>
          <w:i/>
        </w:rPr>
        <w:t>Giải thích: Duy tân Minh Trị là cuộc cải cách toàn diện trên nhiều lĩnh vực: chính trị, kinh tế, quân sự, giáo dục - văn hóa.</w:t>
      </w:r>
    </w:p>
    <w:p>
      <w:r>
        <w:rPr>
          <w:b/>
        </w:rPr>
        <w:t>Câu 7: Đáp án đúng: D</w:t>
      </w:r>
    </w:p>
    <w:p>
      <w:r>
        <w:rPr>
          <w:i/>
        </w:rPr>
        <w:t>Giải thích: Nguyên nhân sâu xa của Chiến tranh thế giới thứ nhất là mâu thuẫn giữa các nước đế quốc về vấn đề thị trường và thuộc địa.</w:t>
      </w:r>
    </w:p>
    <w:p>
      <w:r>
        <w:rPr>
          <w:b/>
        </w:rPr>
        <w:t>Câu 8: Đáp án đúng: B</w:t>
      </w:r>
    </w:p>
    <w:p>
      <w:r>
        <w:rPr>
          <w:i/>
        </w:rPr>
        <w:t>Giải thích: Cách mạng tháng Mười Nga năm 1917 do V.I. Lênin và Đảng Bônsêvích lãnh đạo.</w:t>
      </w:r>
    </w:p>
    <w:p>
      <w:r>
        <w:rPr>
          <w:b/>
        </w:rPr>
        <w:t>Câu 9: Đáp án đúng: D</w:t>
      </w:r>
    </w:p>
    <w:p>
      <w:r>
        <w:rPr>
          <w:i/>
        </w:rPr>
        <w:t>Giải thích: Cách mạng tháng Mười Nga năm 1917 là cuộc cách mạng xã hội chủ nghĩa, lật đổ chính quyền tư sản, thiết lập chính quyền Xô viết.</w:t>
      </w:r>
    </w:p>
    <w:p>
      <w:r>
        <w:rPr>
          <w:b/>
        </w:rPr>
        <w:t>Câu 10: Đáp án đúng: D</w:t>
      </w:r>
    </w:p>
    <w:p>
      <w:r>
        <w:rPr>
          <w:i/>
        </w:rPr>
        <w:t>Giải thích: Cách mạng công nghiệp lần thứ hai gắn với việc sử dụng điện năng, động cơ đốt trong và nhiều thành tựu khoa học - kĩ thuật mới.</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