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Lịch sử - Đầu thế kỉ XVII, trong quá trình kinh tế tư bản ch</w:t>
      </w:r>
    </w:p>
    <w:p>
      <w:pPr>
        <w:jc w:val="center"/>
      </w:pPr>
      <w:r>
        <w:rPr>
          <w:sz w:val="22"/>
        </w:rPr>
        <w:t>Số câu: 31    Thời gian: _____ phút    Họ và tên: _________________________</w:t>
      </w:r>
    </w:p>
    <w:p/>
    <w:p>
      <w:r>
        <w:rPr>
          <w:b/>
          <w:sz w:val="24"/>
        </w:rPr>
        <w:t>Câu 1: Đầu thế kỉ XVII, trong quá trình kinh tế tư bản chủ nghĩa phát triển ở Anh, ngành công nghiệp giữ vị trí phát triển nổi bật nhất là</w:t>
      </w:r>
    </w:p>
    <w:p>
      <w:pPr>
        <w:pStyle w:val="ListParagraph"/>
      </w:pPr>
      <w:r>
        <w:rPr>
          <w:sz w:val="22"/>
        </w:rPr>
        <w:t>A. luyện kim.</w:t>
      </w:r>
    </w:p>
    <w:p>
      <w:pPr>
        <w:pStyle w:val="ListParagraph"/>
      </w:pPr>
      <w:r>
        <w:rPr>
          <w:sz w:val="22"/>
        </w:rPr>
        <w:t>B. máy hơi nước.</w:t>
      </w:r>
    </w:p>
    <w:p>
      <w:pPr>
        <w:pStyle w:val="ListParagraph"/>
      </w:pPr>
      <w:r>
        <w:rPr>
          <w:sz w:val="22"/>
        </w:rPr>
        <w:t>C. len, dạ.</w:t>
      </w:r>
    </w:p>
    <w:p>
      <w:pPr>
        <w:pStyle w:val="ListParagraph"/>
      </w:pPr>
      <w:r>
        <w:rPr>
          <w:sz w:val="22"/>
        </w:rPr>
        <w:t>D. chế tạo máy móc.</w:t>
      </w:r>
    </w:p>
    <w:p/>
    <w:p>
      <w:r>
        <w:rPr>
          <w:b/>
          <w:sz w:val="24"/>
        </w:rPr>
        <w:t>Câu 2: Trong xã hội Pháp trước Cách mạng cuối thế kỉ XVIII, Đẳng cấp thứ ba bao gồm những lực lượng xã hội nào sau đây?</w:t>
      </w:r>
    </w:p>
    <w:p>
      <w:pPr>
        <w:pStyle w:val="ListParagraph"/>
      </w:pPr>
      <w:r>
        <w:rPr>
          <w:sz w:val="22"/>
        </w:rPr>
        <w:t>A. Tư sản, nông dân, bình dân thành thị.</w:t>
      </w:r>
    </w:p>
    <w:p>
      <w:pPr>
        <w:pStyle w:val="ListParagraph"/>
      </w:pPr>
      <w:r>
        <w:rPr>
          <w:sz w:val="22"/>
        </w:rPr>
        <w:t>B. Quý tộc, nông dân, tăng lữ, thợ thủ công.</w:t>
      </w:r>
    </w:p>
    <w:p>
      <w:pPr>
        <w:pStyle w:val="ListParagraph"/>
      </w:pPr>
      <w:r>
        <w:rPr>
          <w:sz w:val="22"/>
        </w:rPr>
        <w:t>C. Tăng lữ, quý tộc và tư sản, nông dân.</w:t>
      </w:r>
    </w:p>
    <w:p>
      <w:pPr>
        <w:pStyle w:val="ListParagraph"/>
      </w:pPr>
      <w:r>
        <w:rPr>
          <w:sz w:val="22"/>
        </w:rPr>
        <w:t>D. Vua, quan lại, tăng lữ, bình dân thành thị.</w:t>
      </w:r>
    </w:p>
    <w:p/>
    <w:p>
      <w:r>
        <w:rPr>
          <w:b/>
          <w:sz w:val="24"/>
        </w:rPr>
        <w:t>Câu 3: Giữa thế kỉ XVIII, sự phát triển kinh tế ở miền Bắc của 13 thuộc địa Anh tại Bắc Mĩ chủ yếu dựa vào hoạt động nào sau đây?</w:t>
      </w:r>
    </w:p>
    <w:p>
      <w:pPr>
        <w:pStyle w:val="ListParagraph"/>
      </w:pPr>
      <w:r>
        <w:rPr>
          <w:sz w:val="22"/>
        </w:rPr>
        <w:t>A. Kinh tế đồn điền trồng cây công nghiệp.</w:t>
      </w:r>
    </w:p>
    <w:p>
      <w:pPr>
        <w:pStyle w:val="ListParagraph"/>
      </w:pPr>
      <w:r>
        <w:rPr>
          <w:sz w:val="22"/>
        </w:rPr>
        <w:t>B. Công trường thủ công và hoạt động thương nghiệp.</w:t>
      </w:r>
    </w:p>
    <w:p>
      <w:pPr>
        <w:pStyle w:val="ListParagraph"/>
      </w:pPr>
      <w:r>
        <w:rPr>
          <w:sz w:val="22"/>
        </w:rPr>
        <w:t>C. Kinh tế trang trại quy mô lớn và chăn nuôi.</w:t>
      </w:r>
    </w:p>
    <w:p>
      <w:pPr>
        <w:pStyle w:val="ListParagraph"/>
      </w:pPr>
      <w:r>
        <w:rPr>
          <w:sz w:val="22"/>
        </w:rPr>
        <w:t>D. Khai thác tài nguyên khoáng sản và dầu mỏ.</w:t>
      </w:r>
    </w:p>
    <w:p/>
    <w:p>
      <w:r>
        <w:rPr>
          <w:b/>
          <w:sz w:val="24"/>
        </w:rPr>
        <w:t>Câu 4: Giữa thế kỉ XVIII, nếu phân biệt hai khu vực kinh tế của 13 thuộc địa Anh ở Bắc Mĩ, thì đặc điểm nổi bật của miền Nam là gì?</w:t>
      </w:r>
    </w:p>
    <w:p>
      <w:pPr>
        <w:pStyle w:val="ListParagraph"/>
      </w:pPr>
      <w:r>
        <w:rPr>
          <w:sz w:val="22"/>
        </w:rPr>
        <w:t>A. Phát triển công trường thủ công và thương nghiệp.</w:t>
      </w:r>
    </w:p>
    <w:p>
      <w:pPr>
        <w:pStyle w:val="ListParagraph"/>
      </w:pPr>
      <w:r>
        <w:rPr>
          <w:sz w:val="22"/>
        </w:rPr>
        <w:t>B. Phát triển kinh tế đồn điền và trang trại.</w:t>
      </w:r>
    </w:p>
    <w:p>
      <w:pPr>
        <w:pStyle w:val="ListParagraph"/>
      </w:pPr>
      <w:r>
        <w:rPr>
          <w:sz w:val="22"/>
        </w:rPr>
        <w:t>C. Phát triển mạnh luyện kim và đóng tàu.</w:t>
      </w:r>
    </w:p>
    <w:p>
      <w:pPr>
        <w:pStyle w:val="ListParagraph"/>
      </w:pPr>
      <w:r>
        <w:rPr>
          <w:sz w:val="22"/>
        </w:rPr>
        <w:t>D. Phát triển chủ yếu khai thác khoáng sản.</w:t>
      </w:r>
    </w:p>
    <w:p/>
    <w:p>
      <w:r>
        <w:rPr>
          <w:b/>
          <w:sz w:val="24"/>
        </w:rPr>
        <w:t>Câu 5: Từ thế kỉ XVII, sự phát triển của kinh tế tư bản chủ nghĩa ở nông thôn Anh đã tác động như thế nào đến phương thức kinh doanh trong nông nghiệp?</w:t>
      </w:r>
    </w:p>
    <w:p>
      <w:pPr>
        <w:pStyle w:val="ListParagraph"/>
      </w:pPr>
      <w:r>
        <w:rPr>
          <w:sz w:val="22"/>
        </w:rPr>
        <w:t>A. Duy trì phương thức sản xuất phong kiến, nhỏ lẻ và khép kín.</w:t>
      </w:r>
    </w:p>
    <w:p>
      <w:pPr>
        <w:pStyle w:val="ListParagraph"/>
      </w:pPr>
      <w:r>
        <w:rPr>
          <w:sz w:val="22"/>
        </w:rPr>
        <w:t>B. Làm cho phương thức kinh doanh tư bản chủ nghĩa thâm nhập mạnh vào nông nghiệp.</w:t>
      </w:r>
    </w:p>
    <w:p>
      <w:pPr>
        <w:pStyle w:val="ListParagraph"/>
      </w:pPr>
      <w:r>
        <w:rPr>
          <w:sz w:val="22"/>
        </w:rPr>
        <w:t>C. Làm cho nông nghiệp Anh phụ thuộc chủ yếu vào nông phẩm nhập khẩu từ Pháp.</w:t>
      </w:r>
    </w:p>
    <w:p>
      <w:pPr>
        <w:pStyle w:val="ListParagraph"/>
      </w:pPr>
      <w:r>
        <w:rPr>
          <w:sz w:val="22"/>
        </w:rPr>
        <w:t>D. Làm cho sản xuất nông nghiệp chuyển hoàn toàn sang trồng cây công nghiệp.</w:t>
      </w:r>
    </w:p>
    <w:p/>
    <w:p>
      <w:r>
        <w:rPr>
          <w:b/>
          <w:sz w:val="24"/>
        </w:rPr>
        <w:t>Câu 6: Mục tiêu chung của cách cuộc cách mạng tư sản ở thế kỉ XVI- XVIII là gì?</w:t>
      </w:r>
    </w:p>
    <w:p>
      <w:pPr>
        <w:pStyle w:val="ListParagraph"/>
      </w:pPr>
      <w:r>
        <w:rPr>
          <w:sz w:val="22"/>
        </w:rPr>
        <w:t>A. Lật đổ chế độ phong kiến, thực dân cùng những tàn tích của nó.</w:t>
      </w:r>
    </w:p>
    <w:p>
      <w:pPr>
        <w:pStyle w:val="ListParagraph"/>
      </w:pPr>
      <w:r>
        <w:rPr>
          <w:sz w:val="22"/>
        </w:rPr>
        <w:t>B. Lật đổ xã hội nguyên thủy, cổ đại cùng tàn tích của nó.</w:t>
      </w:r>
    </w:p>
    <w:p>
      <w:pPr>
        <w:pStyle w:val="ListParagraph"/>
      </w:pPr>
      <w:r>
        <w:rPr>
          <w:sz w:val="22"/>
        </w:rPr>
        <w:t>C. Tạo điều kiện cho sự phát triển của chế độ phong kiến.</w:t>
      </w:r>
    </w:p>
    <w:p>
      <w:pPr>
        <w:pStyle w:val="ListParagraph"/>
      </w:pPr>
      <w:r>
        <w:rPr>
          <w:sz w:val="22"/>
        </w:rPr>
        <w:t>D. Mở đường cho sự phát triển của chủ nghĩa xã hội.</w:t>
      </w:r>
    </w:p>
    <w:p/>
    <w:p>
      <w:r>
        <w:rPr>
          <w:b/>
          <w:sz w:val="24"/>
        </w:rPr>
        <w:t>Câu 7: Cuộc Cách mạng tư sản Anh thế kỉ XVII diễn ra chủ yếu dưới hình thức nào sau đây?</w:t>
      </w:r>
    </w:p>
    <w:p>
      <w:pPr>
        <w:pStyle w:val="ListParagraph"/>
      </w:pPr>
      <w:r>
        <w:rPr>
          <w:sz w:val="22"/>
        </w:rPr>
        <w:t>A. Chiến tranh giành độc lập.</w:t>
      </w:r>
    </w:p>
    <w:p>
      <w:pPr>
        <w:pStyle w:val="ListParagraph"/>
      </w:pPr>
      <w:r>
        <w:rPr>
          <w:sz w:val="22"/>
        </w:rPr>
        <w:t>B. Nội chiến cách mạng.</w:t>
      </w:r>
    </w:p>
    <w:p>
      <w:pPr>
        <w:pStyle w:val="ListParagraph"/>
      </w:pPr>
      <w:r>
        <w:rPr>
          <w:sz w:val="22"/>
        </w:rPr>
        <w:t>C. Chiến tranh xâm lược.</w:t>
      </w:r>
    </w:p>
    <w:p>
      <w:pPr>
        <w:pStyle w:val="ListParagraph"/>
      </w:pPr>
      <w:r>
        <w:rPr>
          <w:sz w:val="22"/>
        </w:rPr>
        <w:t>D. Đấu tranh chính trị, hòa bình.</w:t>
      </w:r>
    </w:p>
    <w:p/>
    <w:p>
      <w:r>
        <w:rPr>
          <w:b/>
          <w:sz w:val="24"/>
        </w:rPr>
        <w:t>Câu 8: Lực lượng nào sau đây giữ vai trò lãnh đạo trong các cuộc cách mạng tư sản?</w:t>
      </w:r>
    </w:p>
    <w:p>
      <w:pPr>
        <w:pStyle w:val="ListParagraph"/>
      </w:pPr>
      <w:r>
        <w:rPr>
          <w:sz w:val="22"/>
        </w:rPr>
        <w:t>A. Giai cấp tư sản.</w:t>
      </w:r>
    </w:p>
    <w:p>
      <w:pPr>
        <w:pStyle w:val="ListParagraph"/>
      </w:pPr>
      <w:r>
        <w:rPr>
          <w:sz w:val="22"/>
        </w:rPr>
        <w:t>B. Giai cấp công nhân.</w:t>
      </w:r>
    </w:p>
    <w:p>
      <w:pPr>
        <w:pStyle w:val="ListParagraph"/>
      </w:pPr>
      <w:r>
        <w:rPr>
          <w:sz w:val="22"/>
        </w:rPr>
        <w:t>C. Giai cấp nông dân.</w:t>
      </w:r>
    </w:p>
    <w:p>
      <w:pPr>
        <w:pStyle w:val="ListParagraph"/>
      </w:pPr>
      <w:r>
        <w:rPr>
          <w:sz w:val="22"/>
        </w:rPr>
        <w:t>D. Giai cấp địa chủ.</w:t>
      </w:r>
    </w:p>
    <w:p/>
    <w:p>
      <w:r>
        <w:rPr>
          <w:b/>
          <w:sz w:val="24"/>
        </w:rPr>
        <w:t>Câu 9: [TH] Đặc điểm nổi bật về chính trị của nước Anh và Pháp trước khi bùng nổ các cuộc cách mạng tư sản là</w:t>
      </w:r>
    </w:p>
    <w:p>
      <w:pPr>
        <w:pStyle w:val="ListParagraph"/>
      </w:pPr>
      <w:r>
        <w:rPr>
          <w:sz w:val="22"/>
        </w:rPr>
        <w:t>A. tồn tại chế độ quân chủ chuyên chế.</w:t>
      </w:r>
    </w:p>
    <w:p>
      <w:pPr>
        <w:pStyle w:val="ListParagraph"/>
      </w:pPr>
      <w:r>
        <w:rPr>
          <w:sz w:val="22"/>
        </w:rPr>
        <w:t>B. thuộc địa của chủ nghĩa thực dân.</w:t>
      </w:r>
    </w:p>
    <w:p>
      <w:pPr>
        <w:pStyle w:val="ListParagraph"/>
      </w:pPr>
      <w:r>
        <w:rPr>
          <w:sz w:val="22"/>
        </w:rPr>
        <w:t>C. xuất hiện kinh tế tư bản chủ nghĩa.</w:t>
      </w:r>
    </w:p>
    <w:p>
      <w:pPr>
        <w:pStyle w:val="ListParagraph"/>
      </w:pPr>
      <w:r>
        <w:rPr>
          <w:sz w:val="22"/>
        </w:rPr>
        <w:t>D. xuất hiện trào lưu triết học ánh sáng.</w:t>
      </w:r>
    </w:p>
    <w:p/>
    <w:p>
      <w:r>
        <w:rPr>
          <w:b/>
          <w:sz w:val="24"/>
        </w:rPr>
        <w:t>Câu 10: [TH] Nội dung nào sau đây không phản ánh đúng tình hình nước Pháp trước khi Cách mạng tư sản bùng nổ cuối thế kỉ XVIII?</w:t>
      </w:r>
    </w:p>
    <w:p>
      <w:pPr>
        <w:pStyle w:val="ListParagraph"/>
      </w:pPr>
      <w:r>
        <w:rPr>
          <w:sz w:val="22"/>
        </w:rPr>
        <w:t>A. Lấy thanh giáo làm ngọn cờ tư tưởng.</w:t>
      </w:r>
    </w:p>
    <w:p>
      <w:pPr>
        <w:pStyle w:val="ListParagraph"/>
      </w:pPr>
      <w:r>
        <w:rPr>
          <w:sz w:val="22"/>
        </w:rPr>
        <w:t>B. Xuất hiện trào lưu ánh sáng.</w:t>
      </w:r>
    </w:p>
    <w:p>
      <w:pPr>
        <w:pStyle w:val="ListParagraph"/>
      </w:pPr>
      <w:r>
        <w:rPr>
          <w:sz w:val="22"/>
        </w:rPr>
        <w:t>C. Xã hội phân chia thành các đẳng cấp.</w:t>
      </w:r>
    </w:p>
    <w:p>
      <w:pPr>
        <w:pStyle w:val="ListParagraph"/>
      </w:pPr>
      <w:r>
        <w:rPr>
          <w:sz w:val="22"/>
        </w:rPr>
        <w:t>D. Vua Lu-I XVI có quyền lực tuyệt đối.</w:t>
      </w:r>
    </w:p>
    <w:p/>
    <w:p>
      <w:r>
        <w:rPr>
          <w:b/>
          <w:sz w:val="24"/>
        </w:rPr>
        <w:t>Câu 11: [TH] Để kìm hãm sự phát triển kinh tế của 13 thuộc địa ở Bắc Mĩ, thực dân Anh đã thực hiện chính sách nào sau đây?</w:t>
      </w:r>
    </w:p>
    <w:p>
      <w:pPr>
        <w:pStyle w:val="ListParagraph"/>
      </w:pPr>
      <w:r>
        <w:rPr>
          <w:sz w:val="22"/>
        </w:rPr>
        <w:t>A. Cấm Bắc Mĩ sản xuất nhiều loại hàng công nghiệp.</w:t>
      </w:r>
    </w:p>
    <w:p>
      <w:pPr>
        <w:pStyle w:val="ListParagraph"/>
      </w:pPr>
      <w:r>
        <w:rPr>
          <w:sz w:val="22"/>
        </w:rPr>
        <w:t>B. Chỉ được mở các doanh nghiệp kinh doanh nhỏ.</w:t>
      </w:r>
    </w:p>
    <w:p>
      <w:pPr>
        <w:pStyle w:val="ListParagraph"/>
      </w:pPr>
      <w:r>
        <w:rPr>
          <w:sz w:val="22"/>
        </w:rPr>
        <w:t>C. Cấm đem máy móc và thợ lành nghề sang Anh.</w:t>
      </w:r>
    </w:p>
    <w:p>
      <w:pPr>
        <w:pStyle w:val="ListParagraph"/>
      </w:pPr>
      <w:r>
        <w:rPr>
          <w:sz w:val="22"/>
        </w:rPr>
        <w:t>D. Không được tự do buôn bán với các nước khác.</w:t>
      </w:r>
    </w:p>
    <w:p/>
    <w:p>
      <w:r>
        <w:rPr>
          <w:b/>
          <w:sz w:val="24"/>
        </w:rPr>
        <w:t>Câu 12: [TH] Nhận định nào sau đây phản ánh đúng đặc điểm nổi bật của kinh tế 13 thuộc địa Anh ở Bắc Mĩ giữa thế kỉ XVIII?</w:t>
      </w:r>
    </w:p>
    <w:p>
      <w:pPr>
        <w:pStyle w:val="ListParagraph"/>
      </w:pPr>
      <w:r>
        <w:rPr>
          <w:sz w:val="22"/>
        </w:rPr>
        <w:t>A. Miền Nam phát triển kinh tế công nghiệp.</w:t>
      </w:r>
    </w:p>
    <w:p>
      <w:pPr>
        <w:pStyle w:val="ListParagraph"/>
      </w:pPr>
      <w:r>
        <w:rPr>
          <w:sz w:val="22"/>
        </w:rPr>
        <w:t>B. Miền Bắc phát triển kinh tế thương nghiệp.</w:t>
      </w:r>
    </w:p>
    <w:p>
      <w:pPr>
        <w:pStyle w:val="ListParagraph"/>
      </w:pPr>
      <w:r>
        <w:rPr>
          <w:sz w:val="22"/>
        </w:rPr>
        <w:t>C. Kinh tế phát triển theo con đường tư bản chủ nghĩa.</w:t>
      </w:r>
    </w:p>
    <w:p>
      <w:pPr>
        <w:pStyle w:val="ListParagraph"/>
      </w:pPr>
      <w:r>
        <w:rPr>
          <w:sz w:val="22"/>
        </w:rPr>
        <w:t>D. Phát triển các đồn điền, trang trại lớn ở cả hai miền.</w:t>
      </w:r>
    </w:p>
    <w:p/>
    <w:p>
      <w:r>
        <w:rPr>
          <w:b/>
          <w:sz w:val="24"/>
        </w:rPr>
        <w:t>Câu 13: [TH] Nguyên nhân sâu xa dẫn tới sự bùng nổ Cách mạng tư sản Pháp cuối thế kỉ XVIII là</w:t>
      </w:r>
    </w:p>
    <w:p>
      <w:pPr>
        <w:pStyle w:val="ListParagraph"/>
      </w:pPr>
      <w:r>
        <w:rPr>
          <w:sz w:val="22"/>
        </w:rPr>
        <w:t>A. Nền kinh tế TBCN ra đời nghưng bị chế độ phong kiến kìm hãm.</w:t>
      </w:r>
    </w:p>
    <w:p>
      <w:pPr>
        <w:pStyle w:val="ListParagraph"/>
      </w:pPr>
      <w:r>
        <w:rPr>
          <w:sz w:val="22"/>
        </w:rPr>
        <w:t>B. Chế độ Phong kiến Pháp tồn tại lâu đời và ngày càng khủng hoảng.</w:t>
      </w:r>
    </w:p>
    <w:p>
      <w:pPr>
        <w:pStyle w:val="ListParagraph"/>
      </w:pPr>
      <w:r>
        <w:rPr>
          <w:sz w:val="22"/>
        </w:rPr>
        <w:t>C. Mâu thuẫn trong xã hội sâu sắc, nhất là giữa Đẳng cấp thứ ba với phong kiến.</w:t>
      </w:r>
    </w:p>
    <w:p>
      <w:pPr>
        <w:pStyle w:val="ListParagraph"/>
      </w:pPr>
      <w:r>
        <w:rPr>
          <w:sz w:val="22"/>
        </w:rPr>
        <w:t>D. Nước Anh tư sản là tấm gương cổ vũ tư sản Pháp làm cách mạng.</w:t>
      </w:r>
    </w:p>
    <w:p/>
    <w:p>
      <w:r>
        <w:rPr>
          <w:b/>
          <w:sz w:val="24"/>
        </w:rPr>
        <w:t>Câu 14: [TH] Nội dung nào sau đây không thuộc nhiệm vụ dân chủ của các cuộc cách mạng tư sản?</w:t>
      </w:r>
    </w:p>
    <w:p>
      <w:pPr>
        <w:pStyle w:val="ListParagraph"/>
      </w:pPr>
      <w:r>
        <w:rPr>
          <w:sz w:val="22"/>
        </w:rPr>
        <w:t>A. Xóa bỏ chế độ phong kiến chuyên chế.</w:t>
      </w:r>
    </w:p>
    <w:p>
      <w:pPr>
        <w:pStyle w:val="ListParagraph"/>
      </w:pPr>
      <w:r>
        <w:rPr>
          <w:sz w:val="22"/>
        </w:rPr>
        <w:t>B. Xác lập nền dân chủ tư sản.</w:t>
      </w:r>
    </w:p>
    <w:p>
      <w:pPr>
        <w:pStyle w:val="ListParagraph"/>
      </w:pPr>
      <w:r>
        <w:rPr>
          <w:sz w:val="22"/>
        </w:rPr>
        <w:t>C. Đem lại quyền tự do chính trị, kinh tế cho người dân.</w:t>
      </w:r>
    </w:p>
    <w:p>
      <w:pPr>
        <w:pStyle w:val="ListParagraph"/>
      </w:pPr>
      <w:r>
        <w:rPr>
          <w:sz w:val="22"/>
        </w:rPr>
        <w:t>D. Thống nhất thị trường, tạo thành quốc gia dân tộc.</w:t>
      </w:r>
    </w:p>
    <w:p/>
    <w:p>
      <w:r>
        <w:rPr>
          <w:b/>
          <w:sz w:val="24"/>
        </w:rPr>
        <w:t>Câu 15: [TH] Căn cứ vào lực lượng lãnh đạo và lực lượng tham gia, Cách mạng tháng Hai năm 1917 ở Nga thuộc loại hình cách mạng nào?</w:t>
      </w:r>
    </w:p>
    <w:p>
      <w:pPr>
        <w:pStyle w:val="ListParagraph"/>
      </w:pPr>
      <w:r>
        <w:rPr>
          <w:sz w:val="22"/>
        </w:rPr>
        <w:t>A. Cách mạng dân chủ tư sản kiểu cũ.</w:t>
      </w:r>
    </w:p>
    <w:p>
      <w:pPr>
        <w:pStyle w:val="ListParagraph"/>
      </w:pPr>
      <w:r>
        <w:rPr>
          <w:sz w:val="22"/>
        </w:rPr>
        <w:t>B. Cách mạng vô sản.</w:t>
      </w:r>
    </w:p>
    <w:p>
      <w:pPr>
        <w:pStyle w:val="ListParagraph"/>
      </w:pPr>
      <w:r>
        <w:rPr>
          <w:sz w:val="22"/>
        </w:rPr>
        <w:t>C. Cách mạng dân chủ tư sản kiểu mới.</w:t>
      </w:r>
    </w:p>
    <w:p>
      <w:pPr>
        <w:pStyle w:val="ListParagraph"/>
      </w:pPr>
      <w:r>
        <w:rPr>
          <w:sz w:val="22"/>
        </w:rPr>
        <w:t>D. Cách mạng văn hóa.</w:t>
      </w:r>
    </w:p>
    <w:p/>
    <w:p>
      <w:r>
        <w:rPr>
          <w:b/>
          <w:sz w:val="24"/>
        </w:rPr>
        <w:t>Câu 16: [VDT] Nhận định nào sau đây phản ánh đúng bản chất của tầng lớp quý tộc mới ở Anh?</w:t>
      </w:r>
    </w:p>
    <w:p>
      <w:pPr>
        <w:pStyle w:val="ListParagraph"/>
      </w:pPr>
      <w:r>
        <w:rPr>
          <w:sz w:val="22"/>
        </w:rPr>
        <w:t>A. Tầng lớp có nguồn gốc từ quý tộc phong kiến, cấu kết với tăng lữ bóc lột nhân dân.</w:t>
      </w:r>
    </w:p>
    <w:p>
      <w:pPr>
        <w:pStyle w:val="ListParagraph"/>
      </w:pPr>
      <w:r>
        <w:rPr>
          <w:sz w:val="22"/>
        </w:rPr>
        <w:t>B. Bộ phận quý tộc phong kiến cũ nhưng chuyển hướng kinh doanh theo lối tư bản chủ nghĩa.</w:t>
      </w:r>
    </w:p>
    <w:p>
      <w:pPr>
        <w:pStyle w:val="ListParagraph"/>
      </w:pPr>
      <w:r>
        <w:rPr>
          <w:sz w:val="22"/>
        </w:rPr>
        <w:t>C. Những người có quan hệ gần gũi với nhân dân, có quyền lợi kinh tế gắn liền với giai cấp tư sản.</w:t>
      </w:r>
    </w:p>
    <w:p>
      <w:pPr>
        <w:pStyle w:val="ListParagraph"/>
      </w:pPr>
      <w:r>
        <w:rPr>
          <w:sz w:val="22"/>
        </w:rPr>
        <w:t>D. Tầng lớp đã thực hiện nhiều chính sách cải cách tiến bộ đối với nhân dân.</w:t>
      </w:r>
    </w:p>
    <w:p/>
    <w:p>
      <w:r>
        <w:rPr>
          <w:b/>
          <w:sz w:val="24"/>
        </w:rPr>
        <w:t>Câu 17: [VDT] Từ sự phát triển kinh tế của 13 thuộc địa ở Bắc Mĩ, có thể giải thích việc thực dân Anh thi hành chính sách kìm hãm kinh tế của các thuộc địa như thế nào?</w:t>
      </w:r>
    </w:p>
    <w:p>
      <w:pPr>
        <w:pStyle w:val="ListParagraph"/>
      </w:pPr>
      <w:r>
        <w:rPr>
          <w:sz w:val="22"/>
        </w:rPr>
        <w:t>A. Vì 13 thuộc địa ở Bắc Mĩ cần vốn và thị trường của nước Anh.</w:t>
      </w:r>
    </w:p>
    <w:p>
      <w:pPr>
        <w:pStyle w:val="ListParagraph"/>
      </w:pPr>
      <w:r>
        <w:rPr>
          <w:sz w:val="22"/>
        </w:rPr>
        <w:t>B. Nền kinh tế 13 thuộc địa phát triển một cách tự phát, mất cân đối.</w:t>
      </w:r>
    </w:p>
    <w:p>
      <w:pPr>
        <w:pStyle w:val="ListParagraph"/>
      </w:pPr>
      <w:r>
        <w:rPr>
          <w:sz w:val="22"/>
        </w:rPr>
        <w:t>C. Tạo ra phát triển hài hòa giữa hai miền Nam và Bắc của 13 thuộc địa.</w:t>
      </w:r>
    </w:p>
    <w:p>
      <w:pPr>
        <w:pStyle w:val="ListParagraph"/>
      </w:pPr>
      <w:r>
        <w:rPr>
          <w:sz w:val="22"/>
        </w:rPr>
        <w:t>D. Nền kinh tế 13 thuộc địa trở thành đối thủ cạnh tranh với nước Anh.</w:t>
      </w:r>
    </w:p>
    <w:p/>
    <w:p>
      <w:r>
        <w:rPr>
          <w:b/>
          <w:sz w:val="24"/>
        </w:rPr>
        <w:t>Câu 18: [VDT] Từ vai trò của trào lưu Triết học Ánh sáng đối với các cuộc cách mạng tư sản, nhận định nào sau đây là đúng?</w:t>
      </w:r>
    </w:p>
    <w:p>
      <w:pPr>
        <w:pStyle w:val="ListParagraph"/>
      </w:pPr>
      <w:r>
        <w:rPr>
          <w:sz w:val="22"/>
        </w:rPr>
        <w:t>A. Tấn công vào hệ tư tưởng của chế độ phong kiến, dọn đường cho cách mạng bùng nổ.</w:t>
      </w:r>
    </w:p>
    <w:p>
      <w:pPr>
        <w:pStyle w:val="ListParagraph"/>
      </w:pPr>
      <w:r>
        <w:rPr>
          <w:sz w:val="22"/>
        </w:rPr>
        <w:t>B. Lên án chế độ tư bản chủ nghĩa, đưa ra lí thuyết về xây dựng nhà nước xã hội chủ nghĩa.</w:t>
      </w:r>
    </w:p>
    <w:p>
      <w:pPr>
        <w:pStyle w:val="ListParagraph"/>
      </w:pPr>
      <w:r>
        <w:rPr>
          <w:sz w:val="22"/>
        </w:rPr>
        <w:t>C. Lên án chế độ phong kiến, cũng như những mặt trái của chủ nghĩa tư bản, xây dựng xã hội mới.</w:t>
      </w:r>
    </w:p>
    <w:p>
      <w:pPr>
        <w:pStyle w:val="ListParagraph"/>
      </w:pPr>
      <w:r>
        <w:rPr>
          <w:sz w:val="22"/>
        </w:rPr>
        <w:t>D. Đề cao chế độ phong kiến, lên án chế độ tư bản chủ nghĩa, bênh vực cho người lao động.</w:t>
      </w:r>
    </w:p>
    <w:p/>
    <w:p>
      <w:r>
        <w:rPr>
          <w:b/>
          <w:sz w:val="24"/>
        </w:rPr>
        <w:t>Câu 19: [VDT] Điểm giống nhau cơ bản về tình hình nước Anh và nước Pháp trước các cuộc cách mạng tư sản là</w:t>
      </w:r>
    </w:p>
    <w:p>
      <w:pPr>
        <w:pStyle w:val="ListParagraph"/>
      </w:pPr>
      <w:r>
        <w:rPr>
          <w:sz w:val="22"/>
        </w:rPr>
        <w:t>A. xã hội đều phân chia thành các đẳng cấp, giai cấp khác nhau.</w:t>
      </w:r>
    </w:p>
    <w:p>
      <w:pPr>
        <w:pStyle w:val="ListParagraph"/>
      </w:pPr>
      <w:r>
        <w:rPr>
          <w:sz w:val="22"/>
        </w:rPr>
        <w:t>B. đều có sự xâm nhập của quan hệ sản xuất tư bản chủ nghĩa vào nông nghiệp.</w:t>
      </w:r>
    </w:p>
    <w:p>
      <w:pPr>
        <w:pStyle w:val="ListParagraph"/>
      </w:pPr>
      <w:r>
        <w:rPr>
          <w:sz w:val="22"/>
        </w:rPr>
        <w:t>C. đều xuất hiện tầng lớp quý tộc mới và các lực lượng lao động bị bóc lột.</w:t>
      </w:r>
    </w:p>
    <w:p>
      <w:pPr>
        <w:pStyle w:val="ListParagraph"/>
      </w:pPr>
      <w:r>
        <w:rPr>
          <w:sz w:val="22"/>
        </w:rPr>
        <w:t>D. vấn đề tài chính là nguyên nhân trực tiếp làm bùng nổ cách mạng.</w:t>
      </w:r>
    </w:p>
    <w:p/>
    <w:p>
      <w:r>
        <w:rPr>
          <w:b/>
          <w:sz w:val="24"/>
        </w:rPr>
        <w:t>Câu 20: [VDT] Từ kết quả và mục tiêu của các cuộc cách mạng tư sản thời cận đại, có thể khái quát điểm chung nào sau đây?</w:t>
      </w:r>
    </w:p>
    <w:p>
      <w:pPr>
        <w:pStyle w:val="ListParagraph"/>
      </w:pPr>
      <w:r>
        <w:rPr>
          <w:sz w:val="22"/>
        </w:rPr>
        <w:t>A. Mở đường cho chủ nghĩa tư bản phát triển.</w:t>
      </w:r>
    </w:p>
    <w:p>
      <w:pPr>
        <w:pStyle w:val="ListParagraph"/>
      </w:pPr>
      <w:r>
        <w:rPr>
          <w:sz w:val="22"/>
        </w:rPr>
        <w:t>B. Tư sản và chủ nô lãnh đạo.</w:t>
      </w:r>
    </w:p>
    <w:p>
      <w:pPr>
        <w:pStyle w:val="ListParagraph"/>
      </w:pPr>
      <w:r>
        <w:rPr>
          <w:sz w:val="22"/>
        </w:rPr>
        <w:t>C. Nhằm mục đích xóa bỏ chế độ nô lệ.</w:t>
      </w:r>
    </w:p>
    <w:p>
      <w:pPr>
        <w:pStyle w:val="ListParagraph"/>
      </w:pPr>
      <w:r>
        <w:rPr>
          <w:sz w:val="22"/>
        </w:rPr>
        <w:t>D. Diễn ra dưới hình thức nội chiến.</w:t>
      </w:r>
    </w:p>
    <w:p/>
    <w:p>
      <w:r>
        <w:rPr>
          <w:b/>
          <w:sz w:val="24"/>
        </w:rPr>
        <w:t>Câu 21: [VDT] Từ vai trò của quần chúng nhân dân trong các cuộc cách mạng tư sản, nhận định nào sau đây là phù hợp nhất?</w:t>
      </w:r>
    </w:p>
    <w:p>
      <w:pPr>
        <w:pStyle w:val="ListParagraph"/>
      </w:pPr>
      <w:r>
        <w:rPr>
          <w:sz w:val="22"/>
        </w:rPr>
        <w:t>A. Quần chúng nhân dân luôn bị giai cấp tư sản lợi dụng và không được hưởng bất cứ quyền lợi nào.</w:t>
      </w:r>
    </w:p>
    <w:p>
      <w:pPr>
        <w:pStyle w:val="ListParagraph"/>
      </w:pPr>
      <w:r>
        <w:rPr>
          <w:sz w:val="22"/>
        </w:rPr>
        <w:t>B. Quần chúng nhân dân giữ vai trò lãnh đạo các cuộc cách mạng tư sản.</w:t>
      </w:r>
    </w:p>
    <w:p>
      <w:pPr>
        <w:pStyle w:val="ListParagraph"/>
      </w:pPr>
      <w:r>
        <w:rPr>
          <w:sz w:val="22"/>
        </w:rPr>
        <w:t>C. Quần chúng nhân dân giữ vai trò chính trong việc lật đổ giai cấp tư sản.</w:t>
      </w:r>
    </w:p>
    <w:p>
      <w:pPr>
        <w:pStyle w:val="ListParagraph"/>
      </w:pPr>
      <w:r>
        <w:rPr>
          <w:sz w:val="22"/>
        </w:rPr>
        <w:t>D. Quần chúng nhân dân là lực lượng đông đảo, có vai trò quan trọng thúc đẩy cách mạng đi đến thắng lợi.</w:t>
      </w:r>
    </w:p>
    <w:p/>
    <w:p>
      <w:r>
        <w:rPr>
          <w:b/>
          <w:sz w:val="24"/>
        </w:rPr>
        <w:t>Câu 22: [VDT] Xét cả mục tiêu chống ách thống trị của thực dân Anh và kết quả đạt được, Chiến tranh giành độc lập của 13 thuộc địa Anh ở Bắc Mĩ cuối thế kỉ XVIII được xác định là</w:t>
      </w:r>
    </w:p>
    <w:p>
      <w:pPr>
        <w:pStyle w:val="ListParagraph"/>
      </w:pPr>
      <w:r>
        <w:rPr>
          <w:sz w:val="22"/>
        </w:rPr>
        <w:t>A. Nội chiến đẫm máu.</w:t>
      </w:r>
    </w:p>
    <w:p>
      <w:pPr>
        <w:pStyle w:val="ListParagraph"/>
      </w:pPr>
      <w:r>
        <w:rPr>
          <w:sz w:val="22"/>
        </w:rPr>
        <w:t>B. Cách mạng tư sản triệt để.</w:t>
      </w:r>
    </w:p>
    <w:p>
      <w:pPr>
        <w:pStyle w:val="ListParagraph"/>
      </w:pPr>
      <w:r>
        <w:rPr>
          <w:sz w:val="22"/>
        </w:rPr>
        <w:t>C. Cách mạng tư sản không triệt để.</w:t>
      </w:r>
    </w:p>
    <w:p>
      <w:pPr>
        <w:pStyle w:val="ListParagraph"/>
      </w:pPr>
      <w:r>
        <w:rPr>
          <w:sz w:val="22"/>
        </w:rPr>
        <w:t>D. Chiến tranh giải phóng mang tính chất vô sản.</w:t>
      </w:r>
    </w:p>
    <w:p/>
    <w:p>
      <w:r>
        <w:rPr>
          <w:b/>
          <w:sz w:val="24"/>
        </w:rPr>
        <w:t>Câu 23: [VDT] Điểm khác biệt nổi bật về kết quả của Cách mạng tháng Hai năm 1917 ở Nga so với các cuộc cách mạng tư sản thời cận đại (Anh, Pháp, Mĩ) là gì?</w:t>
      </w:r>
    </w:p>
    <w:p>
      <w:pPr>
        <w:pStyle w:val="ListParagraph"/>
      </w:pPr>
      <w:r>
        <w:rPr>
          <w:sz w:val="22"/>
        </w:rPr>
        <w:t>A. Xóa bỏ hoàn toàn chế độ tư bản chủ nghĩa trên toàn nước Nga.</w:t>
      </w:r>
    </w:p>
    <w:p>
      <w:pPr>
        <w:pStyle w:val="ListParagraph"/>
      </w:pPr>
      <w:r>
        <w:rPr>
          <w:sz w:val="22"/>
        </w:rPr>
        <w:t>B. Đưa giai cấp vô sản lên nắm quyền lãnh đạo tuyệt đối ngay sau cách mạng.</w:t>
      </w:r>
    </w:p>
    <w:p>
      <w:pPr>
        <w:pStyle w:val="ListParagraph"/>
      </w:pPr>
      <w:r>
        <w:rPr>
          <w:sz w:val="22"/>
        </w:rPr>
        <w:t>C. Dẫn đến cục diện hai chính quyền đại diện cho hai giai cấp song song tồn tại.</w:t>
      </w:r>
    </w:p>
    <w:p>
      <w:pPr>
        <w:pStyle w:val="ListParagraph"/>
      </w:pPr>
      <w:r>
        <w:rPr>
          <w:sz w:val="22"/>
        </w:rPr>
        <w:t>D. Giải quyết triệt để vấn đề ruộng đất cho giai cấp nông dân.</w:t>
      </w:r>
    </w:p>
    <w:p/>
    <w:p>
      <w:r>
        <w:rPr>
          <w:b/>
          <w:sz w:val="24"/>
        </w:rPr>
        <w:t>Câu 24: [VDT] Nội dung nào sau đây thể hiện tính chất triệt để của Cách mạng tư sản Pháp (cuối thế kỉ XVIII)?</w:t>
      </w:r>
    </w:p>
    <w:p>
      <w:pPr>
        <w:pStyle w:val="ListParagraph"/>
      </w:pPr>
      <w:r>
        <w:rPr>
          <w:sz w:val="22"/>
        </w:rPr>
        <w:t>A. Giai cấp tư sản lãnh đạo liên minh với quý tộc lãnh đạo quần chúng nhân dân.</w:t>
      </w:r>
    </w:p>
    <w:p>
      <w:pPr>
        <w:pStyle w:val="ListParagraph"/>
      </w:pPr>
      <w:r>
        <w:rPr>
          <w:sz w:val="22"/>
        </w:rPr>
        <w:t>B. Lật đổ chế độ phong kiến chuyên chế và nhân dân được làm chủ đất nước.</w:t>
      </w:r>
    </w:p>
    <w:p>
      <w:pPr>
        <w:pStyle w:val="ListParagraph"/>
      </w:pPr>
      <w:r>
        <w:rPr>
          <w:sz w:val="22"/>
        </w:rPr>
        <w:t>C. Người nông dân được giải quyết vấn đề ruộng đất và tham gia lãnh đạo chính quyền.</w:t>
      </w:r>
    </w:p>
    <w:p>
      <w:pPr>
        <w:pStyle w:val="ListParagraph"/>
      </w:pPr>
      <w:r>
        <w:rPr>
          <w:sz w:val="22"/>
        </w:rPr>
        <w:t>D. Hoàn thành đầy đủ nhiệm vụ dân tộc và dân chủ của cuộc cách mạng tư sản.</w:t>
      </w:r>
    </w:p>
    <w:p/>
    <w:p>
      <w:r>
        <w:rPr>
          <w:b/>
          <w:sz w:val="24"/>
        </w:rPr>
        <w:t>Câu 25: [VDT] Điểm chung cốt lõi trong tư tưởng của các đại biểu thuộc trào lưu Triết học Ánh sáng ở Pháp (thế kỉ XVIII) là gì?</w:t>
      </w:r>
    </w:p>
    <w:p>
      <w:pPr>
        <w:pStyle w:val="ListParagraph"/>
      </w:pPr>
      <w:r>
        <w:rPr>
          <w:sz w:val="22"/>
        </w:rPr>
        <w:t>A. Bảo vệ quyền lợi của giáo hội và giai cấp phong kiến.</w:t>
      </w:r>
    </w:p>
    <w:p>
      <w:pPr>
        <w:pStyle w:val="ListParagraph"/>
      </w:pPr>
      <w:r>
        <w:rPr>
          <w:sz w:val="22"/>
        </w:rPr>
        <w:t>B. Phản đối việc xác lập chế độ tư hữu của giai cấp tư sản.</w:t>
      </w:r>
    </w:p>
    <w:p>
      <w:pPr>
        <w:pStyle w:val="ListParagraph"/>
      </w:pPr>
      <w:r>
        <w:rPr>
          <w:sz w:val="22"/>
        </w:rPr>
        <w:t>C. Đề cao lí trí con người, đòi quyền tự do, bình đẳng và dân chủ.</w:t>
      </w:r>
    </w:p>
    <w:p>
      <w:pPr>
        <w:pStyle w:val="ListParagraph"/>
      </w:pPr>
      <w:r>
        <w:rPr>
          <w:sz w:val="22"/>
        </w:rPr>
        <w:t>D. Kêu gọi giai cấp công nhân tiến hành cách mạng vô sản.</w:t>
      </w:r>
    </w:p>
    <w:p/>
    <w:p>
      <w:r>
        <w:rPr>
          <w:b/>
          <w:sz w:val="24"/>
        </w:rPr>
        <w:t>Câu 26: [VDT] Về điểm tích cực, tiến bộ, Tuyên ngôn Độc lập (1776) ở nước Mỹ và Tuyên ngôn Nhân quyền và Dân quyền (1789) ở nước Pháp có điểm tương đồng nào sau đây?</w:t>
      </w:r>
    </w:p>
    <w:p>
      <w:pPr>
        <w:pStyle w:val="ListParagraph"/>
      </w:pPr>
      <w:r>
        <w:rPr>
          <w:sz w:val="22"/>
        </w:rPr>
        <w:t>A. Bảo vệ quyền lợi cho tất cả các tầng lớp trong xã hội.</w:t>
      </w:r>
    </w:p>
    <w:p>
      <w:pPr>
        <w:pStyle w:val="ListParagraph"/>
      </w:pPr>
      <w:r>
        <w:rPr>
          <w:sz w:val="22"/>
        </w:rPr>
        <w:t>B. Bảo vệ quyền lợi tư hữu cho giai cấp tư sản.</w:t>
      </w:r>
    </w:p>
    <w:p>
      <w:pPr>
        <w:pStyle w:val="ListParagraph"/>
      </w:pPr>
      <w:r>
        <w:rPr>
          <w:sz w:val="22"/>
        </w:rPr>
        <w:t>C. Giải phóng người lao động khỏi áp bức, bóc lột.</w:t>
      </w:r>
    </w:p>
    <w:p>
      <w:pPr>
        <w:pStyle w:val="ListParagraph"/>
      </w:pPr>
      <w:r>
        <w:rPr>
          <w:sz w:val="22"/>
        </w:rPr>
        <w:t>D. Đề cao quyền công dân và quyền con người.</w:t>
      </w:r>
    </w:p>
    <w:p/>
    <w:p>
      <w:r>
        <w:rPr>
          <w:b/>
          <w:sz w:val="24"/>
        </w:rPr>
        <w:t>Câu 27: [VDT] So với nước Anh và Pháp trước khi cuộc cách mạng tư sản bùng nổ, tình hình chính trị ở Bắc Mĩ có điểm khác biệt nào sau đây?</w:t>
      </w:r>
    </w:p>
    <w:p>
      <w:pPr>
        <w:pStyle w:val="ListParagraph"/>
      </w:pPr>
      <w:r>
        <w:rPr>
          <w:sz w:val="22"/>
        </w:rPr>
        <w:t>A. thực dân phương Tây thống trị.</w:t>
      </w:r>
    </w:p>
    <w:p>
      <w:pPr>
        <w:pStyle w:val="ListParagraph"/>
      </w:pPr>
      <w:r>
        <w:rPr>
          <w:sz w:val="22"/>
        </w:rPr>
        <w:t>B. chế độ phong kiến kìm hãm.</w:t>
      </w:r>
    </w:p>
    <w:p>
      <w:pPr>
        <w:pStyle w:val="ListParagraph"/>
      </w:pPr>
      <w:r>
        <w:rPr>
          <w:sz w:val="22"/>
        </w:rPr>
        <w:t>C. xuất hiện tầng lớp quí tộc mới.</w:t>
      </w:r>
    </w:p>
    <w:p>
      <w:pPr>
        <w:pStyle w:val="ListParagraph"/>
      </w:pPr>
      <w:r>
        <w:rPr>
          <w:sz w:val="22"/>
        </w:rPr>
        <w:t>D. xã hội tồn tại chế độ đẳng cấp.</w:t>
      </w:r>
    </w:p>
    <w:p/>
    <w:p>
      <w:r>
        <w:rPr>
          <w:b/>
          <w:sz w:val="24"/>
        </w:rPr>
        <w:t>Câu 28: [TF4] Đọc đoạn tư liệu sau đây:</w:t>
        <w:br/>
        <w:t>“Hiện tượng ‘Cừu ăn thịt người’ là câu nói của Tô – mát Mo – rơ miêu tả thảm cảnh của người nông dân Anh trong phong trào ‘rào đất cướp ruộng’ cuối thế kỉ XV đầu thế kỉ XVI.</w:t>
        <w:br/>
        <w:t>Quý tộc mới (quý tộc tư sản hóa) đã đuổi nông dân ra khỏi những mảnh đất mà họ đã từng canh tác để biến thành đồng cỏ nuôi cừu, kinh doanh thu lợi nhuận, tạo ra sự tích lũy tư bản nguyên thủy”</w:t>
        <w:br/>
        <w:t>(Thomas More, “Utopia”-Thiên đường, năm 1516)</w:t>
      </w:r>
    </w:p>
    <w:p>
      <w:pPr>
        <w:pStyle w:val="ListParagraph"/>
      </w:pPr>
      <w:r>
        <w:rPr>
          <w:sz w:val="22"/>
        </w:rPr>
        <w:t>A. Cuối thế kỉ XV – đầu thế kỉ XVI, phương thức sản xuất tư bản chủ nghĩa đã thâm nhập mạnh vào nông nghiệp Anh</w:t>
      </w:r>
    </w:p>
    <w:p>
      <w:pPr>
        <w:pStyle w:val="ListParagraph"/>
      </w:pPr>
      <w:r>
        <w:rPr>
          <w:sz w:val="22"/>
        </w:rPr>
        <w:t>B. Nguyên nhân chủ yếu dẫn đến phong trào “rào đất cướp ruộng” ở Anh là do sự phát triển mạnh mẽ của ngành công nghiệp len dạ</w:t>
      </w:r>
    </w:p>
    <w:p>
      <w:pPr>
        <w:pStyle w:val="ListParagraph"/>
      </w:pPr>
      <w:r>
        <w:rPr>
          <w:sz w:val="22"/>
        </w:rPr>
        <w:t>C. Sự phát triển của kinh tế tư bản chủ nghĩa trong nông nghiệp làm xuất hiện tầng lớp quý tộc mới, sau này đã liên minh với tư sản chống lại chế độ phong kiến Anh</w:t>
      </w:r>
    </w:p>
    <w:p>
      <w:pPr>
        <w:pStyle w:val="ListParagraph"/>
      </w:pPr>
      <w:r>
        <w:rPr>
          <w:sz w:val="22"/>
        </w:rPr>
        <w:t>D. Phong trào “rào đất cướp ruộng” đã góp phần cải thiện đời sống của nông dân Anh trước cách mạng tư sản</w:t>
      </w:r>
    </w:p>
    <w:p/>
    <w:p>
      <w:r>
        <w:rPr>
          <w:b/>
          <w:sz w:val="24"/>
        </w:rPr>
        <w:t>Câu 29: [TF4] Đọc đoạn tư liệu sau đây:</w:t>
        <w:br/>
        <w:t>Tư liệu 1: “Tất cả mọi người sinh ra có quyền bình đẳng. Tạo hóa cho họ những quyền không ai có thể xâm phạm được; trong những quyền ấy, có quyền được sống, quyền tự do và quyền mưu cầu hạnh phúc”.</w:t>
        <w:br/>
        <w:t>(Tuyên ngôn Độc lập (Mĩ, năm 1776)</w:t>
        <w:br/>
        <w:t>Tư liệu 2:</w:t>
        <w:br/>
        <w:t>“Điều 1. Con người sinh ra đều có quyền tự do và bình đẳng. Những sự phân biệt xã hội chỉ có thể dựa trên lợi ích chung.</w:t>
        <w:br/>
        <w:t>Điều 17. Quyền tư hữu là quyền bất khả xâm phạm và thiêng liêng không ai có thể bị tước bỏ”</w:t>
        <w:br/>
        <w:t>(Tuyên ngôn Nhân quyền và Dân quyền (Pháp, năm 1789))</w:t>
      </w:r>
    </w:p>
    <w:p>
      <w:pPr>
        <w:pStyle w:val="ListParagraph"/>
      </w:pPr>
      <w:r>
        <w:rPr>
          <w:sz w:val="22"/>
        </w:rPr>
        <w:t>A. Bản Tuyên ngôn Nhân quyền và Dân quyền ra đời từ cuộc cách mạng tư sản Pháp cuối thế kỉ XVIII</w:t>
      </w:r>
    </w:p>
    <w:p>
      <w:pPr>
        <w:pStyle w:val="ListParagraph"/>
      </w:pPr>
      <w:r>
        <w:rPr>
          <w:sz w:val="22"/>
        </w:rPr>
        <w:t>B. Điểm chung của Tuyên ngôn Độc lập của nước Mĩ và Tuyên ngôn Nhân quyền và Dân quyền của nước Pháp là đề cao quyền con người và quyền công dân</w:t>
      </w:r>
    </w:p>
    <w:p>
      <w:pPr>
        <w:pStyle w:val="ListParagraph"/>
      </w:pPr>
      <w:r>
        <w:rPr>
          <w:sz w:val="22"/>
        </w:rPr>
        <w:t>C. Bản Tuyên ngôn Nhân quyền và Dân quyền của nước Pháp năm 1789 không đề cao quyền tư hữu cá nhân vì đó là biểu hiện cho sự phân biệt giàu- nghèo trong xã hội</w:t>
      </w:r>
    </w:p>
    <w:p>
      <w:pPr>
        <w:pStyle w:val="ListParagraph"/>
      </w:pPr>
      <w:r>
        <w:rPr>
          <w:sz w:val="22"/>
        </w:rPr>
        <w:t>D. Trong Tuyên ngôn độc lập của nước Việt Nam dân chủ cộng hòa (2/9/1945), chủ tịch Hồ Chí Minh đã trích dẫn những câu nói nổi tiếng trong bản tuyên ngôn Độc lập của nước Mĩ và Tuyên ngôn Nhân quyền và Dân quyền của nước Pháp</w:t>
      </w:r>
    </w:p>
    <w:p/>
    <w:p>
      <w:r>
        <w:rPr>
          <w:b/>
          <w:sz w:val="24"/>
        </w:rPr>
        <w:t>Câu 30: [TF4] Cho đoạn tư liệu sau đây:</w:t>
        <w:br/>
        <w:t>“Vì sao mà Mỹ làm cách mạng?</w:t>
        <w:br/>
        <w:t>1. Có bao nhiêu thổ sản, Mỹ phải cung cấp cho Anh hết, không được bán cho nước khác.</w:t>
        <w:br/>
        <w:t>2. Dân Mỹ không được lập ra lò máy và hội buôn bán.</w:t>
        <w:br/>
        <w:t>3. Các nước không được vào buôn bán với Mỹ, chỉ Anh được buôn bán mà thôi.</w:t>
        <w:br/>
        <w:t>Vì ba điều ấy, lại thêm thuế má nặng nề, làm cho kinh tế rất khốn đốn, nên từ năm 1770, dân Mỹ tức mình “tẩy chay” Anh”.</w:t>
        <w:br/>
        <w:t>(Hồ Chí Minh, Toàn tập, Tập 2, NXB Chính trị quốc gia Sự thật, 2011, tr. 290)</w:t>
      </w:r>
    </w:p>
    <w:p>
      <w:pPr>
        <w:pStyle w:val="ListParagraph"/>
      </w:pPr>
      <w:r>
        <w:rPr>
          <w:sz w:val="22"/>
        </w:rPr>
        <w:t>A. Đoạn tư liệu trên đề cập nguyên nhân chiến tranh giành độc lập của 13 thuộc Anh ở Bắc Mỹ vào thế kỷ XVIII.</w:t>
      </w:r>
    </w:p>
    <w:p>
      <w:pPr>
        <w:pStyle w:val="ListParagraph"/>
      </w:pPr>
      <w:r>
        <w:rPr>
          <w:sz w:val="22"/>
        </w:rPr>
        <w:t>B. Những chính sách cai trị mà Anh áp dụng đối với Mỹ là phù hợp, tạo điều kiện thuận lợi cho nền kinh tế Mỹ phát triển.</w:t>
      </w:r>
    </w:p>
    <w:p>
      <w:pPr>
        <w:pStyle w:val="ListParagraph"/>
      </w:pPr>
      <w:r>
        <w:rPr>
          <w:sz w:val="22"/>
        </w:rPr>
        <w:t>C. Sự bóc lột 13 thuộc địa ở Bắc Mỹ là nguyên nhân quan trọng nhất giúp kinh tế Anh phát triển nhất thế giới thời bấy giờ.</w:t>
      </w:r>
    </w:p>
    <w:p>
      <w:pPr>
        <w:pStyle w:val="ListParagraph"/>
      </w:pPr>
      <w:r>
        <w:rPr>
          <w:sz w:val="22"/>
        </w:rPr>
        <w:t>D. Cuộc chiến tranh giành độc lập của 13 thuộc địa Anh ở Bắc Mỹ mang tính chất là cuộc cách mạng vô sản kiểu mới.</w:t>
      </w:r>
    </w:p>
    <w:p/>
    <w:p>
      <w:r>
        <w:rPr>
          <w:b/>
          <w:sz w:val="24"/>
        </w:rPr>
        <w:t>Câu 31: [TF4] Cho đoạn tư liệu sau đây:</w:t>
        <w:br/>
        <w:t>“Ở Pháp, vương quyền là đỉnh cao của lâu đài phong kiến và chuyên chế. Nhà vua luôn có quyền hành chuyên chế và vô hạn; … quyết định mọi công việc đối nội và đối ngoại của quốc gia. Triều vua Lu-i XVI là một sự chuyên chế cao độ. Theo những “mật lệnh có ấn vua” nhằm khủng bố nhân dân, hàng trăm người bị bắt, bị tù đày ở các nơi trong nước”.</w:t>
        <w:br/>
        <w:t>(Albert Zacharovich Manfred, Đại Cách mạng Pháp 1789, NXB Khoa học, 1965, tr. 18 – 19)</w:t>
      </w:r>
    </w:p>
    <w:p>
      <w:pPr>
        <w:pStyle w:val="ListParagraph"/>
      </w:pPr>
      <w:r>
        <w:rPr>
          <w:sz w:val="22"/>
        </w:rPr>
        <w:t>A. Đoạn tư liệu thể hiện chính sách cai trị của nhà nước phong kiến chuyên chế ở Pháp gây bất mãn cho nhân dân.</w:t>
      </w:r>
    </w:p>
    <w:p>
      <w:pPr>
        <w:pStyle w:val="ListParagraph"/>
      </w:pPr>
      <w:r>
        <w:rPr>
          <w:sz w:val="22"/>
        </w:rPr>
        <w:t>B. Sự tồn tại của nhà nước quân chủ lập hiến ở Pháp trước cách mạng gây bất bình cho giai cấp tư sản, nhân dân lao động.</w:t>
      </w:r>
    </w:p>
    <w:p>
      <w:pPr>
        <w:pStyle w:val="ListParagraph"/>
      </w:pPr>
      <w:r>
        <w:rPr>
          <w:sz w:val="22"/>
        </w:rPr>
        <w:t>C. Nhờ chính sách tập trung quyền lực mà vua Lu-i XVI đã xây dựng nước Pháp phồn vinh, ổn định lúc bấy giờ.</w:t>
      </w:r>
    </w:p>
    <w:p>
      <w:pPr>
        <w:pStyle w:val="ListParagraph"/>
      </w:pPr>
      <w:r>
        <w:rPr>
          <w:sz w:val="22"/>
        </w:rPr>
        <w:t>D. Những chính sách cai trị của vua Lu-i XVI vẫn còn nguyên giá trị cho các quốc gia trên thế giới áp dụng xây dựng đất nước ngày nay</w:t>
      </w:r>
    </w:p>
    <w:p/>
    <w:p>
      <w:r>
        <w:t>──────────────────────────────────────────────────</w:t>
      </w:r>
    </w:p>
    <w:p>
      <w:r>
        <w:rPr>
          <w:b/>
        </w:rPr>
        <w:t>BẢNG ĐÁP ÁN &amp; LỜI GIẢI CHI TIẾT</w:t>
      </w:r>
    </w:p>
    <w:p>
      <w:r>
        <w:rPr>
          <w:b/>
        </w:rPr>
        <w:t>Câu 1: Đáp án đúng: C</w:t>
      </w:r>
    </w:p>
    <w:p>
      <w:r>
        <w:rPr>
          <w:b/>
        </w:rPr>
        <w:t>Câu 2: Đáp án đúng: A</w:t>
      </w:r>
    </w:p>
    <w:p>
      <w:r>
        <w:rPr>
          <w:b/>
        </w:rPr>
        <w:t>Câu 3: Đáp án đúng: B</w:t>
      </w:r>
    </w:p>
    <w:p>
      <w:r>
        <w:rPr>
          <w:b/>
        </w:rPr>
        <w:t>Câu 4: Đáp án đúng: B</w:t>
      </w:r>
    </w:p>
    <w:p>
      <w:r>
        <w:rPr>
          <w:b/>
        </w:rPr>
        <w:t>Câu 5: Đáp án đúng: B</w:t>
      </w:r>
    </w:p>
    <w:p>
      <w:r>
        <w:rPr>
          <w:b/>
        </w:rPr>
        <w:t>Câu 6: Đáp án đúng: A</w:t>
      </w:r>
    </w:p>
    <w:p>
      <w:r>
        <w:rPr>
          <w:b/>
        </w:rPr>
        <w:t>Câu 7: Đáp án đúng: B</w:t>
      </w:r>
    </w:p>
    <w:p>
      <w:r>
        <w:rPr>
          <w:b/>
        </w:rPr>
        <w:t>Câu 8: Đáp án đúng: A</w:t>
      </w:r>
    </w:p>
    <w:p>
      <w:r>
        <w:rPr>
          <w:b/>
        </w:rPr>
        <w:t>Câu 9: Đáp án đúng: A</w:t>
      </w:r>
    </w:p>
    <w:p>
      <w:r>
        <w:rPr>
          <w:b/>
        </w:rPr>
        <w:t>Câu 10: Đáp án đúng: A</w:t>
      </w:r>
    </w:p>
    <w:p>
      <w:r>
        <w:rPr>
          <w:b/>
        </w:rPr>
        <w:t>Câu 11: Đáp án đúng: A</w:t>
      </w:r>
    </w:p>
    <w:p>
      <w:r>
        <w:rPr>
          <w:b/>
        </w:rPr>
        <w:t>Câu 12: Đáp án đúng: C</w:t>
      </w:r>
    </w:p>
    <w:p>
      <w:r>
        <w:rPr>
          <w:b/>
        </w:rPr>
        <w:t>Câu 13: Đáp án đúng: C</w:t>
      </w:r>
    </w:p>
    <w:p>
      <w:r>
        <w:rPr>
          <w:b/>
        </w:rPr>
        <w:t>Câu 14: Đáp án đúng: D</w:t>
      </w:r>
    </w:p>
    <w:p>
      <w:r>
        <w:rPr>
          <w:b/>
        </w:rPr>
        <w:t>Câu 15: Đáp án đúng: C</w:t>
      </w:r>
    </w:p>
    <w:p>
      <w:r>
        <w:rPr>
          <w:b/>
        </w:rPr>
        <w:t>Câu 16: Đáp án đúng: B</w:t>
      </w:r>
    </w:p>
    <w:p>
      <w:r>
        <w:rPr>
          <w:b/>
        </w:rPr>
        <w:t>Câu 17: Đáp án đúng: D</w:t>
      </w:r>
    </w:p>
    <w:p>
      <w:r>
        <w:rPr>
          <w:b/>
        </w:rPr>
        <w:t>Câu 18: Đáp án đúng: A</w:t>
      </w:r>
    </w:p>
    <w:p>
      <w:r>
        <w:rPr>
          <w:b/>
        </w:rPr>
        <w:t>Câu 19: Đáp án đúng: B</w:t>
      </w:r>
    </w:p>
    <w:p>
      <w:r>
        <w:rPr>
          <w:b/>
        </w:rPr>
        <w:t>Câu 20: Đáp án đúng: A</w:t>
      </w:r>
    </w:p>
    <w:p>
      <w:r>
        <w:rPr>
          <w:b/>
        </w:rPr>
        <w:t>Câu 21: Đáp án đúng: D</w:t>
      </w:r>
    </w:p>
    <w:p>
      <w:r>
        <w:rPr>
          <w:b/>
        </w:rPr>
        <w:t>Câu 22: Đáp án đúng: C</w:t>
      </w:r>
    </w:p>
    <w:p>
      <w:r>
        <w:rPr>
          <w:b/>
        </w:rPr>
        <w:t>Câu 23: Đáp án đúng: C</w:t>
      </w:r>
    </w:p>
    <w:p>
      <w:r>
        <w:rPr>
          <w:b/>
        </w:rPr>
        <w:t>Câu 24: Đáp án đúng: D</w:t>
      </w:r>
    </w:p>
    <w:p>
      <w:r>
        <w:rPr>
          <w:b/>
        </w:rPr>
        <w:t>Câu 25: Đáp án đúng: C</w:t>
      </w:r>
    </w:p>
    <w:p>
      <w:r>
        <w:rPr>
          <w:b/>
        </w:rPr>
        <w:t>Câu 26: Đáp án đúng: D</w:t>
      </w:r>
    </w:p>
    <w:p>
      <w:r>
        <w:rPr>
          <w:b/>
        </w:rPr>
        <w:t>Câu 27: Đáp án đúng: A</w:t>
      </w:r>
    </w:p>
    <w:p>
      <w:r>
        <w:rPr>
          <w:b/>
        </w:rPr>
        <w:t>Câu 28: Đáp án đúng: A</w:t>
      </w:r>
    </w:p>
    <w:p>
      <w:r>
        <w:rPr>
          <w:b/>
        </w:rPr>
        <w:t>Câu 29: Đáp án đúng: B</w:t>
      </w:r>
    </w:p>
    <w:p>
      <w:r>
        <w:rPr>
          <w:b/>
        </w:rPr>
        <w:t>Câu 30: Đáp án đúng: A</w:t>
      </w:r>
    </w:p>
    <w:p>
      <w:r>
        <w:rPr>
          <w:b/>
        </w:rPr>
        <w:t>Câu 31: Đáp án đúng: A</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