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21 40 - Bài trắc nghiệm - Tỷ số lợi ích và chi phí (B/C) cho chúng ta biết: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Tỷ số lợi ích và chi phí (B/C) cho chúng ta biết:</w:t>
      </w:r>
    </w:p>
    <w:p>
      <w:pPr>
        <w:pStyle w:val="ListParagraph"/>
      </w:pPr>
      <w:r>
        <w:rPr>
          <w:sz w:val="22"/>
        </w:rPr>
        <w:t>A. Một đồng chi phí bỏ ra thu được bao nhiêu đồng thu nhập</w:t>
      </w:r>
    </w:p>
    <w:p>
      <w:pPr>
        <w:pStyle w:val="ListParagraph"/>
      </w:pPr>
      <w:r>
        <w:rPr>
          <w:sz w:val="22"/>
        </w:rPr>
        <w:t>B. Mức độ rủi ro của dự án</w:t>
      </w:r>
    </w:p>
    <w:p>
      <w:pPr>
        <w:pStyle w:val="ListParagraph"/>
      </w:pPr>
      <w:r>
        <w:rPr>
          <w:sz w:val="22"/>
        </w:rPr>
        <w:t>C. Giá thị trường</w:t>
      </w:r>
    </w:p>
    <w:p>
      <w:pPr>
        <w:pStyle w:val="ListParagraph"/>
      </w:pPr>
      <w:r>
        <w:rPr>
          <w:sz w:val="22"/>
        </w:rPr>
        <w:t>D. Chi phí và lợi ích của dự án</w:t>
      </w:r>
    </w:p>
    <w:p/>
    <w:p>
      <w:r>
        <w:rPr>
          <w:b/>
          <w:sz w:val="24"/>
        </w:rPr>
        <w:t>Câu 2: Chi phí tạo nguồn nước được nói đến trong loại dự án nào?</w:t>
      </w:r>
    </w:p>
    <w:p>
      <w:pPr>
        <w:pStyle w:val="ListParagraph"/>
      </w:pPr>
      <w:r>
        <w:rPr>
          <w:sz w:val="22"/>
        </w:rPr>
        <w:t>A. Dự án thủy lợi</w:t>
      </w:r>
    </w:p>
    <w:p>
      <w:pPr>
        <w:pStyle w:val="ListParagraph"/>
      </w:pPr>
      <w:r>
        <w:rPr>
          <w:sz w:val="22"/>
        </w:rPr>
        <w:t>B. Dự án giao thông</w:t>
      </w:r>
    </w:p>
    <w:p>
      <w:pPr>
        <w:pStyle w:val="ListParagraph"/>
      </w:pPr>
      <w:r>
        <w:rPr>
          <w:sz w:val="22"/>
        </w:rPr>
        <w:t>C. Dự án xây dựng cơ bản</w:t>
      </w:r>
    </w:p>
    <w:p>
      <w:pPr>
        <w:pStyle w:val="ListParagraph"/>
      </w:pPr>
      <w:r>
        <w:rPr>
          <w:sz w:val="22"/>
        </w:rPr>
        <w:t>D. Dự án hạ tầng kỹ thuật</w:t>
      </w:r>
    </w:p>
    <w:p/>
    <w:p>
      <w:r>
        <w:rPr>
          <w:b/>
          <w:sz w:val="24"/>
        </w:rPr>
        <w:t>Câu 3: Đâu là định nghĩa ĐÚNG về chi phí cơ hội của phương án xây dựng?</w:t>
      </w:r>
    </w:p>
    <w:p>
      <w:pPr>
        <w:pStyle w:val="ListParagraph"/>
      </w:pPr>
      <w:r>
        <w:rPr>
          <w:sz w:val="22"/>
        </w:rPr>
        <w:t>A. Chi phí cơ hội của một phương án được lựa chọn là giá trị của phương án bị bỏ qua khi thực hiện sự lựa chọn đó</w:t>
      </w:r>
    </w:p>
    <w:p>
      <w:pPr>
        <w:pStyle w:val="ListParagraph"/>
      </w:pPr>
      <w:r>
        <w:rPr>
          <w:sz w:val="22"/>
        </w:rPr>
        <w:t>B. Chi phí cơ hội của một phương án được lựa chọn là giá trị của phương án tốt nhất bị bỏ qua khi thực hiện sự lựa chọn đó</w:t>
      </w:r>
    </w:p>
    <w:p>
      <w:pPr>
        <w:pStyle w:val="ListParagraph"/>
      </w:pPr>
      <w:r>
        <w:rPr>
          <w:sz w:val="22"/>
        </w:rPr>
        <w:t>C. Cả A và B đều đúng</w:t>
      </w:r>
    </w:p>
    <w:p>
      <w:pPr>
        <w:pStyle w:val="ListParagraph"/>
      </w:pPr>
      <w:r>
        <w:rPr>
          <w:sz w:val="22"/>
        </w:rPr>
        <w:t>D. Cả A và B đều sai</w:t>
      </w:r>
    </w:p>
    <w:p/>
    <w:p>
      <w:r>
        <w:rPr>
          <w:b/>
          <w:sz w:val="24"/>
        </w:rPr>
        <w:t>Câu 4: Công thức tính lãi suất có xét đến lạm phát (I) theo lãi suất chưa xét đến lạm phát (ic) và tỷ lệ lạm phát (f) là:</w:t>
      </w:r>
    </w:p>
    <w:p>
      <w:pPr>
        <w:pStyle w:val="ListParagraph"/>
      </w:pPr>
      <w:r>
        <w:rPr>
          <w:sz w:val="22"/>
        </w:rPr>
        <w:t>A. $I = i_c + f + f \cdot i_c$</w:t>
      </w:r>
    </w:p>
    <w:p>
      <w:pPr>
        <w:pStyle w:val="ListParagraph"/>
      </w:pPr>
      <w:r>
        <w:rPr>
          <w:sz w:val="22"/>
        </w:rPr>
        <w:t>B. $I = i_c + f \cdot i_c$</w:t>
      </w:r>
    </w:p>
    <w:p>
      <w:pPr>
        <w:pStyle w:val="ListParagraph"/>
      </w:pPr>
      <w:r>
        <w:rPr>
          <w:sz w:val="22"/>
        </w:rPr>
        <w:t>C. $I = 2i_c + f \cdot i_c$</w:t>
      </w:r>
    </w:p>
    <w:p>
      <w:pPr>
        <w:pStyle w:val="ListParagraph"/>
      </w:pPr>
      <w:r>
        <w:rPr>
          <w:sz w:val="22"/>
        </w:rPr>
        <w:t>D. $I = i_c(1 + f) + f \cdot i_c$</w:t>
      </w:r>
    </w:p>
    <w:p/>
    <w:p>
      <w:r>
        <w:rPr>
          <w:b/>
          <w:sz w:val="24"/>
        </w:rPr>
        <w:t>Câu 5: Cần bao nhiêu năm để một khoản đầu tư 3000$ ban đầu tăng thành 4081,47$ với lãi suất cho vay là 8%, cộng dồn hàng năm?</w:t>
      </w:r>
    </w:p>
    <w:p>
      <w:pPr>
        <w:pStyle w:val="ListParagraph"/>
      </w:pPr>
      <w:r>
        <w:rPr>
          <w:sz w:val="22"/>
        </w:rPr>
        <w:t>A. 4 năm</w:t>
      </w:r>
    </w:p>
    <w:p>
      <w:pPr>
        <w:pStyle w:val="ListParagraph"/>
      </w:pPr>
      <w:r>
        <w:rPr>
          <w:sz w:val="22"/>
        </w:rPr>
        <w:t>B. 5 năm</w:t>
      </w:r>
    </w:p>
    <w:p>
      <w:pPr>
        <w:pStyle w:val="ListParagraph"/>
      </w:pPr>
      <w:r>
        <w:rPr>
          <w:sz w:val="22"/>
        </w:rPr>
        <w:t>C. 6 năm</w:t>
      </w:r>
    </w:p>
    <w:p>
      <w:pPr>
        <w:pStyle w:val="ListParagraph"/>
      </w:pPr>
      <w:r>
        <w:rPr>
          <w:sz w:val="22"/>
        </w:rPr>
        <w:t>D. 7 năm</w:t>
      </w:r>
    </w:p>
    <w:p/>
    <w:p>
      <w:r>
        <w:rPr>
          <w:b/>
          <w:sz w:val="24"/>
        </w:rPr>
        <w:t>Câu 6: Phát biểu nào sau đây là đúng?</w:t>
      </w:r>
    </w:p>
    <w:p>
      <w:pPr>
        <w:pStyle w:val="ListParagraph"/>
      </w:pPr>
      <w:r>
        <w:rPr>
          <w:sz w:val="22"/>
        </w:rPr>
        <w:t>A. Khi phân tích kinh tế xã hội của dự án xây dựng thì người ta sử dụng giá thị trường để phân tích</w:t>
      </w:r>
    </w:p>
    <w:p>
      <w:pPr>
        <w:pStyle w:val="ListParagraph"/>
      </w:pPr>
      <w:r>
        <w:rPr>
          <w:sz w:val="22"/>
        </w:rPr>
        <w:t>B. Khi phân tích kinh tế xã hội của dự án xây dựng thì người ta sử dụng giá kinh tế để phân tích</w:t>
      </w:r>
    </w:p>
    <w:p>
      <w:pPr>
        <w:pStyle w:val="ListParagraph"/>
      </w:pPr>
      <w:r>
        <w:rPr>
          <w:sz w:val="22"/>
        </w:rPr>
        <w:t>C. Cả A và B đều đúng</w:t>
      </w:r>
    </w:p>
    <w:p>
      <w:pPr>
        <w:pStyle w:val="ListParagraph"/>
      </w:pPr>
      <w:r>
        <w:rPr>
          <w:sz w:val="22"/>
        </w:rPr>
        <w:t>D. Cả A và B đều sai</w:t>
      </w:r>
    </w:p>
    <w:p/>
    <w:p>
      <w:r>
        <w:rPr>
          <w:b/>
          <w:sz w:val="24"/>
        </w:rPr>
        <w:t>Câu 7: Khi phân tích đánh giá dự án qua chỉ tiêu NPV thì khi nào phương án khả thi?</w:t>
      </w:r>
    </w:p>
    <w:p>
      <w:pPr>
        <w:pStyle w:val="ListParagraph"/>
      </w:pPr>
      <w:r>
        <w:rPr>
          <w:sz w:val="22"/>
        </w:rPr>
        <w:t>A. NPV ≥ 0</w:t>
      </w:r>
    </w:p>
    <w:p>
      <w:pPr>
        <w:pStyle w:val="ListParagraph"/>
      </w:pPr>
      <w:r>
        <w:rPr>
          <w:sz w:val="22"/>
        </w:rPr>
        <w:t>B. NPV = 0</w:t>
      </w:r>
    </w:p>
    <w:p>
      <w:pPr>
        <w:pStyle w:val="ListParagraph"/>
      </w:pPr>
      <w:r>
        <w:rPr>
          <w:sz w:val="22"/>
        </w:rPr>
        <w:t>C. NPV &gt; 0</w:t>
      </w:r>
    </w:p>
    <w:p>
      <w:pPr>
        <w:pStyle w:val="ListParagraph"/>
      </w:pPr>
      <w:r>
        <w:rPr>
          <w:sz w:val="22"/>
        </w:rPr>
        <w:t>D. NPV &lt; 0</w:t>
      </w:r>
    </w:p>
    <w:p/>
    <w:p>
      <w:r>
        <w:rPr>
          <w:b/>
          <w:sz w:val="24"/>
        </w:rPr>
        <w:t>Câu 8: Khi đánh giá giá trị lợi nhuận hiện tại dòng của dự án thì sử dụng chỉ tiêu nào sau đây?</w:t>
      </w:r>
    </w:p>
    <w:p>
      <w:pPr>
        <w:pStyle w:val="ListParagraph"/>
      </w:pPr>
      <w:r>
        <w:rPr>
          <w:sz w:val="22"/>
        </w:rPr>
        <w:t>A. IRR</w:t>
      </w:r>
    </w:p>
    <w:p>
      <w:pPr>
        <w:pStyle w:val="ListParagraph"/>
      </w:pPr>
      <w:r>
        <w:rPr>
          <w:sz w:val="22"/>
        </w:rPr>
        <w:t>B. NPV</w:t>
      </w:r>
    </w:p>
    <w:p>
      <w:pPr>
        <w:pStyle w:val="ListParagraph"/>
      </w:pPr>
      <w:r>
        <w:rPr>
          <w:sz w:val="22"/>
        </w:rPr>
        <w:t>C. B/C</w:t>
      </w:r>
    </w:p>
    <w:p>
      <w:pPr>
        <w:pStyle w:val="ListParagraph"/>
      </w:pPr>
      <w:r>
        <w:rPr>
          <w:sz w:val="22"/>
        </w:rPr>
        <w:t>D. Thv</w:t>
      </w:r>
    </w:p>
    <w:p/>
    <w:p>
      <w:r>
        <w:rPr>
          <w:b/>
          <w:sz w:val="24"/>
        </w:rPr>
        <w:t>Câu 9: Tỷ số B/C cho ta biết điều gì khi đánh giá dự án đầu tư xây dựng?</w:t>
      </w:r>
    </w:p>
    <w:p>
      <w:pPr>
        <w:pStyle w:val="ListParagraph"/>
      </w:pPr>
      <w:r>
        <w:rPr>
          <w:sz w:val="22"/>
        </w:rPr>
        <w:t>A. Tỷ lệ giữa giá trị hiện tại của dòng lợi ích và giá trị hiện tại của dòng chi phí trong dự án đầu tư</w:t>
      </w:r>
    </w:p>
    <w:p>
      <w:pPr>
        <w:pStyle w:val="ListParagraph"/>
      </w:pPr>
      <w:r>
        <w:rPr>
          <w:sz w:val="22"/>
        </w:rPr>
        <w:t>B. Tỷ lệ giữa giá trị dòng lợi ích và giá trị dòng chi phí trong dự án đầu tư</w:t>
      </w:r>
    </w:p>
    <w:p>
      <w:pPr>
        <w:pStyle w:val="ListParagraph"/>
      </w:pPr>
      <w:r>
        <w:rPr>
          <w:sz w:val="22"/>
        </w:rPr>
        <w:t>C. Giá trị hiện tại của dòng lợi ích và giá trị hiện tại của dòng chi phí trong dự án đầu tư</w:t>
      </w:r>
    </w:p>
    <w:p>
      <w:pPr>
        <w:pStyle w:val="ListParagraph"/>
      </w:pPr>
      <w:r>
        <w:rPr>
          <w:sz w:val="22"/>
        </w:rPr>
        <w:t>D. Tỷ lệ giữa giá trị hiện tại của dòng lợi ích và giá trị dòng chi phí trong dự án đầu tư</w:t>
      </w:r>
    </w:p>
    <w:p/>
    <w:p>
      <w:r>
        <w:rPr>
          <w:b/>
          <w:sz w:val="24"/>
        </w:rPr>
        <w:t>Câu 10: Đặc điểm của chỉ tiêu NPV là gì?</w:t>
      </w:r>
    </w:p>
    <w:p>
      <w:pPr>
        <w:pStyle w:val="ListParagraph"/>
      </w:pPr>
      <w:r>
        <w:rPr>
          <w:sz w:val="22"/>
        </w:rPr>
        <w:t>A. Có tính đến sự biến động theo thời gian của các chỉ tiêu và tính toán cho cả vòng đời dự án.</w:t>
      </w:r>
    </w:p>
    <w:p>
      <w:pPr>
        <w:pStyle w:val="ListParagraph"/>
      </w:pPr>
      <w:r>
        <w:rPr>
          <w:sz w:val="22"/>
        </w:rPr>
        <w:t>B. Không tính đến sự biến động theo thời gian của các chỉ tiêu và tính toán cho cả vòng đời dự án.</w:t>
      </w:r>
    </w:p>
    <w:p>
      <w:pPr>
        <w:pStyle w:val="ListParagraph"/>
      </w:pPr>
      <w:r>
        <w:rPr>
          <w:sz w:val="22"/>
        </w:rPr>
        <w:t>C. Không tính đến giá trị tiền tệ theo thời gian.</w:t>
      </w:r>
    </w:p>
    <w:p>
      <w:pPr>
        <w:pStyle w:val="ListParagraph"/>
      </w:pPr>
      <w:r>
        <w:rPr>
          <w:sz w:val="22"/>
        </w:rPr>
        <w:t>D. Không tính đến trượt giá và lạm phát.</w:t>
      </w:r>
    </w:p>
    <w:p/>
    <w:p>
      <w:r>
        <w:rPr>
          <w:b/>
          <w:sz w:val="24"/>
        </w:rPr>
        <w:t>Câu 11: Chi phí của các dự án đầu tư xây dựng là:</w:t>
      </w:r>
    </w:p>
    <w:p>
      <w:pPr>
        <w:pStyle w:val="ListParagraph"/>
      </w:pPr>
      <w:r>
        <w:rPr>
          <w:sz w:val="22"/>
        </w:rPr>
        <w:t>A. Chi phí xây dựng</w:t>
      </w:r>
    </w:p>
    <w:p>
      <w:pPr>
        <w:pStyle w:val="ListParagraph"/>
      </w:pPr>
      <w:r>
        <w:rPr>
          <w:sz w:val="22"/>
        </w:rPr>
        <w:t>B. Chi phí quản lý vận hành</w:t>
      </w:r>
    </w:p>
    <w:p>
      <w:pPr>
        <w:pStyle w:val="ListParagraph"/>
      </w:pPr>
      <w:r>
        <w:rPr>
          <w:sz w:val="22"/>
        </w:rPr>
        <w:t>C. Cả A và B đều đúng</w:t>
      </w:r>
    </w:p>
    <w:p>
      <w:pPr>
        <w:pStyle w:val="ListParagraph"/>
      </w:pPr>
      <w:r>
        <w:rPr>
          <w:sz w:val="22"/>
        </w:rPr>
        <w:t>D. Cả A và B đều sai</w:t>
      </w:r>
    </w:p>
    <w:p/>
    <w:p>
      <w:r>
        <w:rPr>
          <w:b/>
          <w:sz w:val="24"/>
        </w:rPr>
        <w:t>Câu 12: Thu nhập có thể có của dự án đầu tư xây dựng thủy lợi là:</w:t>
      </w:r>
    </w:p>
    <w:p>
      <w:pPr>
        <w:pStyle w:val="ListParagraph"/>
      </w:pPr>
      <w:r>
        <w:rPr>
          <w:sz w:val="22"/>
        </w:rPr>
        <w:t>A. Thu nhập từ cấp nước sinh hoạt</w:t>
      </w:r>
    </w:p>
    <w:p>
      <w:pPr>
        <w:pStyle w:val="ListParagraph"/>
      </w:pPr>
      <w:r>
        <w:rPr>
          <w:sz w:val="22"/>
        </w:rPr>
        <w:t>B. Thu nhập từ cấp nước cho công nghiệp</w:t>
      </w:r>
    </w:p>
    <w:p>
      <w:pPr>
        <w:pStyle w:val="ListParagraph"/>
      </w:pPr>
      <w:r>
        <w:rPr>
          <w:sz w:val="22"/>
        </w:rPr>
        <w:t>C. Thu nhập từ cấp nước cho nông nghiệp</w:t>
      </w:r>
    </w:p>
    <w:p>
      <w:pPr>
        <w:pStyle w:val="ListParagraph"/>
      </w:pPr>
      <w:r>
        <w:rPr>
          <w:sz w:val="22"/>
        </w:rPr>
        <w:t>D. Cả A,B,C đều đúng</w:t>
      </w:r>
    </w:p>
    <w:p/>
    <w:p>
      <w:r>
        <w:rPr>
          <w:b/>
          <w:sz w:val="24"/>
        </w:rPr>
        <w:t>Câu 13: Chi phí quản lý vận hành của các dự án tưới lúa KHÔNG bao gồm:</w:t>
      </w:r>
    </w:p>
    <w:p>
      <w:pPr>
        <w:pStyle w:val="ListParagraph"/>
      </w:pPr>
      <w:r>
        <w:rPr>
          <w:sz w:val="22"/>
        </w:rPr>
        <w:t>A. Chi phí xử lý nước tưới</w:t>
      </w:r>
    </w:p>
    <w:p>
      <w:pPr>
        <w:pStyle w:val="ListParagraph"/>
      </w:pPr>
      <w:r>
        <w:rPr>
          <w:sz w:val="22"/>
        </w:rPr>
        <w:t>B. Chi phí khấu hao tài sản cố định</w:t>
      </w:r>
    </w:p>
    <w:p>
      <w:pPr>
        <w:pStyle w:val="ListParagraph"/>
      </w:pPr>
      <w:r>
        <w:rPr>
          <w:sz w:val="22"/>
        </w:rPr>
        <w:t>C. Chi phí quản lý doanh nghiệp</w:t>
      </w:r>
    </w:p>
    <w:p>
      <w:pPr>
        <w:pStyle w:val="ListParagraph"/>
      </w:pPr>
      <w:r>
        <w:rPr>
          <w:sz w:val="22"/>
        </w:rPr>
        <w:t>D. Chi phí tiền lương và phụ cấp theo lương</w:t>
      </w:r>
    </w:p>
    <w:p/>
    <w:p>
      <w:r>
        <w:rPr>
          <w:b/>
          <w:sz w:val="24"/>
        </w:rPr>
        <w:t>Câu 14: Mục tiêu của phân tích kinh tế các dự án đầu tư xây dựng?</w:t>
      </w:r>
    </w:p>
    <w:p>
      <w:pPr>
        <w:pStyle w:val="ListParagraph"/>
      </w:pPr>
      <w:r>
        <w:rPr>
          <w:sz w:val="22"/>
        </w:rPr>
        <w:t>A. Giúp lựa chọn dự án có đóng góp cho phúc lợi của quốc gia</w:t>
      </w:r>
    </w:p>
    <w:p>
      <w:pPr>
        <w:pStyle w:val="ListParagraph"/>
      </w:pPr>
      <w:r>
        <w:rPr>
          <w:sz w:val="22"/>
        </w:rPr>
        <w:t>B. Giúp lựa chọn dự án hợp lý về kỹ thuật và hiệu quả về kinh tế</w:t>
      </w:r>
    </w:p>
    <w:p>
      <w:pPr>
        <w:pStyle w:val="ListParagraph"/>
      </w:pPr>
      <w:r>
        <w:rPr>
          <w:sz w:val="22"/>
        </w:rPr>
        <w:t>C. Giúp nhà nước quyết định đầu tư các dự án sử dụng vốn ngân sách nhà nước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15: Trong phân tích kinh tế xã hội của dự án đầu tư xây dựng sử dụng tiêu chí NPV, khi nào thì dự án đáng giá?</w:t>
      </w:r>
    </w:p>
    <w:p>
      <w:pPr>
        <w:pStyle w:val="ListParagraph"/>
      </w:pPr>
      <w:r>
        <w:rPr>
          <w:sz w:val="22"/>
        </w:rPr>
        <w:t>A. NPV &gt; 0</w:t>
      </w:r>
    </w:p>
    <w:p>
      <w:pPr>
        <w:pStyle w:val="ListParagraph"/>
      </w:pPr>
      <w:r>
        <w:rPr>
          <w:sz w:val="22"/>
        </w:rPr>
        <w:t>B. NPV = 0</w:t>
      </w:r>
    </w:p>
    <w:p>
      <w:pPr>
        <w:pStyle w:val="ListParagraph"/>
      </w:pPr>
      <w:r>
        <w:rPr>
          <w:sz w:val="22"/>
        </w:rPr>
        <w:t>C. Cả 2 đều đúng</w:t>
      </w:r>
    </w:p>
    <w:p>
      <w:pPr>
        <w:pStyle w:val="ListParagraph"/>
      </w:pPr>
      <w:r>
        <w:rPr>
          <w:sz w:val="22"/>
        </w:rPr>
        <w:t>D. Cả 2 đều sai</w:t>
      </w:r>
    </w:p>
    <w:p/>
    <w:p>
      <w:r>
        <w:rPr>
          <w:b/>
          <w:sz w:val="24"/>
        </w:rPr>
        <w:t>Câu 16: Phân tích kinh tế xã hội được phân tích dựa trên giá?</w:t>
      </w:r>
    </w:p>
    <w:p>
      <w:pPr>
        <w:pStyle w:val="ListParagraph"/>
      </w:pPr>
      <w:r>
        <w:rPr>
          <w:sz w:val="22"/>
        </w:rPr>
        <w:t>A. Giá kinh tế</w:t>
      </w:r>
    </w:p>
    <w:p>
      <w:pPr>
        <w:pStyle w:val="ListParagraph"/>
      </w:pPr>
      <w:r>
        <w:rPr>
          <w:sz w:val="22"/>
        </w:rPr>
        <w:t>B. Giá tài chính</w:t>
      </w:r>
    </w:p>
    <w:p>
      <w:pPr>
        <w:pStyle w:val="ListParagraph"/>
      </w:pPr>
      <w:r>
        <w:rPr>
          <w:sz w:val="22"/>
        </w:rPr>
        <w:t>C. Giá thị trường</w:t>
      </w:r>
    </w:p>
    <w:p>
      <w:pPr>
        <w:pStyle w:val="ListParagraph"/>
      </w:pPr>
      <w:r>
        <w:rPr>
          <w:sz w:val="22"/>
        </w:rPr>
        <w:t>D. Giá thỏa thuận</w:t>
      </w:r>
    </w:p>
    <w:p/>
    <w:p>
      <w:r>
        <w:rPr>
          <w:b/>
          <w:sz w:val="24"/>
        </w:rPr>
        <w:t>Câu 17: Phát biểu nào sau đây là đúng đối với nền kinh tế Việt Nam trong giai đoạn hiện nay?</w:t>
      </w:r>
    </w:p>
    <w:p>
      <w:pPr>
        <w:pStyle w:val="ListParagraph"/>
      </w:pPr>
      <w:r>
        <w:rPr>
          <w:sz w:val="22"/>
        </w:rPr>
        <w:t>A. Gạo là hàng hóa xuất khẩu nông sản chủ lực</w:t>
      </w:r>
    </w:p>
    <w:p>
      <w:pPr>
        <w:pStyle w:val="ListParagraph"/>
      </w:pPr>
      <w:r>
        <w:rPr>
          <w:sz w:val="22"/>
        </w:rPr>
        <w:t>B. Gạo là hàng hóa nhập khẩu</w:t>
      </w:r>
    </w:p>
    <w:p>
      <w:pPr>
        <w:pStyle w:val="ListParagraph"/>
      </w:pPr>
      <w:r>
        <w:rPr>
          <w:sz w:val="22"/>
        </w:rPr>
        <w:t>C. Gạo là hàng hóa xuất khẩu và nhập khẩu</w:t>
      </w:r>
    </w:p>
    <w:p>
      <w:pPr>
        <w:pStyle w:val="ListParagraph"/>
      </w:pPr>
      <w:r>
        <w:rPr>
          <w:sz w:val="22"/>
        </w:rPr>
        <w:t>D. Gạo là hàng hóa không xuất khẩu</w:t>
      </w:r>
    </w:p>
    <w:p/>
    <w:p>
      <w:r>
        <w:rPr>
          <w:b/>
          <w:sz w:val="24"/>
        </w:rPr>
        <w:t>Câu 18: Đâu là nguyên tắc khi phân tích kinh tế các dự án đầu tư xây dựng?</w:t>
      </w:r>
    </w:p>
    <w:p>
      <w:pPr>
        <w:pStyle w:val="ListParagraph"/>
      </w:pPr>
      <w:r>
        <w:rPr>
          <w:sz w:val="22"/>
        </w:rPr>
        <w:t>A. NPV của dự án có thể nhận giá trị âm.</w:t>
      </w:r>
    </w:p>
    <w:p>
      <w:pPr>
        <w:pStyle w:val="ListParagraph"/>
      </w:pPr>
      <w:r>
        <w:rPr>
          <w:sz w:val="22"/>
        </w:rPr>
        <w:t>B. Phải sử dụng giá tài chính để phân tích.</w:t>
      </w:r>
    </w:p>
    <w:p>
      <w:pPr>
        <w:pStyle w:val="ListParagraph"/>
      </w:pPr>
      <w:r>
        <w:rPr>
          <w:sz w:val="22"/>
        </w:rPr>
        <w:t>C. Sử dụng phép so sánh có và không có dự án nhằm đo lường lợi ích tăng thêm do dự án tạo ra.</w:t>
      </w:r>
    </w:p>
    <w:p>
      <w:pPr>
        <w:pStyle w:val="ListParagraph"/>
      </w:pPr>
      <w:r>
        <w:rPr>
          <w:sz w:val="22"/>
        </w:rPr>
        <w:t>D. Cả A, B và C đều đúng</w:t>
      </w:r>
    </w:p>
    <w:p/>
    <w:p>
      <w:r>
        <w:rPr>
          <w:b/>
          <w:sz w:val="24"/>
        </w:rPr>
        <w:t>Câu 19: Mục tiêu phân tích kinh tế các dự án đầu tư xây dựng sử dụng vốn ngân sách nhà nước:</w:t>
      </w:r>
    </w:p>
    <w:p>
      <w:pPr>
        <w:pStyle w:val="ListParagraph"/>
      </w:pPr>
      <w:r>
        <w:rPr>
          <w:sz w:val="22"/>
        </w:rPr>
        <w:t>A. Giúp lựa chọn những dự án đầu tư xây dựng đóng góp cho phúc lợi chung của quốc gia</w:t>
      </w:r>
    </w:p>
    <w:p>
      <w:pPr>
        <w:pStyle w:val="ListParagraph"/>
      </w:pPr>
      <w:r>
        <w:rPr>
          <w:sz w:val="22"/>
        </w:rPr>
        <w:t>B. Giúp lựa chọn những dự án đầu tư xây dựng mang lại lợi ích cho chủ đầu tư của doanh nghiệp tư nhân</w:t>
      </w:r>
    </w:p>
    <w:p>
      <w:pPr>
        <w:pStyle w:val="ListParagraph"/>
      </w:pPr>
      <w:r>
        <w:rPr>
          <w:sz w:val="22"/>
        </w:rPr>
        <w:t>C. Cả a và b đều đúng</w:t>
      </w:r>
    </w:p>
    <w:p>
      <w:pPr>
        <w:pStyle w:val="ListParagraph"/>
      </w:pPr>
      <w:r>
        <w:rPr>
          <w:sz w:val="22"/>
        </w:rPr>
        <w:t>D. Cả a và b đều sai</w:t>
      </w:r>
    </w:p>
    <w:p/>
    <w:p>
      <w:r>
        <w:rPr>
          <w:b/>
          <w:sz w:val="24"/>
        </w:rPr>
        <w:t>Câu 20: Chi phí dự án đầu tư xây dựng thủy lợi gồm có:</w:t>
      </w:r>
    </w:p>
    <w:p>
      <w:pPr>
        <w:pStyle w:val="ListParagraph"/>
      </w:pPr>
      <w:r>
        <w:rPr>
          <w:sz w:val="22"/>
        </w:rPr>
        <w:t>A. Chi phí xây dựng dự án và chi phí vận hành khai thác, sửa chữa hàng năm</w:t>
      </w:r>
    </w:p>
    <w:p>
      <w:pPr>
        <w:pStyle w:val="ListParagraph"/>
      </w:pPr>
      <w:r>
        <w:rPr>
          <w:sz w:val="22"/>
        </w:rPr>
        <w:t>B. Chi phí xây dựng dự án</w:t>
      </w:r>
    </w:p>
    <w:p>
      <w:pPr>
        <w:pStyle w:val="ListParagraph"/>
      </w:pPr>
      <w:r>
        <w:rPr>
          <w:sz w:val="22"/>
        </w:rPr>
        <w:t>C. Chi phí vận hành khai thác và sửa chữa hàng năm</w:t>
      </w:r>
    </w:p>
    <w:p>
      <w:pPr>
        <w:pStyle w:val="ListParagraph"/>
      </w:pPr>
      <w:r>
        <w:rPr>
          <w:sz w:val="22"/>
        </w:rPr>
        <w:t>D. Chi phí xây dựng và chi phí thiết bị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