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địa lí 12: bài 7 lao động và việc lam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Đặc điểm nào sau đây đúng với nguồn lao động nước ta hiện nay?</w:t>
      </w:r>
    </w:p>
    <w:p>
      <w:pPr>
        <w:pStyle w:val="ListParagraph"/>
      </w:pPr>
      <w:r>
        <w:rPr>
          <w:sz w:val="22"/>
        </w:rPr>
        <w:t>A. Số lượng lao động ít, chất lượng thấp</w:t>
      </w:r>
    </w:p>
    <w:p>
      <w:pPr>
        <w:pStyle w:val="ListParagraph"/>
      </w:pPr>
      <w:r>
        <w:rPr>
          <w:sz w:val="22"/>
        </w:rPr>
        <w:t>B. Lao động chủ yếu có trình độ đại học</w:t>
      </w:r>
    </w:p>
    <w:p>
      <w:pPr>
        <w:pStyle w:val="ListParagraph"/>
      </w:pPr>
      <w:r>
        <w:rPr>
          <w:sz w:val="22"/>
        </w:rPr>
        <w:t>C. Nguồn lao động dồi dào, tăng nhanh</w:t>
      </w:r>
    </w:p>
    <w:p>
      <w:pPr>
        <w:pStyle w:val="ListParagraph"/>
      </w:pPr>
      <w:r>
        <w:rPr>
          <w:sz w:val="22"/>
        </w:rPr>
        <w:t>D. Tỉ lệ lao động qua đào tạo rất cao</w:t>
      </w:r>
    </w:p>
    <w:p/>
    <w:p>
      <w:r>
        <w:rPr>
          <w:b/>
          <w:sz w:val="24"/>
        </w:rPr>
        <w:t>Câu 2: Cơ cấu lao động theo ngành kinh tế nước ta đang chuyển dịch theo hướng</w:t>
      </w:r>
    </w:p>
    <w:p>
      <w:pPr>
        <w:pStyle w:val="ListParagraph"/>
      </w:pPr>
      <w:r>
        <w:rPr>
          <w:sz w:val="22"/>
        </w:rPr>
        <w:t>A. Chỉ tăng tỉ trọng công nghiệp - xây dựng</w:t>
      </w:r>
    </w:p>
    <w:p>
      <w:pPr>
        <w:pStyle w:val="ListParagraph"/>
      </w:pPr>
      <w:r>
        <w:rPr>
          <w:sz w:val="22"/>
        </w:rPr>
        <w:t>B. Giảm tỉ trọng công nghiệp - xây dựng</w:t>
      </w:r>
    </w:p>
    <w:p>
      <w:pPr>
        <w:pStyle w:val="ListParagraph"/>
      </w:pPr>
      <w:r>
        <w:rPr>
          <w:sz w:val="22"/>
        </w:rPr>
        <w:t>C. Giảm tỉ trọng nông - lâm - thủy sản, tăng tỉ trọng dịch vụ</w:t>
      </w:r>
    </w:p>
    <w:p>
      <w:pPr>
        <w:pStyle w:val="ListParagraph"/>
      </w:pPr>
      <w:r>
        <w:rPr>
          <w:sz w:val="22"/>
        </w:rPr>
        <w:t>D. Tăng tỉ trọng nông - lâm - thủy sản</w:t>
      </w:r>
    </w:p>
    <w:p/>
    <w:p>
      <w:r>
        <w:rPr>
          <w:b/>
          <w:sz w:val="24"/>
        </w:rPr>
        <w:t>Câu 3: Vấn đề việc làm ở nước ta hiện nay gặp khó khăn chủ yếu do</w:t>
      </w:r>
    </w:p>
    <w:p>
      <w:pPr>
        <w:pStyle w:val="ListParagraph"/>
      </w:pPr>
      <w:r>
        <w:rPr>
          <w:sz w:val="22"/>
        </w:rPr>
        <w:t>A. Dân số già, lao động thiếu hụt</w:t>
      </w:r>
    </w:p>
    <w:p>
      <w:pPr>
        <w:pStyle w:val="ListParagraph"/>
      </w:pPr>
      <w:r>
        <w:rPr>
          <w:sz w:val="22"/>
        </w:rPr>
        <w:t>B. Lao động có trình độ quá cao</w:t>
      </w:r>
    </w:p>
    <w:p>
      <w:pPr>
        <w:pStyle w:val="ListParagraph"/>
      </w:pPr>
      <w:r>
        <w:rPr>
          <w:sz w:val="22"/>
        </w:rPr>
        <w:t>C. Nguồn lao động dồi dào trong khi kinh tế còn hạn chế</w:t>
      </w:r>
    </w:p>
    <w:p>
      <w:pPr>
        <w:pStyle w:val="ListParagraph"/>
      </w:pPr>
      <w:r>
        <w:rPr>
          <w:sz w:val="22"/>
        </w:rPr>
        <w:t>D. Các ngành kinh tế phát triển quá nhanh</w:t>
      </w:r>
    </w:p>
    <w:p/>
    <w:p>
      <w:r>
        <w:rPr>
          <w:b/>
          <w:sz w:val="24"/>
        </w:rPr>
        <w:t>Câu 4: Biện pháp chủ yếu để giải quyết việc làm ở nông thôn nước ta là</w:t>
      </w:r>
    </w:p>
    <w:p>
      <w:pPr>
        <w:pStyle w:val="ListParagraph"/>
      </w:pPr>
      <w:r>
        <w:rPr>
          <w:sz w:val="22"/>
        </w:rPr>
        <w:t>A. Tăng cường xuất khẩu lao động phổ thông</w:t>
      </w:r>
    </w:p>
    <w:p>
      <w:pPr>
        <w:pStyle w:val="ListParagraph"/>
      </w:pPr>
      <w:r>
        <w:rPr>
          <w:sz w:val="22"/>
        </w:rPr>
        <w:t>B. Đẩy mạnh chuyển dịch cơ cấu kinh tế nông thôn</w:t>
      </w:r>
    </w:p>
    <w:p>
      <w:pPr>
        <w:pStyle w:val="ListParagraph"/>
      </w:pPr>
      <w:r>
        <w:rPr>
          <w:sz w:val="22"/>
        </w:rPr>
        <w:t>C. Giảm diện tích đất nông nghiệp</w:t>
      </w:r>
    </w:p>
    <w:p>
      <w:pPr>
        <w:pStyle w:val="ListParagraph"/>
      </w:pPr>
      <w:r>
        <w:rPr>
          <w:sz w:val="22"/>
        </w:rPr>
        <w:t>D. Hạn chế phát triển công nghiệp nông thôn</w:t>
      </w:r>
    </w:p>
    <w:p/>
    <w:p>
      <w:r>
        <w:rPr>
          <w:b/>
          <w:sz w:val="24"/>
        </w:rPr>
        <w:t>Câu 5: Chất lượng nguồn lao động nước ta còn hạn chế thể hiện ở</w:t>
      </w:r>
    </w:p>
    <w:p>
      <w:pPr>
        <w:pStyle w:val="ListParagraph"/>
      </w:pPr>
      <w:r>
        <w:rPr>
          <w:sz w:val="22"/>
        </w:rPr>
        <w:t>A. Tỉ lệ lao động qua đào tạo còn thấp</w:t>
      </w:r>
    </w:p>
    <w:p>
      <w:pPr>
        <w:pStyle w:val="ListParagraph"/>
      </w:pPr>
      <w:r>
        <w:rPr>
          <w:sz w:val="22"/>
        </w:rPr>
        <w:t>B. Lao động chủ yếu làm trong dịch vụ</w:t>
      </w:r>
    </w:p>
    <w:p>
      <w:pPr>
        <w:pStyle w:val="ListParagraph"/>
      </w:pPr>
      <w:r>
        <w:rPr>
          <w:sz w:val="22"/>
        </w:rPr>
        <w:t>C. Số lượng lao động quá ít</w:t>
      </w:r>
    </w:p>
    <w:p>
      <w:pPr>
        <w:pStyle w:val="ListParagraph"/>
      </w:pPr>
      <w:r>
        <w:rPr>
          <w:sz w:val="22"/>
        </w:rPr>
        <w:t>D. Tất cả lao động đều có tay nghề cao</w:t>
      </w:r>
    </w:p>
    <w:p/>
    <w:p>
      <w:r>
        <w:rPr>
          <w:b/>
          <w:sz w:val="24"/>
        </w:rPr>
        <w:t>Câu 6: Khu vực kinh tế nào thu hút nhiều lao động nhất ở nước ta hiện nay?</w:t>
      </w:r>
    </w:p>
    <w:p>
      <w:pPr>
        <w:pStyle w:val="ListParagraph"/>
      </w:pPr>
      <w:r>
        <w:rPr>
          <w:sz w:val="22"/>
        </w:rPr>
        <w:t>A. Khu vực ngoài nhà nước</w:t>
      </w:r>
    </w:p>
    <w:p>
      <w:pPr>
        <w:pStyle w:val="ListParagraph"/>
      </w:pPr>
      <w:r>
        <w:rPr>
          <w:sz w:val="22"/>
        </w:rPr>
        <w:t>B. Khu vực nhà nước</w:t>
      </w:r>
    </w:p>
    <w:p>
      <w:pPr>
        <w:pStyle w:val="ListParagraph"/>
      </w:pPr>
      <w:r>
        <w:rPr>
          <w:sz w:val="22"/>
        </w:rPr>
        <w:t>C. Khu vực kinh tế tập thể</w:t>
      </w:r>
    </w:p>
    <w:p>
      <w:pPr>
        <w:pStyle w:val="ListParagraph"/>
      </w:pPr>
      <w:r>
        <w:rPr>
          <w:sz w:val="22"/>
        </w:rPr>
        <w:t>D. Khu vực có vốn đầu tư nước ngoài</w:t>
      </w:r>
    </w:p>
    <w:p/>
    <w:p>
      <w:r>
        <w:rPr>
          <w:b/>
          <w:sz w:val="24"/>
        </w:rPr>
        <w:t>Câu 7: Xu hướng chuyển dịch cơ cấu lao động theo thành phần kinh tế nước ta là</w:t>
      </w:r>
    </w:p>
    <w:p>
      <w:pPr>
        <w:pStyle w:val="ListParagraph"/>
      </w:pPr>
      <w:r>
        <w:rPr>
          <w:sz w:val="22"/>
        </w:rPr>
        <w:t>A. Tăng tỉ trọng khu vực nhà nước</w:t>
      </w:r>
    </w:p>
    <w:p>
      <w:pPr>
        <w:pStyle w:val="ListParagraph"/>
      </w:pPr>
      <w:r>
        <w:rPr>
          <w:sz w:val="22"/>
        </w:rPr>
        <w:t>B. Chỉ phát triển khu vực tập thể</w:t>
      </w:r>
    </w:p>
    <w:p>
      <w:pPr>
        <w:pStyle w:val="ListParagraph"/>
      </w:pPr>
      <w:r>
        <w:rPr>
          <w:sz w:val="22"/>
        </w:rPr>
        <w:t>C. Tăng tỉ trọng khu vực có vốn đầu tư nước ngoài</w:t>
      </w:r>
    </w:p>
    <w:p>
      <w:pPr>
        <w:pStyle w:val="ListParagraph"/>
      </w:pPr>
      <w:r>
        <w:rPr>
          <w:sz w:val="22"/>
        </w:rPr>
        <w:t>D. Giảm tỉ trọng khu vực ngoài nhà nước</w:t>
      </w:r>
    </w:p>
    <w:p/>
    <w:p>
      <w:r>
        <w:rPr>
          <w:b/>
          <w:sz w:val="24"/>
        </w:rPr>
        <w:t>Câu 8: Nội dung nào sau đây không phải là biện pháp giải quyết việc làm ở nước ta?</w:t>
      </w:r>
    </w:p>
    <w:p>
      <w:pPr>
        <w:pStyle w:val="ListParagraph"/>
      </w:pPr>
      <w:r>
        <w:rPr>
          <w:sz w:val="22"/>
        </w:rPr>
        <w:t>A. Đa dạng hóa các loại hình đào tạo</w:t>
      </w:r>
    </w:p>
    <w:p>
      <w:pPr>
        <w:pStyle w:val="ListParagraph"/>
      </w:pPr>
      <w:r>
        <w:rPr>
          <w:sz w:val="22"/>
        </w:rPr>
        <w:t>B. Phát triển kinh tế hộ gia đình</w:t>
      </w:r>
    </w:p>
    <w:p>
      <w:pPr>
        <w:pStyle w:val="ListParagraph"/>
      </w:pPr>
      <w:r>
        <w:rPr>
          <w:sz w:val="22"/>
        </w:rPr>
        <w:t>C. Phát triển công nghiệp và dịch vụ</w:t>
      </w:r>
    </w:p>
    <w:p>
      <w:pPr>
        <w:pStyle w:val="ListParagraph"/>
      </w:pPr>
      <w:r>
        <w:rPr>
          <w:sz w:val="22"/>
        </w:rPr>
        <w:t>D. Hạn chế xuất khẩu lao động</w:t>
      </w:r>
    </w:p>
    <w:p/>
    <w:p>
      <w:r>
        <w:rPr>
          <w:b/>
          <w:sz w:val="24"/>
        </w:rPr>
        <w:t>Câu 9: Tỉ lệ thất nghiệp ở thành thị nước ta thường cao hơn nông thôn do</w:t>
      </w:r>
    </w:p>
    <w:p>
      <w:pPr>
        <w:pStyle w:val="ListParagraph"/>
      </w:pPr>
      <w:r>
        <w:rPr>
          <w:sz w:val="22"/>
        </w:rPr>
        <w:t>A. Nông thôn có thu nhập quá cao</w:t>
      </w:r>
    </w:p>
    <w:p>
      <w:pPr>
        <w:pStyle w:val="ListParagraph"/>
      </w:pPr>
      <w:r>
        <w:rPr>
          <w:sz w:val="22"/>
        </w:rPr>
        <w:t>B. Thành thị tập trung đông lao động, việc làm không đủ</w:t>
      </w:r>
    </w:p>
    <w:p>
      <w:pPr>
        <w:pStyle w:val="ListParagraph"/>
      </w:pPr>
      <w:r>
        <w:rPr>
          <w:sz w:val="22"/>
        </w:rPr>
        <w:t>C. Nông thôn không có lao động</w:t>
      </w:r>
    </w:p>
    <w:p>
      <w:pPr>
        <w:pStyle w:val="ListParagraph"/>
      </w:pPr>
      <w:r>
        <w:rPr>
          <w:sz w:val="22"/>
        </w:rPr>
        <w:t>D. Thành thị có ít lao động</w:t>
      </w:r>
    </w:p>
    <w:p/>
    <w:p>
      <w:r>
        <w:rPr>
          <w:b/>
          <w:sz w:val="24"/>
        </w:rPr>
        <w:t>Câu 10: Để nâng cao chất lượng nguồn lao động, nước ta cần chú trọng</w:t>
      </w:r>
    </w:p>
    <w:p>
      <w:pPr>
        <w:pStyle w:val="ListParagraph"/>
      </w:pPr>
      <w:r>
        <w:rPr>
          <w:sz w:val="22"/>
        </w:rPr>
        <w:t>A. Tăng số lượng lao động phổ thông</w:t>
      </w:r>
    </w:p>
    <w:p>
      <w:pPr>
        <w:pStyle w:val="ListParagraph"/>
      </w:pPr>
      <w:r>
        <w:rPr>
          <w:sz w:val="22"/>
        </w:rPr>
        <w:t>B. Đẩy mạnh giáo dục, đào tạo nghề</w:t>
      </w:r>
    </w:p>
    <w:p>
      <w:pPr>
        <w:pStyle w:val="ListParagraph"/>
      </w:pPr>
      <w:r>
        <w:rPr>
          <w:sz w:val="22"/>
        </w:rPr>
        <w:t>C. Hạn chế hợp tác quốc tế về lao động</w:t>
      </w:r>
    </w:p>
    <w:p>
      <w:pPr>
        <w:pStyle w:val="ListParagraph"/>
      </w:pPr>
      <w:r>
        <w:rPr>
          <w:sz w:val="22"/>
        </w:rPr>
        <w:t>D. Giảm đầu tư cho giáo dục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C</w:t>
      </w:r>
    </w:p>
    <w:p>
      <w:r>
        <w:rPr>
          <w:i/>
        </w:rPr>
        <w:t>Giải thích: Nguồn lao động nước ta dồi dào và tăng nhanh do dân số đông, cơ cấu dân số trẻ.</w:t>
      </w:r>
    </w:p>
    <w:p>
      <w:r>
        <w:rPr>
          <w:b/>
        </w:rPr>
        <w:t>Câu 2: Đáp án đúng: C</w:t>
      </w:r>
    </w:p>
    <w:p>
      <w:r>
        <w:rPr>
          <w:i/>
        </w:rPr>
        <w:t>Giải thích: Cơ cấu lao động chuyển dịch theo hướng giảm tỉ trọng nông - lâm - thủy sản, tăng tỉ trọng công nghiệp - xây dựng và dịch vụ.</w:t>
      </w:r>
    </w:p>
    <w:p>
      <w:r>
        <w:rPr>
          <w:b/>
        </w:rPr>
        <w:t>Câu 3: Đáp án đúng: C</w:t>
      </w:r>
    </w:p>
    <w:p>
      <w:r>
        <w:rPr>
          <w:i/>
        </w:rPr>
        <w:t>Giải thích: Nguồn lao động dồi dào trong khi nền kinh tế chưa tạo đủ việc làm là nguyên nhân chính gây khó khăn về việc làm.</w:t>
      </w:r>
    </w:p>
    <w:p>
      <w:r>
        <w:rPr>
          <w:b/>
        </w:rPr>
        <w:t>Câu 4: Đáp án đúng: B</w:t>
      </w:r>
    </w:p>
    <w:p>
      <w:r>
        <w:rPr>
          <w:i/>
        </w:rPr>
        <w:t>Giải thích: Đẩy mạnh chuyển dịch cơ cấu kinh tế nông thôn, phát triển ngành nghề, dịch vụ giúp tạo việc làm tại chỗ.</w:t>
      </w:r>
    </w:p>
    <w:p>
      <w:r>
        <w:rPr>
          <w:b/>
        </w:rPr>
        <w:t>Câu 5: Đáp án đúng: A</w:t>
      </w:r>
    </w:p>
    <w:p>
      <w:r>
        <w:rPr>
          <w:i/>
        </w:rPr>
        <w:t>Giải thích: Chất lượng lao động hạn chế do tỉ lệ lao động qua đào tạo còn thấp, thiếu lao động kỹ thuật cao.</w:t>
      </w:r>
    </w:p>
    <w:p>
      <w:r>
        <w:rPr>
          <w:b/>
        </w:rPr>
        <w:t>Câu 6: Đáp án đúng: A</w:t>
      </w:r>
    </w:p>
    <w:p>
      <w:r>
        <w:rPr>
          <w:i/>
        </w:rPr>
        <w:t>Giải thích: Khu vực ngoài nhà nước thu hút phần lớn lao động do bao gồm nông nghiệp, tiểu thủ công nghiệp, dịch vụ nhỏ.</w:t>
      </w:r>
    </w:p>
    <w:p>
      <w:r>
        <w:rPr>
          <w:b/>
        </w:rPr>
        <w:t>Câu 7: Đáp án đúng: C</w:t>
      </w:r>
    </w:p>
    <w:p>
      <w:r>
        <w:rPr>
          <w:i/>
        </w:rPr>
        <w:t>Giải thích: Tỉ trọng lao động khu vực có vốn đầu tư nước ngoài tăng do thu hút đầu tư và phát triển công nghiệp.</w:t>
      </w:r>
    </w:p>
    <w:p>
      <w:r>
        <w:rPr>
          <w:b/>
        </w:rPr>
        <w:t>Câu 8: Đáp án đúng: D</w:t>
      </w:r>
    </w:p>
    <w:p>
      <w:r>
        <w:rPr>
          <w:i/>
        </w:rPr>
        <w:t>Giải thích: Xuất khẩu lao động là một biện pháp tạo việc làm, nên hạn chế xuất khẩu lao động không phải là biện pháp đúng.</w:t>
      </w:r>
    </w:p>
    <w:p>
      <w:r>
        <w:rPr>
          <w:b/>
        </w:rPr>
        <w:t>Câu 9: Đáp án đúng: B</w:t>
      </w:r>
    </w:p>
    <w:p>
      <w:r>
        <w:rPr>
          <w:i/>
        </w:rPr>
        <w:t>Giải thích: Thành thị tập trung đông lao động trong khi khả năng tạo việc làm hạn chế nên tỉ lệ thất nghiệp cao hơn.</w:t>
      </w:r>
    </w:p>
    <w:p>
      <w:r>
        <w:rPr>
          <w:b/>
        </w:rPr>
        <w:t>Câu 10: Đáp án đúng: B</w:t>
      </w:r>
    </w:p>
    <w:p>
      <w:r>
        <w:rPr>
          <w:i/>
        </w:rPr>
        <w:t>Giải thích: Đẩy mạnh giáo dục và đào tạo nghề giúp nâng cao trình độ, tay nghề của người lao động.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