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- Today, many teenagers spend a lot of time online.</w:t>
      </w:r>
    </w:p>
    <w:p>
      <w:pPr>
        <w:jc w:val="center"/>
      </w:pPr>
      <w:r>
        <w:rPr>
          <w:sz w:val="22"/>
        </w:rPr>
        <w:t>Số câu: 44    Thời gian: _____ phút    Họ và tên: _________________________</w:t>
      </w:r>
    </w:p>
    <w:p/>
    <w:p>
      <w:r>
        <w:rPr>
          <w:b/>
          <w:sz w:val="24"/>
        </w:rPr>
        <w:t>Câu 1: They often (1) ______ social media sites to connect with friends and family.</w:t>
      </w:r>
    </w:p>
    <w:p>
      <w:pPr>
        <w:pStyle w:val="ListParagraph"/>
      </w:pPr>
      <w:r>
        <w:rPr>
          <w:sz w:val="22"/>
        </w:rPr>
        <w:t>A. log to</w:t>
      </w:r>
    </w:p>
    <w:p>
      <w:pPr>
        <w:pStyle w:val="ListParagraph"/>
      </w:pPr>
      <w:r>
        <w:rPr>
          <w:sz w:val="22"/>
        </w:rPr>
        <w:t>B. log on to</w:t>
      </w:r>
    </w:p>
    <w:p>
      <w:pPr>
        <w:pStyle w:val="ListParagraph"/>
      </w:pPr>
      <w:r>
        <w:rPr>
          <w:sz w:val="22"/>
        </w:rPr>
        <w:t>C. logging to</w:t>
      </w:r>
    </w:p>
    <w:p>
      <w:pPr>
        <w:pStyle w:val="ListParagraph"/>
      </w:pPr>
      <w:r>
        <w:rPr>
          <w:sz w:val="22"/>
        </w:rPr>
        <w:t>D. logged on</w:t>
      </w:r>
    </w:p>
    <w:p/>
    <w:p>
      <w:r>
        <w:rPr>
          <w:b/>
          <w:sz w:val="24"/>
        </w:rPr>
        <w:t>Câu 2: They can upload photos, chat, and (2) ______ forums about their favorite topics.</w:t>
      </w:r>
    </w:p>
    <w:p>
      <w:pPr>
        <w:pStyle w:val="ListParagraph"/>
      </w:pPr>
      <w:r>
        <w:rPr>
          <w:sz w:val="22"/>
        </w:rPr>
        <w:t>A. browse</w:t>
      </w:r>
    </w:p>
    <w:p>
      <w:pPr>
        <w:pStyle w:val="ListParagraph"/>
      </w:pPr>
      <w:r>
        <w:rPr>
          <w:sz w:val="22"/>
        </w:rPr>
        <w:t>B. bully</w:t>
      </w:r>
    </w:p>
    <w:p>
      <w:pPr>
        <w:pStyle w:val="ListParagraph"/>
      </w:pPr>
      <w:r>
        <w:rPr>
          <w:sz w:val="22"/>
        </w:rPr>
        <w:t>C. expectation</w:t>
      </w:r>
    </w:p>
    <w:p>
      <w:pPr>
        <w:pStyle w:val="ListParagraph"/>
      </w:pPr>
      <w:r>
        <w:rPr>
          <w:sz w:val="22"/>
        </w:rPr>
        <w:t>D. pressure</w:t>
      </w:r>
    </w:p>
    <w:p/>
    <w:p>
      <w:r>
        <w:rPr>
          <w:b/>
          <w:sz w:val="24"/>
        </w:rPr>
        <w:t>Câu 3: I like spending time online, (3) ______ my parents always tell me to be (4) ______ and careful.</w:t>
      </w:r>
    </w:p>
    <w:p>
      <w:pPr>
        <w:pStyle w:val="ListParagraph"/>
      </w:pPr>
      <w:r>
        <w:rPr>
          <w:sz w:val="22"/>
        </w:rPr>
        <w:t>A. so</w:t>
      </w:r>
    </w:p>
    <w:p>
      <w:pPr>
        <w:pStyle w:val="ListParagraph"/>
      </w:pPr>
      <w:r>
        <w:rPr>
          <w:sz w:val="22"/>
        </w:rPr>
        <w:t>B. because</w:t>
      </w:r>
    </w:p>
    <w:p>
      <w:pPr>
        <w:pStyle w:val="ListParagraph"/>
      </w:pPr>
      <w:r>
        <w:rPr>
          <w:sz w:val="22"/>
        </w:rPr>
        <w:t>C. if</w:t>
      </w:r>
    </w:p>
    <w:p>
      <w:pPr>
        <w:pStyle w:val="ListParagraph"/>
      </w:pPr>
      <w:r>
        <w:rPr>
          <w:sz w:val="22"/>
        </w:rPr>
        <w:t>D. but</w:t>
      </w:r>
    </w:p>
    <w:p/>
    <w:p>
      <w:r>
        <w:rPr>
          <w:b/>
          <w:sz w:val="24"/>
        </w:rPr>
        <w:t>Câu 4: I like spending time online, (3) ______ my parents always tell me to be (4) ______ and careful.</w:t>
      </w:r>
    </w:p>
    <w:p>
      <w:pPr>
        <w:pStyle w:val="ListParagraph"/>
      </w:pPr>
      <w:r>
        <w:rPr>
          <w:sz w:val="22"/>
        </w:rPr>
        <w:t>A. enjoyable</w:t>
      </w:r>
    </w:p>
    <w:p>
      <w:pPr>
        <w:pStyle w:val="ListParagraph"/>
      </w:pPr>
      <w:r>
        <w:rPr>
          <w:sz w:val="22"/>
        </w:rPr>
        <w:t>B. focused</w:t>
      </w:r>
    </w:p>
    <w:p>
      <w:pPr>
        <w:pStyle w:val="ListParagraph"/>
      </w:pPr>
      <w:r>
        <w:rPr>
          <w:sz w:val="22"/>
        </w:rPr>
        <w:t>C. peer</w:t>
      </w:r>
    </w:p>
    <w:p>
      <w:pPr>
        <w:pStyle w:val="ListParagraph"/>
      </w:pPr>
      <w:r>
        <w:rPr>
          <w:sz w:val="22"/>
        </w:rPr>
        <w:t>D. mature</w:t>
      </w:r>
    </w:p>
    <w:p/>
    <w:p>
      <w:r>
        <w:rPr>
          <w:b/>
          <w:sz w:val="24"/>
        </w:rPr>
        <w:t>Câu 5: One big problem online is (5) ______.</w:t>
      </w:r>
    </w:p>
    <w:p>
      <w:pPr>
        <w:pStyle w:val="ListParagraph"/>
      </w:pPr>
      <w:r>
        <w:rPr>
          <w:sz w:val="22"/>
        </w:rPr>
        <w:t>A. bully</w:t>
      </w:r>
    </w:p>
    <w:p>
      <w:pPr>
        <w:pStyle w:val="ListParagraph"/>
      </w:pPr>
      <w:r>
        <w:rPr>
          <w:sz w:val="22"/>
        </w:rPr>
        <w:t>B. bullies</w:t>
      </w:r>
    </w:p>
    <w:p>
      <w:pPr>
        <w:pStyle w:val="ListParagraph"/>
      </w:pPr>
      <w:r>
        <w:rPr>
          <w:sz w:val="22"/>
        </w:rPr>
        <w:t>C. bullying</w:t>
      </w:r>
    </w:p>
    <w:p>
      <w:pPr>
        <w:pStyle w:val="ListParagraph"/>
      </w:pPr>
      <w:r>
        <w:rPr>
          <w:sz w:val="22"/>
        </w:rPr>
        <w:t>D. bullied</w:t>
      </w:r>
    </w:p>
    <w:p/>
    <w:p>
      <w:r>
        <w:rPr>
          <w:b/>
          <w:sz w:val="24"/>
        </w:rPr>
        <w:t>Câu 6: Furthermore, too much time online can (6) ______ your ability to concentrate on your schoolwork and prepare for midterm exams.</w:t>
      </w:r>
    </w:p>
    <w:p>
      <w:pPr>
        <w:pStyle w:val="ListParagraph"/>
      </w:pPr>
      <w:r>
        <w:rPr>
          <w:sz w:val="22"/>
        </w:rPr>
        <w:t>A. enjoys</w:t>
      </w:r>
    </w:p>
    <w:p>
      <w:pPr>
        <w:pStyle w:val="ListParagraph"/>
      </w:pPr>
      <w:r>
        <w:rPr>
          <w:sz w:val="22"/>
        </w:rPr>
        <w:t>B. affect</w:t>
      </w:r>
    </w:p>
    <w:p>
      <w:pPr>
        <w:pStyle w:val="ListParagraph"/>
      </w:pPr>
      <w:r>
        <w:rPr>
          <w:sz w:val="22"/>
        </w:rPr>
        <w:t>C. expects</w:t>
      </w:r>
    </w:p>
    <w:p>
      <w:pPr>
        <w:pStyle w:val="ListParagraph"/>
      </w:pPr>
      <w:r>
        <w:rPr>
          <w:sz w:val="22"/>
        </w:rPr>
        <w:t>D. concentrates</w:t>
      </w:r>
    </w:p>
    <w:p/>
    <w:p>
      <w:r>
        <w:rPr>
          <w:b/>
          <w:sz w:val="24"/>
        </w:rPr>
        <w:t>Câu 7: What is the passage mainly about?</w:t>
      </w:r>
    </w:p>
    <w:p>
      <w:pPr>
        <w:pStyle w:val="ListParagraph"/>
      </w:pPr>
      <w:r>
        <w:rPr>
          <w:sz w:val="22"/>
        </w:rPr>
        <w:t>A. How to use a combine harvester</w:t>
      </w:r>
    </w:p>
    <w:p>
      <w:pPr>
        <w:pStyle w:val="ListParagraph"/>
      </w:pPr>
      <w:r>
        <w:rPr>
          <w:sz w:val="22"/>
        </w:rPr>
        <w:t>B. The challenges of raising cattle</w:t>
      </w:r>
    </w:p>
    <w:p>
      <w:pPr>
        <w:pStyle w:val="ListParagraph"/>
      </w:pPr>
      <w:r>
        <w:rPr>
          <w:sz w:val="22"/>
        </w:rPr>
        <w:t>C. A description of the peaceful life in the writer's village</w:t>
      </w:r>
    </w:p>
    <w:p>
      <w:pPr>
        <w:pStyle w:val="ListParagraph"/>
      </w:pPr>
      <w:r>
        <w:rPr>
          <w:sz w:val="22"/>
        </w:rPr>
        <w:t>D. Different types of crops grown in the countryside</w:t>
      </w:r>
    </w:p>
    <w:p/>
    <w:p>
      <w:r>
        <w:rPr>
          <w:b/>
          <w:sz w:val="24"/>
        </w:rPr>
        <w:t>Câu 8: What do most people in the writer's village do for a living?</w:t>
      </w:r>
    </w:p>
    <w:p>
      <w:pPr>
        <w:pStyle w:val="ListParagraph"/>
      </w:pPr>
      <w:r>
        <w:rPr>
          <w:sz w:val="22"/>
        </w:rPr>
        <w:t>A. They work in a large factory</w:t>
      </w:r>
    </w:p>
    <w:p>
      <w:pPr>
        <w:pStyle w:val="ListParagraph"/>
      </w:pPr>
      <w:r>
        <w:rPr>
          <w:sz w:val="22"/>
        </w:rPr>
        <w:t>B. They drive a ferry</w:t>
      </w:r>
    </w:p>
    <w:p>
      <w:pPr>
        <w:pStyle w:val="ListParagraph"/>
      </w:pPr>
      <w:r>
        <w:rPr>
          <w:sz w:val="22"/>
        </w:rPr>
        <w:t>C. They sell local speciality</w:t>
      </w:r>
    </w:p>
    <w:p>
      <w:pPr>
        <w:pStyle w:val="ListParagraph"/>
      </w:pPr>
      <w:r>
        <w:rPr>
          <w:sz w:val="22"/>
        </w:rPr>
        <w:t>D. They cultivate crops</w:t>
      </w:r>
    </w:p>
    <w:p/>
    <w:p>
      <w:r>
        <w:rPr>
          <w:b/>
          <w:sz w:val="24"/>
        </w:rPr>
        <w:t>Câu 9: The word "vast" in the passage is closest in meaning to ______.</w:t>
      </w:r>
    </w:p>
    <w:p>
      <w:pPr>
        <w:pStyle w:val="ListParagraph"/>
      </w:pPr>
      <w:r>
        <w:rPr>
          <w:sz w:val="22"/>
        </w:rPr>
        <w:t>A. quiet</w:t>
      </w:r>
    </w:p>
    <w:p>
      <w:pPr>
        <w:pStyle w:val="ListParagraph"/>
      </w:pPr>
      <w:r>
        <w:rPr>
          <w:sz w:val="22"/>
        </w:rPr>
        <w:t>B. small</w:t>
      </w:r>
    </w:p>
    <w:p>
      <w:pPr>
        <w:pStyle w:val="ListParagraph"/>
      </w:pPr>
      <w:r>
        <w:rPr>
          <w:sz w:val="22"/>
        </w:rPr>
        <w:t>C. huge</w:t>
      </w:r>
    </w:p>
    <w:p>
      <w:pPr>
        <w:pStyle w:val="ListParagraph"/>
      </w:pPr>
      <w:r>
        <w:rPr>
          <w:sz w:val="22"/>
        </w:rPr>
        <w:t>D. narrow</w:t>
      </w:r>
    </w:p>
    <w:p/>
    <w:p>
      <w:r>
        <w:rPr>
          <w:b/>
          <w:sz w:val="24"/>
        </w:rPr>
        <w:t>Câu 10: The word "hospitable" in the passage is opposite in meaning to ______.</w:t>
      </w:r>
    </w:p>
    <w:p>
      <w:pPr>
        <w:pStyle w:val="ListParagraph"/>
      </w:pPr>
      <w:r>
        <w:rPr>
          <w:sz w:val="22"/>
        </w:rPr>
        <w:t>A. kind</w:t>
      </w:r>
    </w:p>
    <w:p>
      <w:pPr>
        <w:pStyle w:val="ListParagraph"/>
      </w:pPr>
      <w:r>
        <w:rPr>
          <w:sz w:val="22"/>
        </w:rPr>
        <w:t>B. unfriendly</w:t>
      </w:r>
    </w:p>
    <w:p>
      <w:pPr>
        <w:pStyle w:val="ListParagraph"/>
      </w:pPr>
      <w:r>
        <w:rPr>
          <w:sz w:val="22"/>
        </w:rPr>
        <w:t>C. helpful</w:t>
      </w:r>
    </w:p>
    <w:p>
      <w:pPr>
        <w:pStyle w:val="ListParagraph"/>
      </w:pPr>
      <w:r>
        <w:rPr>
          <w:sz w:val="22"/>
        </w:rPr>
        <w:t>D. picturesque</w:t>
      </w:r>
    </w:p>
    <w:p/>
    <w:p>
      <w:r>
        <w:rPr>
          <w:b/>
          <w:sz w:val="24"/>
        </w:rPr>
        <w:t>Câu 11: The word "it" in "it is never boring" refers to ______.</w:t>
      </w:r>
    </w:p>
    <w:p>
      <w:pPr>
        <w:pStyle w:val="ListParagraph"/>
      </w:pPr>
      <w:r>
        <w:rPr>
          <w:sz w:val="22"/>
        </w:rPr>
        <w:t>A. the harvest</w:t>
      </w:r>
    </w:p>
    <w:p>
      <w:pPr>
        <w:pStyle w:val="ListParagraph"/>
      </w:pPr>
      <w:r>
        <w:rPr>
          <w:sz w:val="22"/>
        </w:rPr>
        <w:t>B. the river</w:t>
      </w:r>
    </w:p>
    <w:p>
      <w:pPr>
        <w:pStyle w:val="ListParagraph"/>
      </w:pPr>
      <w:r>
        <w:rPr>
          <w:sz w:val="22"/>
        </w:rPr>
        <w:t>C. life in the countryside</w:t>
      </w:r>
    </w:p>
    <w:p>
      <w:pPr>
        <w:pStyle w:val="ListParagraph"/>
      </w:pPr>
      <w:r>
        <w:rPr>
          <w:sz w:val="22"/>
        </w:rPr>
        <w:t>D. fishing</w:t>
      </w:r>
    </w:p>
    <w:p/>
    <w:p>
      <w:r>
        <w:rPr>
          <w:b/>
          <w:sz w:val="24"/>
        </w:rPr>
        <w:t>Câu 12: Which of the following is NOT true according to the passage?</w:t>
      </w:r>
    </w:p>
    <w:p>
      <w:pPr>
        <w:pStyle w:val="ListParagraph"/>
      </w:pPr>
      <w:r>
        <w:rPr>
          <w:sz w:val="22"/>
        </w:rPr>
        <w:t>A. The village is surrounded by rice fields.</w:t>
      </w:r>
    </w:p>
    <w:p>
      <w:pPr>
        <w:pStyle w:val="ListParagraph"/>
      </w:pPr>
      <w:r>
        <w:rPr>
          <w:sz w:val="22"/>
        </w:rPr>
        <w:t>B. The scenery in the village is beautiful.</w:t>
      </w:r>
    </w:p>
    <w:p>
      <w:pPr>
        <w:pStyle w:val="ListParagraph"/>
      </w:pPr>
      <w:r>
        <w:rPr>
          <w:sz w:val="22"/>
        </w:rPr>
        <w:t>C. The writer's uncle only grows crops.</w:t>
      </w:r>
    </w:p>
    <w:p>
      <w:pPr>
        <w:pStyle w:val="ListParagraph"/>
      </w:pPr>
      <w:r>
        <w:rPr>
          <w:sz w:val="22"/>
        </w:rPr>
        <w:t>D. Villagers help each other with the ferry.</w:t>
      </w:r>
    </w:p>
    <w:p/>
    <w:p>
      <w:r>
        <w:rPr>
          <w:b/>
          <w:sz w:val="24"/>
        </w:rPr>
        <w:t>Câu 13: Our DIY workshop teaches you how to make things like bracelets (13) ______ solve complex puzzles.</w:t>
      </w:r>
    </w:p>
    <w:p>
      <w:pPr>
        <w:pStyle w:val="ListParagraph"/>
      </w:pPr>
      <w:r>
        <w:rPr>
          <w:sz w:val="22"/>
        </w:rPr>
        <w:t>A. so</w:t>
      </w:r>
    </w:p>
    <w:p>
      <w:pPr>
        <w:pStyle w:val="ListParagraph"/>
      </w:pPr>
      <w:r>
        <w:rPr>
          <w:sz w:val="22"/>
        </w:rPr>
        <w:t>B. and</w:t>
      </w:r>
    </w:p>
    <w:p>
      <w:pPr>
        <w:pStyle w:val="ListParagraph"/>
      </w:pPr>
      <w:r>
        <w:rPr>
          <w:sz w:val="22"/>
        </w:rPr>
        <w:t>C. but</w:t>
      </w:r>
    </w:p>
    <w:p>
      <w:pPr>
        <w:pStyle w:val="ListParagraph"/>
      </w:pPr>
      <w:r>
        <w:rPr>
          <w:sz w:val="22"/>
        </w:rPr>
        <w:t>D. however</w:t>
      </w:r>
    </w:p>
    <w:p/>
    <w:p>
      <w:r>
        <w:rPr>
          <w:b/>
          <w:sz w:val="24"/>
        </w:rPr>
        <w:t>Câu 14: (14) ______, if you prefer sports, you can join our weekend run to stay in shape (15) ______ improve your fitness.</w:t>
      </w:r>
    </w:p>
    <w:p>
      <w:pPr>
        <w:pStyle w:val="ListParagraph"/>
      </w:pPr>
      <w:r>
        <w:rPr>
          <w:sz w:val="22"/>
        </w:rPr>
        <w:t>A. So</w:t>
      </w:r>
    </w:p>
    <w:p>
      <w:pPr>
        <w:pStyle w:val="ListParagraph"/>
      </w:pPr>
      <w:r>
        <w:rPr>
          <w:sz w:val="22"/>
        </w:rPr>
        <w:t>B. And</w:t>
      </w:r>
    </w:p>
    <w:p>
      <w:pPr>
        <w:pStyle w:val="ListParagraph"/>
      </w:pPr>
      <w:r>
        <w:rPr>
          <w:sz w:val="22"/>
        </w:rPr>
        <w:t>C. However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15: (14) ______, if you prefer sports, you can join our weekend run to stay in shape (15) ______ improve your fitness.</w:t>
      </w:r>
    </w:p>
    <w:p>
      <w:pPr>
        <w:pStyle w:val="ListParagraph"/>
      </w:pPr>
      <w:r>
        <w:rPr>
          <w:sz w:val="22"/>
        </w:rPr>
        <w:t>A. and</w:t>
      </w:r>
    </w:p>
    <w:p>
      <w:pPr>
        <w:pStyle w:val="ListParagraph"/>
      </w:pPr>
      <w:r>
        <w:rPr>
          <w:sz w:val="22"/>
        </w:rPr>
        <w:t>B. or</w:t>
      </w:r>
    </w:p>
    <w:p>
      <w:pPr>
        <w:pStyle w:val="ListParagraph"/>
      </w:pPr>
      <w:r>
        <w:rPr>
          <w:sz w:val="22"/>
        </w:rPr>
        <w:t>C. but</w:t>
      </w:r>
    </w:p>
    <w:p>
      <w:pPr>
        <w:pStyle w:val="ListParagraph"/>
      </w:pPr>
      <w:r>
        <w:rPr>
          <w:sz w:val="22"/>
        </w:rPr>
        <w:t>D. therefore</w:t>
      </w:r>
    </w:p>
    <w:p/>
    <w:p>
      <w:r>
        <w:rPr>
          <w:b/>
          <w:sz w:val="24"/>
        </w:rPr>
        <w:t>Câu 16: You can sign up for the DIY kit, (16) ______ you can sign up for the sports session!</w:t>
      </w:r>
    </w:p>
    <w:p>
      <w:pPr>
        <w:pStyle w:val="ListParagraph"/>
      </w:pPr>
      <w:r>
        <w:rPr>
          <w:sz w:val="22"/>
        </w:rPr>
        <w:t>A. but</w:t>
      </w:r>
    </w:p>
    <w:p>
      <w:pPr>
        <w:pStyle w:val="ListParagraph"/>
      </w:pPr>
      <w:r>
        <w:rPr>
          <w:sz w:val="22"/>
        </w:rPr>
        <w:t>B. or</w:t>
      </w:r>
    </w:p>
    <w:p>
      <w:pPr>
        <w:pStyle w:val="ListParagraph"/>
      </w:pPr>
      <w:r>
        <w:rPr>
          <w:sz w:val="22"/>
        </w:rPr>
        <w:t>C. and</w:t>
      </w:r>
    </w:p>
    <w:p>
      <w:pPr>
        <w:pStyle w:val="ListParagraph"/>
      </w:pPr>
      <w:r>
        <w:rPr>
          <w:sz w:val="22"/>
        </w:rPr>
        <w:t>D. therefore</w:t>
      </w:r>
    </w:p>
    <w:p/>
    <w:p>
      <w:r>
        <w:rPr>
          <w:b/>
          <w:sz w:val="24"/>
        </w:rPr>
        <w:t>Câu 17: Our local community center is a great place for everyone, young (17) ______ old.</w:t>
      </w:r>
    </w:p>
    <w:p>
      <w:pPr>
        <w:pStyle w:val="ListParagraph"/>
      </w:pPr>
      <w:r>
        <w:rPr>
          <w:sz w:val="22"/>
        </w:rPr>
        <w:t>A. or</w:t>
      </w:r>
    </w:p>
    <w:p>
      <w:pPr>
        <w:pStyle w:val="ListParagraph"/>
      </w:pPr>
      <w:r>
        <w:rPr>
          <w:sz w:val="22"/>
        </w:rPr>
        <w:t>B. so</w:t>
      </w:r>
    </w:p>
    <w:p>
      <w:pPr>
        <w:pStyle w:val="ListParagraph"/>
      </w:pPr>
      <w:r>
        <w:rPr>
          <w:sz w:val="22"/>
        </w:rPr>
        <w:t>C. and</w:t>
      </w:r>
    </w:p>
    <w:p>
      <w:pPr>
        <w:pStyle w:val="ListParagraph"/>
      </w:pPr>
      <w:r>
        <w:rPr>
          <w:sz w:val="22"/>
        </w:rPr>
        <w:t>D. with</w:t>
      </w:r>
    </w:p>
    <w:p/>
    <w:p>
      <w:r>
        <w:rPr>
          <w:b/>
          <w:sz w:val="24"/>
        </w:rPr>
        <w:t>Câu 18: For example, my neighbor, Sue, is very keen (18) ______ joining the local DIY group.</w:t>
      </w:r>
    </w:p>
    <w:p>
      <w:pPr>
        <w:pStyle w:val="ListParagraph"/>
      </w:pPr>
      <w:r>
        <w:rPr>
          <w:sz w:val="22"/>
        </w:rPr>
        <w:t>A. at</w:t>
      </w:r>
    </w:p>
    <w:p>
      <w:pPr>
        <w:pStyle w:val="ListParagraph"/>
      </w:pPr>
      <w:r>
        <w:rPr>
          <w:sz w:val="22"/>
        </w:rPr>
        <w:t>B. with</w:t>
      </w:r>
    </w:p>
    <w:p>
      <w:pPr>
        <w:pStyle w:val="ListParagraph"/>
      </w:pPr>
      <w:r>
        <w:rPr>
          <w:sz w:val="22"/>
        </w:rPr>
        <w:t>C. to</w:t>
      </w:r>
    </w:p>
    <w:p>
      <w:pPr>
        <w:pStyle w:val="ListParagraph"/>
      </w:pPr>
      <w:r>
        <w:rPr>
          <w:sz w:val="22"/>
        </w:rPr>
        <w:t>D. on</w:t>
      </w:r>
    </w:p>
    <w:p/>
    <w:p>
      <w:r>
        <w:rPr>
          <w:b/>
          <w:sz w:val="24"/>
        </w:rPr>
        <w:t>Câu 19: She fancies making things like small gift (19) ______ simple bracelets for the neighbors.</w:t>
      </w:r>
    </w:p>
    <w:p>
      <w:pPr>
        <w:pStyle w:val="ListParagraph"/>
      </w:pPr>
      <w:r>
        <w:rPr>
          <w:sz w:val="22"/>
        </w:rPr>
        <w:t>A. and</w:t>
      </w:r>
    </w:p>
    <w:p>
      <w:pPr>
        <w:pStyle w:val="ListParagraph"/>
      </w:pPr>
      <w:r>
        <w:rPr>
          <w:sz w:val="22"/>
        </w:rPr>
        <w:t>B. or</w:t>
      </w:r>
    </w:p>
    <w:p>
      <w:pPr>
        <w:pStyle w:val="ListParagraph"/>
      </w:pPr>
      <w:r>
        <w:rPr>
          <w:sz w:val="22"/>
        </w:rPr>
        <w:t>C. so</w:t>
      </w:r>
    </w:p>
    <w:p>
      <w:pPr>
        <w:pStyle w:val="ListParagraph"/>
      </w:pPr>
      <w:r>
        <w:rPr>
          <w:sz w:val="22"/>
        </w:rPr>
        <w:t>D. but</w:t>
      </w:r>
    </w:p>
    <w:p/>
    <w:p>
      <w:r>
        <w:rPr>
          <w:b/>
          <w:sz w:val="24"/>
        </w:rPr>
        <w:t>Câu 20: I detest staying indoors, (20) ______ I prefer to be outdoors.</w:t>
      </w:r>
    </w:p>
    <w:p>
      <w:pPr>
        <w:pStyle w:val="ListParagraph"/>
      </w:pPr>
      <w:r>
        <w:rPr>
          <w:sz w:val="22"/>
        </w:rPr>
        <w:t>A. but</w:t>
      </w:r>
    </w:p>
    <w:p>
      <w:pPr>
        <w:pStyle w:val="ListParagraph"/>
      </w:pPr>
      <w:r>
        <w:rPr>
          <w:sz w:val="22"/>
        </w:rPr>
        <w:t>B. however</w:t>
      </w:r>
    </w:p>
    <w:p>
      <w:pPr>
        <w:pStyle w:val="ListParagraph"/>
      </w:pPr>
      <w:r>
        <w:rPr>
          <w:sz w:val="22"/>
        </w:rPr>
        <w:t>C. therefore</w:t>
      </w:r>
    </w:p>
    <w:p>
      <w:pPr>
        <w:pStyle w:val="ListParagraph"/>
      </w:pPr>
      <w:r>
        <w:rPr>
          <w:sz w:val="22"/>
        </w:rPr>
        <w:t>D. so</w:t>
      </w:r>
    </w:p>
    <w:p/>
    <w:p>
      <w:r>
        <w:rPr>
          <w:b/>
          <w:sz w:val="24"/>
        </w:rPr>
        <w:t>Câu 21: The weather was suddenly very cold, (21) ______ a lot of people still came to watch.</w:t>
      </w:r>
    </w:p>
    <w:p>
      <w:pPr>
        <w:pStyle w:val="ListParagraph"/>
      </w:pPr>
      <w:r>
        <w:rPr>
          <w:sz w:val="22"/>
        </w:rPr>
        <w:t>A. and</w:t>
      </w:r>
    </w:p>
    <w:p>
      <w:pPr>
        <w:pStyle w:val="ListParagraph"/>
      </w:pPr>
      <w:r>
        <w:rPr>
          <w:sz w:val="22"/>
        </w:rPr>
        <w:t>B. but</w:t>
      </w:r>
    </w:p>
    <w:p>
      <w:pPr>
        <w:pStyle w:val="ListParagraph"/>
      </w:pPr>
      <w:r>
        <w:rPr>
          <w:sz w:val="22"/>
        </w:rPr>
        <w:t>C. so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22: Choose the best sentence to complete the passage.</w:t>
      </w:r>
    </w:p>
    <w:p>
      <w:pPr>
        <w:pStyle w:val="ListParagraph"/>
      </w:pPr>
      <w:r>
        <w:rPr>
          <w:sz w:val="22"/>
        </w:rPr>
        <w:t>A. This way, we can improve our town and keep a healthy balance.</w:t>
      </w:r>
    </w:p>
    <w:p>
      <w:pPr>
        <w:pStyle w:val="ListParagraph"/>
      </w:pPr>
      <w:r>
        <w:rPr>
          <w:sz w:val="22"/>
        </w:rPr>
        <w:t>B. The police officer stopped the traffic near the bus station.</w:t>
      </w:r>
    </w:p>
    <w:p>
      <w:pPr>
        <w:pStyle w:val="ListParagraph"/>
      </w:pPr>
      <w:r>
        <w:rPr>
          <w:sz w:val="22"/>
        </w:rPr>
        <w:t>C. Our neighbors bought a new resort last month.</w:t>
      </w:r>
    </w:p>
    <w:p>
      <w:pPr>
        <w:pStyle w:val="ListParagraph"/>
      </w:pPr>
      <w:r>
        <w:rPr>
          <w:sz w:val="22"/>
        </w:rPr>
        <w:t>D. The weather changed very quickly.</w:t>
      </w:r>
    </w:p>
    <w:p/>
    <w:p>
      <w:r>
        <w:rPr>
          <w:b/>
          <w:sz w:val="24"/>
        </w:rPr>
        <w:t>Câu 23: Some of them (23) ______ collecting things such as coins, stamps, or model cars.</w:t>
      </w:r>
    </w:p>
    <w:p>
      <w:pPr>
        <w:pStyle w:val="ListParagraph"/>
      </w:pPr>
      <w:r>
        <w:rPr>
          <w:sz w:val="22"/>
        </w:rPr>
        <w:t>A. enjoy</w:t>
      </w:r>
    </w:p>
    <w:p>
      <w:pPr>
        <w:pStyle w:val="ListParagraph"/>
      </w:pPr>
      <w:r>
        <w:rPr>
          <w:sz w:val="22"/>
        </w:rPr>
        <w:t>B. interests</w:t>
      </w:r>
    </w:p>
    <w:p>
      <w:pPr>
        <w:pStyle w:val="ListParagraph"/>
      </w:pPr>
      <w:r>
        <w:rPr>
          <w:sz w:val="22"/>
        </w:rPr>
        <w:t>C. favorite</w:t>
      </w:r>
    </w:p>
    <w:p>
      <w:pPr>
        <w:pStyle w:val="ListParagraph"/>
      </w:pPr>
      <w:r>
        <w:rPr>
          <w:sz w:val="22"/>
        </w:rPr>
        <w:t>D. joy</w:t>
      </w:r>
    </w:p>
    <w:p/>
    <w:p>
      <w:r>
        <w:rPr>
          <w:b/>
          <w:sz w:val="24"/>
        </w:rPr>
        <w:t>Câu 24: Others enjoy creative activities like drawing or (24) ______ handmade gifts for friends.</w:t>
      </w:r>
    </w:p>
    <w:p>
      <w:pPr>
        <w:pStyle w:val="ListParagraph"/>
      </w:pPr>
      <w:r>
        <w:rPr>
          <w:sz w:val="22"/>
        </w:rPr>
        <w:t>A. to make</w:t>
      </w:r>
    </w:p>
    <w:p>
      <w:pPr>
        <w:pStyle w:val="ListParagraph"/>
      </w:pPr>
      <w:r>
        <w:rPr>
          <w:sz w:val="22"/>
        </w:rPr>
        <w:t>B. making</w:t>
      </w:r>
    </w:p>
    <w:p>
      <w:pPr>
        <w:pStyle w:val="ListParagraph"/>
      </w:pPr>
      <w:r>
        <w:rPr>
          <w:sz w:val="22"/>
        </w:rPr>
        <w:t>C. make</w:t>
      </w:r>
    </w:p>
    <w:p>
      <w:pPr>
        <w:pStyle w:val="ListParagraph"/>
      </w:pPr>
      <w:r>
        <w:rPr>
          <w:sz w:val="22"/>
        </w:rPr>
        <w:t>D. made</w:t>
      </w:r>
    </w:p>
    <w:p/>
    <w:p>
      <w:r>
        <w:rPr>
          <w:b/>
          <w:sz w:val="24"/>
        </w:rPr>
        <w:t>Câu 25: Teenagers often (25) ______ videos about their interests on social media.</w:t>
      </w:r>
    </w:p>
    <w:p>
      <w:pPr>
        <w:pStyle w:val="ListParagraph"/>
      </w:pPr>
      <w:r>
        <w:rPr>
          <w:sz w:val="22"/>
        </w:rPr>
        <w:t>A. post</w:t>
      </w:r>
    </w:p>
    <w:p>
      <w:pPr>
        <w:pStyle w:val="ListParagraph"/>
      </w:pPr>
      <w:r>
        <w:rPr>
          <w:sz w:val="22"/>
        </w:rPr>
        <w:t>B. posts</w:t>
      </w:r>
    </w:p>
    <w:p>
      <w:pPr>
        <w:pStyle w:val="ListParagraph"/>
      </w:pPr>
      <w:r>
        <w:rPr>
          <w:sz w:val="22"/>
        </w:rPr>
        <w:t>C. posting</w:t>
      </w:r>
    </w:p>
    <w:p>
      <w:pPr>
        <w:pStyle w:val="ListParagraph"/>
      </w:pPr>
      <w:r>
        <w:rPr>
          <w:sz w:val="22"/>
        </w:rPr>
        <w:t>D. posted</w:t>
      </w:r>
    </w:p>
    <w:p/>
    <w:p>
      <w:r>
        <w:rPr>
          <w:b/>
          <w:sz w:val="24"/>
        </w:rPr>
        <w:t>Câu 26: However, parents always remind them to use the Internet (26) ______ and avoid sharing too much personal information.</w:t>
      </w:r>
    </w:p>
    <w:p>
      <w:pPr>
        <w:pStyle w:val="ListParagraph"/>
      </w:pPr>
      <w:r>
        <w:rPr>
          <w:sz w:val="22"/>
        </w:rPr>
        <w:t>A. careful</w:t>
      </w:r>
    </w:p>
    <w:p>
      <w:pPr>
        <w:pStyle w:val="ListParagraph"/>
      </w:pPr>
      <w:r>
        <w:rPr>
          <w:sz w:val="22"/>
        </w:rPr>
        <w:t>B. carefully</w:t>
      </w:r>
    </w:p>
    <w:p>
      <w:pPr>
        <w:pStyle w:val="ListParagraph"/>
      </w:pPr>
      <w:r>
        <w:rPr>
          <w:sz w:val="22"/>
        </w:rPr>
        <w:t>C. care</w:t>
      </w:r>
    </w:p>
    <w:p>
      <w:pPr>
        <w:pStyle w:val="ListParagraph"/>
      </w:pPr>
      <w:r>
        <w:rPr>
          <w:sz w:val="22"/>
        </w:rPr>
        <w:t>D. caring</w:t>
      </w:r>
    </w:p>
    <w:p/>
    <w:p>
      <w:r>
        <w:rPr>
          <w:b/>
          <w:sz w:val="24"/>
        </w:rPr>
        <w:t>Câu 27: Having a hobby is very helpful because it can (27) ______ stress and make you feel relaxed.</w:t>
      </w:r>
    </w:p>
    <w:p>
      <w:pPr>
        <w:pStyle w:val="ListParagraph"/>
      </w:pPr>
      <w:r>
        <w:rPr>
          <w:sz w:val="22"/>
        </w:rPr>
        <w:t>A. increase</w:t>
      </w:r>
    </w:p>
    <w:p>
      <w:pPr>
        <w:pStyle w:val="ListParagraph"/>
      </w:pPr>
      <w:r>
        <w:rPr>
          <w:sz w:val="22"/>
        </w:rPr>
        <w:t>B. add</w:t>
      </w:r>
    </w:p>
    <w:p>
      <w:pPr>
        <w:pStyle w:val="ListParagraph"/>
      </w:pPr>
      <w:r>
        <w:rPr>
          <w:sz w:val="22"/>
        </w:rPr>
        <w:t>C. reduce</w:t>
      </w:r>
    </w:p>
    <w:p>
      <w:pPr>
        <w:pStyle w:val="ListParagraph"/>
      </w:pPr>
      <w:r>
        <w:rPr>
          <w:sz w:val="22"/>
        </w:rPr>
        <w:t>D. grow</w:t>
      </w:r>
    </w:p>
    <w:p/>
    <w:p>
      <w:r>
        <w:rPr>
          <w:b/>
          <w:sz w:val="24"/>
        </w:rPr>
        <w:t>Câu 28: Having hobbies is important because they help teenagers relax, develop their talents, and (28) ______ new friends.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take</w:t>
      </w:r>
    </w:p>
    <w:p>
      <w:pPr>
        <w:pStyle w:val="ListParagraph"/>
      </w:pPr>
      <w:r>
        <w:rPr>
          <w:sz w:val="22"/>
        </w:rPr>
        <w:t>C. get</w:t>
      </w:r>
    </w:p>
    <w:p>
      <w:pPr>
        <w:pStyle w:val="ListParagraph"/>
      </w:pPr>
      <w:r>
        <w:rPr>
          <w:sz w:val="22"/>
        </w:rPr>
        <w:t>D. make</w:t>
      </w:r>
    </w:p>
    <w:p/>
    <w:p>
      <w:r>
        <w:rPr>
          <w:b/>
          <w:sz w:val="24"/>
        </w:rPr>
        <w:t>Câu 29: What is the passage mainly about?</w:t>
      </w:r>
    </w:p>
    <w:p>
      <w:pPr>
        <w:pStyle w:val="ListParagraph"/>
      </w:pPr>
      <w:r>
        <w:rPr>
          <w:sz w:val="22"/>
        </w:rPr>
        <w:t>A. A busy city</w:t>
      </w:r>
    </w:p>
    <w:p>
      <w:pPr>
        <w:pStyle w:val="ListParagraph"/>
      </w:pPr>
      <w:r>
        <w:rPr>
          <w:sz w:val="22"/>
        </w:rPr>
        <w:t>B. A trip abroad</w:t>
      </w:r>
    </w:p>
    <w:p>
      <w:pPr>
        <w:pStyle w:val="ListParagraph"/>
      </w:pPr>
      <w:r>
        <w:rPr>
          <w:sz w:val="22"/>
        </w:rPr>
        <w:t>C. Countryside life</w:t>
      </w:r>
    </w:p>
    <w:p>
      <w:pPr>
        <w:pStyle w:val="ListParagraph"/>
      </w:pPr>
      <w:r>
        <w:rPr>
          <w:sz w:val="22"/>
        </w:rPr>
        <w:t>D. Working at school</w:t>
      </w:r>
    </w:p>
    <w:p/>
    <w:p>
      <w:r>
        <w:rPr>
          <w:b/>
          <w:sz w:val="24"/>
        </w:rPr>
        <w:t>Câu 30: What do people in the countryside usually do?</w:t>
      </w:r>
    </w:p>
    <w:p>
      <w:pPr>
        <w:pStyle w:val="ListParagraph"/>
      </w:pPr>
      <w:r>
        <w:rPr>
          <w:sz w:val="22"/>
        </w:rPr>
        <w:t>A. They work in factories.</w:t>
      </w:r>
    </w:p>
    <w:p>
      <w:pPr>
        <w:pStyle w:val="ListParagraph"/>
      </w:pPr>
      <w:r>
        <w:rPr>
          <w:sz w:val="22"/>
        </w:rPr>
        <w:t>B. They grow crops.</w:t>
      </w:r>
    </w:p>
    <w:p>
      <w:pPr>
        <w:pStyle w:val="ListParagraph"/>
      </w:pPr>
      <w:r>
        <w:rPr>
          <w:sz w:val="22"/>
        </w:rPr>
        <w:t>C. They travel every day.</w:t>
      </w:r>
    </w:p>
    <w:p>
      <w:pPr>
        <w:pStyle w:val="ListParagraph"/>
      </w:pPr>
      <w:r>
        <w:rPr>
          <w:sz w:val="22"/>
        </w:rPr>
        <w:t>D. They play sports all day.</w:t>
      </w:r>
    </w:p>
    <w:p/>
    <w:p>
      <w:r>
        <w:rPr>
          <w:b/>
          <w:sz w:val="24"/>
        </w:rPr>
        <w:t>Câu 31: The word "fresh" in the passage is closest in meaning to ______.</w:t>
      </w:r>
    </w:p>
    <w:p>
      <w:pPr>
        <w:pStyle w:val="ListParagraph"/>
      </w:pPr>
      <w:r>
        <w:rPr>
          <w:sz w:val="22"/>
        </w:rPr>
        <w:t>A. polluted</w:t>
      </w:r>
    </w:p>
    <w:p>
      <w:pPr>
        <w:pStyle w:val="ListParagraph"/>
      </w:pPr>
      <w:r>
        <w:rPr>
          <w:sz w:val="22"/>
        </w:rPr>
        <w:t>B. dirty</w:t>
      </w:r>
    </w:p>
    <w:p>
      <w:pPr>
        <w:pStyle w:val="ListParagraph"/>
      </w:pPr>
      <w:r>
        <w:rPr>
          <w:sz w:val="22"/>
        </w:rPr>
        <w:t>C. dark</w:t>
      </w:r>
    </w:p>
    <w:p>
      <w:pPr>
        <w:pStyle w:val="ListParagraph"/>
      </w:pPr>
      <w:r>
        <w:rPr>
          <w:sz w:val="22"/>
        </w:rPr>
        <w:t>D. clean</w:t>
      </w:r>
    </w:p>
    <w:p/>
    <w:p>
      <w:r>
        <w:rPr>
          <w:b/>
          <w:sz w:val="24"/>
        </w:rPr>
        <w:t>Câu 32: The word "gathers" in the passage is opposite in meaning to ______.</w:t>
      </w:r>
    </w:p>
    <w:p>
      <w:pPr>
        <w:pStyle w:val="ListParagraph"/>
      </w:pPr>
      <w:r>
        <w:rPr>
          <w:sz w:val="22"/>
        </w:rPr>
        <w:t>A. collects</w:t>
      </w:r>
    </w:p>
    <w:p>
      <w:pPr>
        <w:pStyle w:val="ListParagraph"/>
      </w:pPr>
      <w:r>
        <w:rPr>
          <w:sz w:val="22"/>
        </w:rPr>
        <w:t>B. meets</w:t>
      </w:r>
    </w:p>
    <w:p>
      <w:pPr>
        <w:pStyle w:val="ListParagraph"/>
      </w:pPr>
      <w:r>
        <w:rPr>
          <w:sz w:val="22"/>
        </w:rPr>
        <w:t>C. separates</w:t>
      </w:r>
    </w:p>
    <w:p>
      <w:pPr>
        <w:pStyle w:val="ListParagraph"/>
      </w:pPr>
      <w:r>
        <w:rPr>
          <w:sz w:val="22"/>
        </w:rPr>
        <w:t>D. plays</w:t>
      </w:r>
    </w:p>
    <w:p/>
    <w:p>
      <w:r>
        <w:rPr>
          <w:b/>
          <w:sz w:val="24"/>
        </w:rPr>
        <w:t>Câu 33: What do children like doing when the wind is strong?</w:t>
      </w:r>
    </w:p>
    <w:p>
      <w:pPr>
        <w:pStyle w:val="ListParagraph"/>
      </w:pPr>
      <w:r>
        <w:rPr>
          <w:sz w:val="22"/>
        </w:rPr>
        <w:t>A. Fishing</w:t>
      </w:r>
    </w:p>
    <w:p>
      <w:pPr>
        <w:pStyle w:val="ListParagraph"/>
      </w:pPr>
      <w:r>
        <w:rPr>
          <w:sz w:val="22"/>
        </w:rPr>
        <w:t>B. Flying kites</w:t>
      </w:r>
    </w:p>
    <w:p>
      <w:pPr>
        <w:pStyle w:val="ListParagraph"/>
      </w:pPr>
      <w:r>
        <w:rPr>
          <w:sz w:val="22"/>
        </w:rPr>
        <w:t>C. Playing music</w:t>
      </w:r>
    </w:p>
    <w:p>
      <w:pPr>
        <w:pStyle w:val="ListParagraph"/>
      </w:pPr>
      <w:r>
        <w:rPr>
          <w:sz w:val="22"/>
        </w:rPr>
        <w:t>D. Cooking dinner</w:t>
      </w:r>
    </w:p>
    <w:p/>
    <w:p>
      <w:r>
        <w:rPr>
          <w:b/>
          <w:sz w:val="24"/>
        </w:rPr>
        <w:t>Câu 34: According to the passage, which of the following is TRUE?</w:t>
      </w:r>
    </w:p>
    <w:p>
      <w:pPr>
        <w:pStyle w:val="ListParagraph"/>
      </w:pPr>
      <w:r>
        <w:rPr>
          <w:sz w:val="22"/>
        </w:rPr>
        <w:t>A. The people are unhappy.</w:t>
      </w:r>
    </w:p>
    <w:p>
      <w:pPr>
        <w:pStyle w:val="ListParagraph"/>
      </w:pPr>
      <w:r>
        <w:rPr>
          <w:sz w:val="22"/>
        </w:rPr>
        <w:t>B. The air is dirty and noisy.</w:t>
      </w:r>
    </w:p>
    <w:p>
      <w:pPr>
        <w:pStyle w:val="ListParagraph"/>
      </w:pPr>
      <w:r>
        <w:rPr>
          <w:sz w:val="22"/>
        </w:rPr>
        <w:t>C. People feel close to each other.</w:t>
      </w:r>
    </w:p>
    <w:p>
      <w:pPr>
        <w:pStyle w:val="ListParagraph"/>
      </w:pPr>
      <w:r>
        <w:rPr>
          <w:sz w:val="22"/>
        </w:rPr>
        <w:t>D. There are many shopping malls.</w:t>
      </w:r>
    </w:p>
    <w:p/>
    <w:p>
      <w:r>
        <w:rPr>
          <w:b/>
          <w:sz w:val="24"/>
        </w:rPr>
        <w:t>Câu 35: On Saturday morning, you can join a music workshop (35) ______ learn to play simple instruments.</w:t>
      </w:r>
    </w:p>
    <w:p>
      <w:pPr>
        <w:pStyle w:val="ListParagraph"/>
      </w:pPr>
      <w:r>
        <w:rPr>
          <w:sz w:val="22"/>
        </w:rPr>
        <w:t>A. but</w:t>
      </w:r>
    </w:p>
    <w:p>
      <w:pPr>
        <w:pStyle w:val="ListParagraph"/>
      </w:pPr>
      <w:r>
        <w:rPr>
          <w:sz w:val="22"/>
        </w:rPr>
        <w:t>B. and</w:t>
      </w:r>
    </w:p>
    <w:p>
      <w:pPr>
        <w:pStyle w:val="ListParagraph"/>
      </w:pPr>
      <w:r>
        <w:rPr>
          <w:sz w:val="22"/>
        </w:rPr>
        <w:t>C. or</w:t>
      </w:r>
    </w:p>
    <w:p>
      <w:pPr>
        <w:pStyle w:val="ListParagraph"/>
      </w:pPr>
      <w:r>
        <w:rPr>
          <w:sz w:val="22"/>
        </w:rPr>
        <w:t>D. because</w:t>
      </w:r>
    </w:p>
    <w:p/>
    <w:p>
      <w:r>
        <w:rPr>
          <w:b/>
          <w:sz w:val="24"/>
        </w:rPr>
        <w:t>Câu 36: (36) ______, on Sunday, there will be a picnic in the park.</w:t>
      </w:r>
    </w:p>
    <w:p>
      <w:pPr>
        <w:pStyle w:val="ListParagraph"/>
      </w:pPr>
      <w:r>
        <w:rPr>
          <w:sz w:val="22"/>
        </w:rPr>
        <w:t>A. However</w:t>
      </w:r>
    </w:p>
    <w:p>
      <w:pPr>
        <w:pStyle w:val="ListParagraph"/>
      </w:pPr>
      <w:r>
        <w:rPr>
          <w:sz w:val="22"/>
        </w:rPr>
        <w:t>B. Therefore</w:t>
      </w:r>
    </w:p>
    <w:p>
      <w:pPr>
        <w:pStyle w:val="ListParagraph"/>
      </w:pPr>
      <w:r>
        <w:rPr>
          <w:sz w:val="22"/>
        </w:rPr>
        <w:t>C. Besides</w:t>
      </w:r>
    </w:p>
    <w:p>
      <w:pPr>
        <w:pStyle w:val="ListParagraph"/>
      </w:pPr>
      <w:r>
        <w:rPr>
          <w:sz w:val="22"/>
        </w:rPr>
        <w:t>D. Because</w:t>
      </w:r>
    </w:p>
    <w:p/>
    <w:p>
      <w:r>
        <w:rPr>
          <w:b/>
          <w:sz w:val="24"/>
        </w:rPr>
        <w:t>Câu 37: Please remember to bring your lunch (37) ______ a bottle of water.</w:t>
      </w:r>
    </w:p>
    <w:p>
      <w:pPr>
        <w:pStyle w:val="ListParagraph"/>
      </w:pPr>
      <w:r>
        <w:rPr>
          <w:sz w:val="22"/>
        </w:rPr>
        <w:t>A. but</w:t>
      </w:r>
    </w:p>
    <w:p>
      <w:pPr>
        <w:pStyle w:val="ListParagraph"/>
      </w:pPr>
      <w:r>
        <w:rPr>
          <w:sz w:val="22"/>
        </w:rPr>
        <w:t>B. and</w:t>
      </w:r>
    </w:p>
    <w:p>
      <w:pPr>
        <w:pStyle w:val="ListParagraph"/>
      </w:pPr>
      <w:r>
        <w:rPr>
          <w:sz w:val="22"/>
        </w:rPr>
        <w:t>C. or</w:t>
      </w:r>
    </w:p>
    <w:p>
      <w:pPr>
        <w:pStyle w:val="ListParagraph"/>
      </w:pPr>
      <w:r>
        <w:rPr>
          <w:sz w:val="22"/>
        </w:rPr>
        <w:t>D. therefore</w:t>
      </w:r>
    </w:p>
    <w:p/>
    <w:p>
      <w:r>
        <w:rPr>
          <w:b/>
          <w:sz w:val="24"/>
        </w:rPr>
        <w:t>Câu 38: You can register at the office, (38) ______ you can sign up online through our website.</w:t>
      </w:r>
    </w:p>
    <w:p>
      <w:pPr>
        <w:pStyle w:val="ListParagraph"/>
      </w:pPr>
      <w:r>
        <w:rPr>
          <w:sz w:val="22"/>
        </w:rPr>
        <w:t>A. or</w:t>
      </w:r>
    </w:p>
    <w:p>
      <w:pPr>
        <w:pStyle w:val="ListParagraph"/>
      </w:pPr>
      <w:r>
        <w:rPr>
          <w:sz w:val="22"/>
        </w:rPr>
        <w:t>B. and</w:t>
      </w:r>
    </w:p>
    <w:p>
      <w:pPr>
        <w:pStyle w:val="ListParagraph"/>
      </w:pPr>
      <w:r>
        <w:rPr>
          <w:sz w:val="22"/>
        </w:rPr>
        <w:t>C. so</w:t>
      </w:r>
    </w:p>
    <w:p>
      <w:pPr>
        <w:pStyle w:val="ListParagraph"/>
      </w:pPr>
      <w:r>
        <w:rPr>
          <w:sz w:val="22"/>
        </w:rPr>
        <w:t>D. but</w:t>
      </w:r>
    </w:p>
    <w:p/>
    <w:p>
      <w:r>
        <w:rPr>
          <w:b/>
          <w:sz w:val="24"/>
        </w:rPr>
        <w:t>Câu 39: My mother takes part in a recycling group, (39) ______ my father joins the sports club.</w:t>
      </w:r>
    </w:p>
    <w:p>
      <w:pPr>
        <w:pStyle w:val="ListParagraph"/>
      </w:pPr>
      <w:r>
        <w:rPr>
          <w:sz w:val="22"/>
        </w:rPr>
        <w:t>A. and</w:t>
      </w:r>
    </w:p>
    <w:p>
      <w:pPr>
        <w:pStyle w:val="ListParagraph"/>
      </w:pPr>
      <w:r>
        <w:rPr>
          <w:sz w:val="22"/>
        </w:rPr>
        <w:t>B. but</w:t>
      </w:r>
    </w:p>
    <w:p>
      <w:pPr>
        <w:pStyle w:val="ListParagraph"/>
      </w:pPr>
      <w:r>
        <w:rPr>
          <w:sz w:val="22"/>
        </w:rPr>
        <w:t>C. or</w:t>
      </w:r>
    </w:p>
    <w:p>
      <w:pPr>
        <w:pStyle w:val="ListParagraph"/>
      </w:pPr>
      <w:r>
        <w:rPr>
          <w:sz w:val="22"/>
        </w:rPr>
        <w:t>D. so</w:t>
      </w:r>
    </w:p>
    <w:p/>
    <w:p>
      <w:r>
        <w:rPr>
          <w:b/>
          <w:sz w:val="24"/>
        </w:rPr>
        <w:t>Câu 40: My sister is keen (40) ______ painting, and she teaches art to children every weekend.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on</w:t>
      </w:r>
    </w:p>
    <w:p>
      <w:pPr>
        <w:pStyle w:val="ListParagraph"/>
      </w:pPr>
      <w:r>
        <w:rPr>
          <w:sz w:val="22"/>
        </w:rPr>
        <w:t>C. of</w:t>
      </w:r>
    </w:p>
    <w:p>
      <w:pPr>
        <w:pStyle w:val="ListParagraph"/>
      </w:pPr>
      <w:r>
        <w:rPr>
          <w:sz w:val="22"/>
        </w:rPr>
        <w:t>D. at</w:t>
      </w:r>
    </w:p>
    <w:p/>
    <w:p>
      <w:r>
        <w:rPr>
          <w:b/>
          <w:sz w:val="24"/>
        </w:rPr>
        <w:t>Câu 41: Last month, the community held a festival, (41) ______ everyone had a great time.</w:t>
      </w:r>
    </w:p>
    <w:p>
      <w:pPr>
        <w:pStyle w:val="ListParagraph"/>
      </w:pPr>
      <w:r>
        <w:rPr>
          <w:sz w:val="22"/>
        </w:rPr>
        <w:t>A. and</w:t>
      </w:r>
    </w:p>
    <w:p>
      <w:pPr>
        <w:pStyle w:val="ListParagraph"/>
      </w:pPr>
      <w:r>
        <w:rPr>
          <w:sz w:val="22"/>
        </w:rPr>
        <w:t>B. so</w:t>
      </w:r>
    </w:p>
    <w:p>
      <w:pPr>
        <w:pStyle w:val="ListParagraph"/>
      </w:pPr>
      <w:r>
        <w:rPr>
          <w:sz w:val="22"/>
        </w:rPr>
        <w:t>C. but</w:t>
      </w:r>
    </w:p>
    <w:p>
      <w:pPr>
        <w:pStyle w:val="ListParagraph"/>
      </w:pPr>
      <w:r>
        <w:rPr>
          <w:sz w:val="22"/>
        </w:rPr>
        <w:t>D. because</w:t>
      </w:r>
    </w:p>
    <w:p/>
    <w:p>
      <w:r>
        <w:rPr>
          <w:b/>
          <w:sz w:val="24"/>
        </w:rPr>
        <w:t>Câu 42: The weather was cloudy, (42) ______ the activities were still successful.</w:t>
      </w:r>
    </w:p>
    <w:p>
      <w:pPr>
        <w:pStyle w:val="ListParagraph"/>
      </w:pPr>
      <w:r>
        <w:rPr>
          <w:sz w:val="22"/>
        </w:rPr>
        <w:t>A. because</w:t>
      </w:r>
    </w:p>
    <w:p>
      <w:pPr>
        <w:pStyle w:val="ListParagraph"/>
      </w:pPr>
      <w:r>
        <w:rPr>
          <w:sz w:val="22"/>
        </w:rPr>
        <w:t>B. and</w:t>
      </w:r>
    </w:p>
    <w:p>
      <w:pPr>
        <w:pStyle w:val="ListParagraph"/>
      </w:pPr>
      <w:r>
        <w:rPr>
          <w:sz w:val="22"/>
        </w:rPr>
        <w:t>C. or</w:t>
      </w:r>
    </w:p>
    <w:p>
      <w:pPr>
        <w:pStyle w:val="ListParagraph"/>
      </w:pPr>
      <w:r>
        <w:rPr>
          <w:sz w:val="22"/>
        </w:rPr>
        <w:t>D. but</w:t>
      </w:r>
    </w:p>
    <w:p/>
    <w:p>
      <w:r>
        <w:rPr>
          <w:b/>
          <w:sz w:val="24"/>
        </w:rPr>
        <w:t>Câu 43: We all believe that working together (43) ______ bring happiness to everyone.</w:t>
      </w:r>
    </w:p>
    <w:p>
      <w:pPr>
        <w:pStyle w:val="ListParagraph"/>
      </w:pPr>
      <w:r>
        <w:rPr>
          <w:sz w:val="22"/>
        </w:rPr>
        <w:t>A. will</w:t>
      </w:r>
    </w:p>
    <w:p>
      <w:pPr>
        <w:pStyle w:val="ListParagraph"/>
      </w:pPr>
      <w:r>
        <w:rPr>
          <w:sz w:val="22"/>
        </w:rPr>
        <w:t>B. can</w:t>
      </w:r>
    </w:p>
    <w:p>
      <w:pPr>
        <w:pStyle w:val="ListParagraph"/>
      </w:pPr>
      <w:r>
        <w:rPr>
          <w:sz w:val="22"/>
        </w:rPr>
        <w:t>C. should</w:t>
      </w:r>
    </w:p>
    <w:p>
      <w:pPr>
        <w:pStyle w:val="ListParagraph"/>
      </w:pPr>
      <w:r>
        <w:rPr>
          <w:sz w:val="22"/>
        </w:rPr>
        <w:t>D. must</w:t>
      </w:r>
    </w:p>
    <w:p/>
    <w:p>
      <w:r>
        <w:rPr>
          <w:b/>
          <w:sz w:val="24"/>
        </w:rPr>
        <w:t>Câu 44: Choose the best sentence to complete the passage.</w:t>
      </w:r>
    </w:p>
    <w:p>
      <w:pPr>
        <w:pStyle w:val="ListParagraph"/>
      </w:pPr>
      <w:r>
        <w:rPr>
          <w:sz w:val="22"/>
        </w:rPr>
        <w:t>A. This way, we can make our home better and happier.</w:t>
      </w:r>
    </w:p>
    <w:p>
      <w:pPr>
        <w:pStyle w:val="ListParagraph"/>
      </w:pPr>
      <w:r>
        <w:rPr>
          <w:sz w:val="22"/>
        </w:rPr>
        <w:t>B. The weather was very bad that day.</w:t>
      </w:r>
    </w:p>
    <w:p>
      <w:pPr>
        <w:pStyle w:val="ListParagraph"/>
      </w:pPr>
      <w:r>
        <w:rPr>
          <w:sz w:val="22"/>
        </w:rPr>
        <w:t>C. My uncle didn't join the festival.</w:t>
      </w:r>
    </w:p>
    <w:p>
      <w:pPr>
        <w:pStyle w:val="ListParagraph"/>
      </w:pPr>
      <w:r>
        <w:rPr>
          <w:sz w:val="22"/>
        </w:rPr>
        <w:t>D. The festival took place in winter.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D</w:t>
      </w:r>
    </w:p>
    <w:p>
      <w:r>
        <w:rPr>
          <w:b/>
        </w:rPr>
        <w:t>Câu 29: Đáp án đúng: C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D</w:t>
      </w:r>
    </w:p>
    <w:p>
      <w:r>
        <w:rPr>
          <w:b/>
        </w:rPr>
        <w:t>Câu 32: Đáp án đúng: C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C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C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B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D</w:t>
      </w:r>
    </w:p>
    <w:p>
      <w:r>
        <w:rPr>
          <w:b/>
        </w:rPr>
        <w:t>Câu 43: Đáp án đúng: B</w:t>
      </w:r>
    </w:p>
    <w:p>
      <w:r>
        <w:rPr>
          <w:b/>
        </w:rPr>
        <w:t>Câu 44: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