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sinh 10: Câu 1: Trong các nguyên tố hóa học cấu tạo nên cơ thể sống, nhóm nguyên tố nào sau đây được gọi là nguyên tố đại lượng? A. C, H, O, N, Ca, P,</w:t>
      </w:r>
    </w:p>
    <w:p>
      <w:pPr>
        <w:jc w:val="center"/>
      </w:pPr>
      <w:r>
        <w:rPr>
          <w:sz w:val="22"/>
        </w:rPr>
        <w:t>Số câu: 10    Thời gian: _____ phút    Họ và tên: _________________________</w:t>
      </w:r>
    </w:p>
    <w:p/>
    <w:p>
      <w:r>
        <w:rPr>
          <w:b/>
          <w:sz w:val="24"/>
        </w:rPr>
        <w:t>Câu 1: Trong các nguyên tố hóa học cấu tạo nên cơ thể sống, nhóm nguyên tố nào sau đây được gọi là nguyên tố đại lượng?</w:t>
      </w:r>
    </w:p>
    <w:p>
      <w:pPr>
        <w:pStyle w:val="ListParagraph"/>
      </w:pPr>
      <w:r>
        <w:rPr>
          <w:sz w:val="22"/>
        </w:rPr>
        <w:t>A. Fe, Cu, Zn, B, Mn</w:t>
      </w:r>
    </w:p>
    <w:p>
      <w:pPr>
        <w:pStyle w:val="ListParagraph"/>
      </w:pPr>
      <w:r>
        <w:rPr>
          <w:sz w:val="22"/>
        </w:rPr>
        <w:t>B. N, P, Fe, Zn, Co</w:t>
      </w:r>
    </w:p>
    <w:p>
      <w:pPr>
        <w:pStyle w:val="ListParagraph"/>
      </w:pPr>
      <w:r>
        <w:rPr>
          <w:sz w:val="22"/>
        </w:rPr>
        <w:t>C. C, H, O, Fe, Cu</w:t>
      </w:r>
    </w:p>
    <w:p>
      <w:pPr>
        <w:pStyle w:val="ListParagraph"/>
      </w:pPr>
      <w:r>
        <w:rPr>
          <w:sz w:val="22"/>
        </w:rPr>
        <w:t>D. C, H, O, N, Ca, P, K, S</w:t>
      </w:r>
    </w:p>
    <w:p/>
    <w:p>
      <w:r>
        <w:rPr>
          <w:b/>
          <w:sz w:val="24"/>
        </w:rPr>
        <w:t>Câu 2: Nguyên tố nào sau đây chiếm tỉ lệ khối lượng lớn nhất trong cơ thể sống?</w:t>
      </w:r>
    </w:p>
    <w:p>
      <w:pPr>
        <w:pStyle w:val="ListParagraph"/>
      </w:pPr>
      <w:r>
        <w:rPr>
          <w:sz w:val="22"/>
        </w:rPr>
        <w:t>A. Nitrogen</w:t>
      </w:r>
    </w:p>
    <w:p>
      <w:pPr>
        <w:pStyle w:val="ListParagraph"/>
      </w:pPr>
      <w:r>
        <w:rPr>
          <w:sz w:val="22"/>
        </w:rPr>
        <w:t>B. Hydrogen</w:t>
      </w:r>
    </w:p>
    <w:p>
      <w:pPr>
        <w:pStyle w:val="ListParagraph"/>
      </w:pPr>
      <w:r>
        <w:rPr>
          <w:sz w:val="22"/>
        </w:rPr>
        <w:t>C. Carbon</w:t>
      </w:r>
    </w:p>
    <w:p>
      <w:pPr>
        <w:pStyle w:val="ListParagraph"/>
      </w:pPr>
      <w:r>
        <w:rPr>
          <w:sz w:val="22"/>
        </w:rPr>
        <w:t>D. Oxygen</w:t>
      </w:r>
    </w:p>
    <w:p/>
    <w:p>
      <w:r>
        <w:rPr>
          <w:b/>
          <w:sz w:val="24"/>
        </w:rPr>
        <w:t>Câu 3: Nước có vai trò quan trọng đối với tế bào chủ yếu vì nước là</w:t>
      </w:r>
    </w:p>
    <w:p>
      <w:pPr>
        <w:pStyle w:val="ListParagraph"/>
      </w:pPr>
      <w:r>
        <w:rPr>
          <w:sz w:val="22"/>
        </w:rPr>
        <w:t>A. chất cung cấp năng lượng chính cho tế bào</w:t>
      </w:r>
    </w:p>
    <w:p>
      <w:pPr>
        <w:pStyle w:val="ListParagraph"/>
      </w:pPr>
      <w:r>
        <w:rPr>
          <w:sz w:val="22"/>
        </w:rPr>
        <w:t>B. chất tạo nên thành tế bào thực vật</w:t>
      </w:r>
    </w:p>
    <w:p>
      <w:pPr>
        <w:pStyle w:val="ListParagraph"/>
      </w:pPr>
      <w:r>
        <w:rPr>
          <w:sz w:val="22"/>
        </w:rPr>
        <w:t>C. nguyên liệu duy nhất để tổng hợp protein</w:t>
      </w:r>
    </w:p>
    <w:p>
      <w:pPr>
        <w:pStyle w:val="ListParagraph"/>
      </w:pPr>
      <w:r>
        <w:rPr>
          <w:sz w:val="22"/>
        </w:rPr>
        <w:t>D. dung môi hòa tan nhiều chất và tham gia nhiều phản ứng sinh hóa</w:t>
      </w:r>
    </w:p>
    <w:p/>
    <w:p>
      <w:r>
        <w:rPr>
          <w:b/>
          <w:sz w:val="24"/>
        </w:rPr>
        <w:t>Câu 4: Đặc điểm nào sau đây đúng với carbohydrate?</w:t>
      </w:r>
    </w:p>
    <w:p>
      <w:pPr>
        <w:pStyle w:val="ListParagraph"/>
      </w:pPr>
      <w:r>
        <w:rPr>
          <w:sz w:val="22"/>
        </w:rPr>
        <w:t>A. Luôn có chứa nguyên tố nitrogen</w:t>
      </w:r>
    </w:p>
    <w:p>
      <w:pPr>
        <w:pStyle w:val="ListParagraph"/>
      </w:pPr>
      <w:r>
        <w:rPr>
          <w:sz w:val="22"/>
        </w:rPr>
        <w:t>B. Được cấu tạo từ nguyên tố C, H, O theo tỉ lệ H : O thường là 2 : 1</w:t>
      </w:r>
    </w:p>
    <w:p>
      <w:pPr>
        <w:pStyle w:val="ListParagraph"/>
      </w:pPr>
      <w:r>
        <w:rPr>
          <w:sz w:val="22"/>
        </w:rPr>
        <w:t>C. Chỉ có chức năng cấu tạo tế bào</w:t>
      </w:r>
    </w:p>
    <w:p>
      <w:pPr>
        <w:pStyle w:val="ListParagraph"/>
      </w:pPr>
      <w:r>
        <w:rPr>
          <w:sz w:val="22"/>
        </w:rPr>
        <w:t>D. Không tan trong nước</w:t>
      </w:r>
    </w:p>
    <w:p/>
    <w:p>
      <w:r>
        <w:rPr>
          <w:b/>
          <w:sz w:val="24"/>
        </w:rPr>
        <w:t>Câu 5: Loại liên kết nào sau đây hình thành giữa các phân tử nước?</w:t>
      </w:r>
    </w:p>
    <w:p>
      <w:pPr>
        <w:pStyle w:val="ListParagraph"/>
      </w:pPr>
      <w:r>
        <w:rPr>
          <w:sz w:val="22"/>
        </w:rPr>
        <w:t>A. Liên kết peptide</w:t>
      </w:r>
    </w:p>
    <w:p>
      <w:pPr>
        <w:pStyle w:val="ListParagraph"/>
      </w:pPr>
      <w:r>
        <w:rPr>
          <w:sz w:val="22"/>
        </w:rPr>
        <w:t>B. Liên kết ion</w:t>
      </w:r>
    </w:p>
    <w:p>
      <w:pPr>
        <w:pStyle w:val="ListParagraph"/>
      </w:pPr>
      <w:r>
        <w:rPr>
          <w:sz w:val="22"/>
        </w:rPr>
        <w:t>C. Liên kết cộng hóa trị</w:t>
      </w:r>
    </w:p>
    <w:p>
      <w:pPr>
        <w:pStyle w:val="ListParagraph"/>
      </w:pPr>
      <w:r>
        <w:rPr>
          <w:sz w:val="22"/>
        </w:rPr>
        <w:t>D. Liên kết hydrogen</w:t>
      </w:r>
    </w:p>
    <w:p/>
    <w:p>
      <w:r>
        <w:rPr>
          <w:b/>
          <w:sz w:val="24"/>
        </w:rPr>
        <w:t>Câu 6: Protein được cấu tạo từ các đơn phân là</w:t>
      </w:r>
    </w:p>
    <w:p>
      <w:pPr>
        <w:pStyle w:val="ListParagraph"/>
      </w:pPr>
      <w:r>
        <w:rPr>
          <w:sz w:val="22"/>
        </w:rPr>
        <w:t>A. nucleotide</w:t>
      </w:r>
    </w:p>
    <w:p>
      <w:pPr>
        <w:pStyle w:val="ListParagraph"/>
      </w:pPr>
      <w:r>
        <w:rPr>
          <w:sz w:val="22"/>
        </w:rPr>
        <w:t>B. acid béo</w:t>
      </w:r>
    </w:p>
    <w:p>
      <w:pPr>
        <w:pStyle w:val="ListParagraph"/>
      </w:pPr>
      <w:r>
        <w:rPr>
          <w:sz w:val="22"/>
        </w:rPr>
        <w:t>C. đường đơn</w:t>
      </w:r>
    </w:p>
    <w:p>
      <w:pPr>
        <w:pStyle w:val="ListParagraph"/>
      </w:pPr>
      <w:r>
        <w:rPr>
          <w:sz w:val="22"/>
        </w:rPr>
        <w:t>D. amino acid</w:t>
      </w:r>
    </w:p>
    <w:p/>
    <w:p>
      <w:r>
        <w:rPr>
          <w:b/>
          <w:sz w:val="24"/>
        </w:rPr>
        <w:t>Câu 7: Chức năng nào sau đây không phải của protein?</w:t>
      </w:r>
    </w:p>
    <w:p>
      <w:pPr>
        <w:pStyle w:val="ListParagraph"/>
      </w:pPr>
      <w:r>
        <w:rPr>
          <w:sz w:val="22"/>
        </w:rPr>
        <w:t>A. Bảo vệ cơ thể</w:t>
      </w:r>
    </w:p>
    <w:p>
      <w:pPr>
        <w:pStyle w:val="ListParagraph"/>
      </w:pPr>
      <w:r>
        <w:rPr>
          <w:sz w:val="22"/>
        </w:rPr>
        <w:t>B. Xúc tác các phản ứng sinh hóa</w:t>
      </w:r>
    </w:p>
    <w:p>
      <w:pPr>
        <w:pStyle w:val="ListParagraph"/>
      </w:pPr>
      <w:r>
        <w:rPr>
          <w:sz w:val="22"/>
        </w:rPr>
        <w:t>C. Truyền đạt thông tin di truyền</w:t>
      </w:r>
    </w:p>
    <w:p>
      <w:pPr>
        <w:pStyle w:val="ListParagraph"/>
      </w:pPr>
      <w:r>
        <w:rPr>
          <w:sz w:val="22"/>
        </w:rPr>
        <w:t>D. Vận chuyển các chất</w:t>
      </w:r>
    </w:p>
    <w:p/>
    <w:p>
      <w:r>
        <w:rPr>
          <w:b/>
          <w:sz w:val="24"/>
        </w:rPr>
        <w:t>Câu 8: Trong phân tử DNA, các nucleotide liên kết với nhau theo nguyên tắc bổ sung nào sau đây?</w:t>
      </w:r>
    </w:p>
    <w:p>
      <w:pPr>
        <w:pStyle w:val="ListParagraph"/>
      </w:pPr>
      <w:r>
        <w:rPr>
          <w:sz w:val="22"/>
        </w:rPr>
        <w:t>A. A liên kết với C, T liên kết với G</w:t>
      </w:r>
    </w:p>
    <w:p>
      <w:pPr>
        <w:pStyle w:val="ListParagraph"/>
      </w:pPr>
      <w:r>
        <w:rPr>
          <w:sz w:val="22"/>
        </w:rPr>
        <w:t>B. A liên kết với U, G liên kết với C</w:t>
      </w:r>
    </w:p>
    <w:p>
      <w:pPr>
        <w:pStyle w:val="ListParagraph"/>
      </w:pPr>
      <w:r>
        <w:rPr>
          <w:sz w:val="22"/>
        </w:rPr>
        <w:t>C. A liên kết với T, G liên kết với C</w:t>
      </w:r>
    </w:p>
    <w:p>
      <w:pPr>
        <w:pStyle w:val="ListParagraph"/>
      </w:pPr>
      <w:r>
        <w:rPr>
          <w:sz w:val="22"/>
        </w:rPr>
        <w:t>D. A liên kết với G, T liên kết với C</w:t>
      </w:r>
    </w:p>
    <w:p/>
    <w:p>
      <w:r>
        <w:rPr>
          <w:b/>
          <w:sz w:val="24"/>
        </w:rPr>
        <w:t>Câu 9: Loại đường nào sau đây là đường đôi?</w:t>
      </w:r>
    </w:p>
    <w:p>
      <w:pPr>
        <w:pStyle w:val="ListParagraph"/>
      </w:pPr>
      <w:r>
        <w:rPr>
          <w:sz w:val="22"/>
        </w:rPr>
        <w:t>A. Saccharose</w:t>
      </w:r>
    </w:p>
    <w:p>
      <w:pPr>
        <w:pStyle w:val="ListParagraph"/>
      </w:pPr>
      <w:r>
        <w:rPr>
          <w:sz w:val="22"/>
        </w:rPr>
        <w:t>B. Ribose</w:t>
      </w:r>
    </w:p>
    <w:p>
      <w:pPr>
        <w:pStyle w:val="ListParagraph"/>
      </w:pPr>
      <w:r>
        <w:rPr>
          <w:sz w:val="22"/>
        </w:rPr>
        <w:t>C. Glucose</w:t>
      </w:r>
    </w:p>
    <w:p>
      <w:pPr>
        <w:pStyle w:val="ListParagraph"/>
      </w:pPr>
      <w:r>
        <w:rPr>
          <w:sz w:val="22"/>
        </w:rPr>
        <w:t>D. Fructose</w:t>
      </w:r>
    </w:p>
    <w:p/>
    <w:p>
      <w:r>
        <w:rPr>
          <w:b/>
          <w:sz w:val="24"/>
        </w:rPr>
        <w:t>Câu 10: Phát biểu nào sau đây đúng về lipid?</w:t>
      </w:r>
    </w:p>
    <w:p>
      <w:pPr>
        <w:pStyle w:val="ListParagraph"/>
      </w:pPr>
      <w:r>
        <w:rPr>
          <w:sz w:val="22"/>
        </w:rPr>
        <w:t>A. Lipid là hợp chất ưa nước, tan nhiều trong nước</w:t>
      </w:r>
    </w:p>
    <w:p>
      <w:pPr>
        <w:pStyle w:val="ListParagraph"/>
      </w:pPr>
      <w:r>
        <w:rPr>
          <w:sz w:val="22"/>
        </w:rPr>
        <w:t>B. Lipid là hợp chất kị khí, không tan trong nước</w:t>
      </w:r>
    </w:p>
    <w:p>
      <w:pPr>
        <w:pStyle w:val="ListParagraph"/>
      </w:pPr>
      <w:r>
        <w:rPr>
          <w:sz w:val="22"/>
        </w:rPr>
        <w:t>C. Lipid là hợp chất cao phân tử có chứa nitrogen</w:t>
      </w:r>
    </w:p>
    <w:p>
      <w:pPr>
        <w:pStyle w:val="ListParagraph"/>
      </w:pPr>
      <w:r>
        <w:rPr>
          <w:sz w:val="22"/>
        </w:rPr>
        <w:t>D. Lipid được cấu tạo từ các amino acid</w:t>
      </w:r>
    </w:p>
    <w:p/>
    <w:p>
      <w:r>
        <w:t>──────────────────────────────────────────────────</w:t>
      </w:r>
    </w:p>
    <w:p>
      <w:r>
        <w:rPr>
          <w:b/>
        </w:rPr>
        <w:t>BẢNG ĐÁP ÁN &amp; LỜI GIẢI CHI TIẾT</w:t>
      </w:r>
    </w:p>
    <w:p>
      <w:r>
        <w:rPr>
          <w:b/>
        </w:rPr>
        <w:t>Câu 1: Đáp án đúng: D</w:t>
      </w:r>
    </w:p>
    <w:p>
      <w:r>
        <w:rPr>
          <w:i/>
        </w:rPr>
        <w:t>Giải thích: Nguyên tố đại lượng là những nguyên tố chiếm tỉ lệ lớn trong cơ thể sống, gồm C, H, O, N, Ca, P, K, S.</w:t>
      </w:r>
    </w:p>
    <w:p>
      <w:r>
        <w:rPr>
          <w:b/>
        </w:rPr>
        <w:t>Câu 2: Đáp án đúng: D</w:t>
      </w:r>
    </w:p>
    <w:p>
      <w:r>
        <w:rPr>
          <w:i/>
        </w:rPr>
        <w:t>Giải thích: Oxygen chiếm tỉ lệ khối lượng lớn nhất trong cơ thể sống, khoảng 65%.</w:t>
      </w:r>
    </w:p>
    <w:p>
      <w:r>
        <w:rPr>
          <w:b/>
        </w:rPr>
        <w:t>Câu 3: Đáp án đúng: D</w:t>
      </w:r>
    </w:p>
    <w:p>
      <w:r>
        <w:rPr>
          <w:i/>
        </w:rPr>
        <w:t>Giải thích: Nước là dung môi hòa tan nhiều chất và tham gia nhiều phản ứng sinh hóa trong tế bào.</w:t>
      </w:r>
    </w:p>
    <w:p>
      <w:r>
        <w:rPr>
          <w:b/>
        </w:rPr>
        <w:t>Câu 4: Đáp án đúng: B</w:t>
      </w:r>
    </w:p>
    <w:p>
      <w:r>
        <w:rPr>
          <w:i/>
        </w:rPr>
        <w:t>Giải thích: Carbohydrate được cấu tạo từ C, H, O với tỉ lệ H : O thường là 2 : 1.</w:t>
      </w:r>
    </w:p>
    <w:p>
      <w:r>
        <w:rPr>
          <w:b/>
        </w:rPr>
        <w:t>Câu 5: Đáp án đúng: D</w:t>
      </w:r>
    </w:p>
    <w:p>
      <w:r>
        <w:rPr>
          <w:i/>
        </w:rPr>
        <w:t>Giải thích: Các phân tử nước liên kết với nhau bằng liên kết hydrogen.</w:t>
      </w:r>
    </w:p>
    <w:p>
      <w:r>
        <w:rPr>
          <w:b/>
        </w:rPr>
        <w:t>Câu 6: Đáp án đúng: D</w:t>
      </w:r>
    </w:p>
    <w:p>
      <w:r>
        <w:rPr>
          <w:i/>
        </w:rPr>
        <w:t>Giải thích: Protein được cấu tạo từ các đơn phân là amino acid.</w:t>
      </w:r>
    </w:p>
    <w:p>
      <w:r>
        <w:rPr>
          <w:b/>
        </w:rPr>
        <w:t>Câu 7: Đáp án đúng: C</w:t>
      </w:r>
    </w:p>
    <w:p>
      <w:r>
        <w:rPr>
          <w:i/>
        </w:rPr>
        <w:t>Giải thích: Truyền đạt thông tin di truyền là chức năng của nucleic acid, không phải của protein.</w:t>
      </w:r>
    </w:p>
    <w:p>
      <w:r>
        <w:rPr>
          <w:b/>
        </w:rPr>
        <w:t>Câu 8: Đáp án đúng: C</w:t>
      </w:r>
    </w:p>
    <w:p>
      <w:r>
        <w:rPr>
          <w:i/>
        </w:rPr>
        <w:t>Giải thích: Trong DNA, A liên kết với T và G liên kết với C theo nguyên tắc bổ sung.</w:t>
      </w:r>
    </w:p>
    <w:p>
      <w:r>
        <w:rPr>
          <w:b/>
        </w:rPr>
        <w:t>Câu 9: Đáp án đúng: A</w:t>
      </w:r>
    </w:p>
    <w:p>
      <w:r>
        <w:rPr>
          <w:i/>
        </w:rPr>
        <w:t>Giải thích: Saccharose là đường đôi, được cấu tạo từ glucose và fructose.</w:t>
      </w:r>
    </w:p>
    <w:p>
      <w:r>
        <w:rPr>
          <w:b/>
        </w:rPr>
        <w:t>Câu 10: Đáp án đúng: B</w:t>
      </w:r>
    </w:p>
    <w:p>
      <w:r>
        <w:rPr>
          <w:i/>
        </w:rPr>
        <w:t>Giải thích: Lipid là hợp chất kị khí, không tan trong nước nhưng tan trong dung môi hữu cơ.</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