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 tiếng, môn tiếng anh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Thành phố Hồ Chí Minh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2: Số nguyên tố nhỏ nhất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Trong bảng chữ cái tiếng Anh, chữ cái thứ 5 là:</w:t>
      </w:r>
    </w:p>
    <w:p>
      <w:pPr>
        <w:pStyle w:val="ListParagraph"/>
      </w:pPr>
      <w:r>
        <w:rPr>
          <w:sz w:val="22"/>
        </w:rPr>
        <w:t>A. E</w:t>
      </w:r>
    </w:p>
    <w:p>
      <w:pPr>
        <w:pStyle w:val="ListParagraph"/>
      </w:pPr>
      <w:r>
        <w:rPr>
          <w:sz w:val="22"/>
        </w:rPr>
        <w:t>B. F</w:t>
      </w:r>
    </w:p>
    <w:p>
      <w:pPr>
        <w:pStyle w:val="ListParagraph"/>
      </w:pPr>
      <w:r>
        <w:rPr>
          <w:sz w:val="22"/>
        </w:rPr>
        <w:t>C. D</w:t>
      </w:r>
    </w:p>
    <w:p>
      <w:pPr>
        <w:pStyle w:val="ListParagraph"/>
      </w:pPr>
      <w:r>
        <w:rPr>
          <w:sz w:val="22"/>
        </w:rPr>
        <w:t>D. G</w:t>
      </w:r>
    </w:p>
    <w:p/>
    <w:p>
      <w:r>
        <w:rPr>
          <w:b/>
          <w:sz w:val="24"/>
        </w:rPr>
        <w:t>Câu 4: Hành tinh nào gần Mặt Trời nhất?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Kim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Hỏa</w:t>
      </w:r>
    </w:p>
    <w:p/>
    <w:p>
      <w:r>
        <w:rPr>
          <w:b/>
          <w:sz w:val="24"/>
        </w:rPr>
        <w:t>Câu 5: $5 + 7 = ?$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6: Nước nào có diện tích lớn nhất thế giới?</w:t>
      </w:r>
    </w:p>
    <w:p>
      <w:pPr>
        <w:pStyle w:val="ListParagraph"/>
      </w:pPr>
      <w:r>
        <w:rPr>
          <w:sz w:val="22"/>
        </w:rPr>
        <w:t>A. Nga</w:t>
      </w:r>
    </w:p>
    <w:p>
      <w:pPr>
        <w:pStyle w:val="ListParagraph"/>
      </w:pPr>
      <w:r>
        <w:rPr>
          <w:sz w:val="22"/>
        </w:rPr>
        <w:t>B. Canada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Hoa Kỳ</w:t>
      </w:r>
    </w:p>
    <w:p/>
    <w:p>
      <w:r>
        <w:rPr>
          <w:b/>
          <w:sz w:val="24"/>
        </w:rPr>
        <w:t>Câu 7: Tác phẩm 'Truyện Kiều' của tác giả nào?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8: Đơn vị đo cường độ dòng điện là:</w:t>
      </w:r>
    </w:p>
    <w:p>
      <w:pPr>
        <w:pStyle w:val="ListParagraph"/>
      </w:pPr>
      <w:r>
        <w:rPr>
          <w:sz w:val="22"/>
        </w:rPr>
        <w:t>A. Vôn</w:t>
      </w:r>
    </w:p>
    <w:p>
      <w:pPr>
        <w:pStyle w:val="ListParagraph"/>
      </w:pPr>
      <w:r>
        <w:rPr>
          <w:sz w:val="22"/>
        </w:rPr>
        <w:t>B. Ampe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9: Quang hợp ở thực vật tạo ra khí nào?</w:t>
      </w:r>
    </w:p>
    <w:p>
      <w:pPr>
        <w:pStyle w:val="ListParagraph"/>
      </w:pPr>
      <w:r>
        <w:rPr>
          <w:sz w:val="22"/>
        </w:rPr>
        <w:t>A. Oxi</w:t>
      </w:r>
    </w:p>
    <w:p>
      <w:pPr>
        <w:pStyle w:val="ListParagraph"/>
      </w:pPr>
      <w:r>
        <w:rPr>
          <w:sz w:val="22"/>
        </w:rPr>
        <w:t>B. Cacbonic</w:t>
      </w:r>
    </w:p>
    <w:p>
      <w:pPr>
        <w:pStyle w:val="ListParagraph"/>
      </w:pPr>
      <w:r>
        <w:rPr>
          <w:sz w:val="22"/>
        </w:rPr>
        <w:t>C. Nitơ</w:t>
      </w:r>
    </w:p>
    <w:p>
      <w:pPr>
        <w:pStyle w:val="ListParagraph"/>
      </w:pPr>
      <w:r>
        <w:rPr>
          <w:sz w:val="22"/>
        </w:rPr>
        <w:t>D. Hidro</w:t>
      </w:r>
    </w:p>
    <w:p/>
    <w:p>
      <w:r>
        <w:rPr>
          <w:b/>
          <w:sz w:val="24"/>
        </w:rPr>
        <w:t>Câu 10: $9 \times 8 = ?$</w:t>
      </w:r>
    </w:p>
    <w:p>
      <w:pPr>
        <w:pStyle w:val="ListParagraph"/>
      </w:pPr>
      <w:r>
        <w:rPr>
          <w:sz w:val="22"/>
        </w:rPr>
        <w:t>A. 72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81</w:t>
      </w:r>
    </w:p>
    <w:p>
      <w:pPr>
        <w:pStyle w:val="ListParagraph"/>
      </w:pPr>
      <w:r>
        <w:rPr>
          <w:sz w:val="22"/>
        </w:rPr>
        <w:t>D. 63</w:t>
      </w:r>
    </w:p>
    <w:p/>
    <w:p>
      <w:r>
        <w:rPr>
          <w:b/>
          <w:sz w:val="24"/>
        </w:rPr>
        <w:t>Câu 11: Thành phố nào được gọi là 'Thành phố hoa phượng đỏ'?</w:t>
      </w:r>
    </w:p>
    <w:p>
      <w:pPr>
        <w:pStyle w:val="ListParagraph"/>
      </w:pPr>
      <w:r>
        <w:rPr>
          <w:sz w:val="22"/>
        </w:rPr>
        <w:t>A. Hải Phòng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Vinh</w:t>
      </w:r>
    </w:p>
    <w:p>
      <w:pPr>
        <w:pStyle w:val="ListParagraph"/>
      </w:pPr>
      <w:r>
        <w:rPr>
          <w:sz w:val="22"/>
        </w:rPr>
        <w:t>D. Cần Thơ</w:t>
      </w:r>
    </w:p>
    <w:p/>
    <w:p>
      <w:r>
        <w:rPr>
          <w:b/>
          <w:sz w:val="24"/>
        </w:rPr>
        <w:t>Câu 12: Ai là người phát minh ra bóng đèn dây tóc?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Nikola Tesla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13: Động vật nào là động vật có vú?</w:t>
      </w:r>
    </w:p>
    <w:p>
      <w:pPr>
        <w:pStyle w:val="ListParagraph"/>
      </w:pPr>
      <w:r>
        <w:rPr>
          <w:sz w:val="22"/>
        </w:rPr>
        <w:t>A. Cá voi</w:t>
      </w:r>
    </w:p>
    <w:p>
      <w:pPr>
        <w:pStyle w:val="ListParagraph"/>
      </w:pPr>
      <w:r>
        <w:rPr>
          <w:sz w:val="22"/>
        </w:rPr>
        <w:t>B. Cá mập</w:t>
      </w:r>
    </w:p>
    <w:p>
      <w:pPr>
        <w:pStyle w:val="ListParagraph"/>
      </w:pPr>
      <w:r>
        <w:rPr>
          <w:sz w:val="22"/>
        </w:rPr>
        <w:t>C. Cá sấu</w:t>
      </w:r>
    </w:p>
    <w:p>
      <w:pPr>
        <w:pStyle w:val="ListParagraph"/>
      </w:pPr>
      <w:r>
        <w:rPr>
          <w:sz w:val="22"/>
        </w:rPr>
        <w:t>D. Đại bàng</w:t>
      </w:r>
    </w:p>
    <w:p/>
    <w:p>
      <w:r>
        <w:rPr>
          <w:b/>
          <w:sz w:val="24"/>
        </w:rPr>
        <w:t>Câu 14: Từ nào viết đúng chính tả?</w:t>
      </w:r>
    </w:p>
    <w:p>
      <w:pPr>
        <w:pStyle w:val="ListParagraph"/>
      </w:pPr>
      <w:r>
        <w:rPr>
          <w:sz w:val="22"/>
        </w:rPr>
        <w:t>A. sáng suốt</w:t>
      </w:r>
    </w:p>
    <w:p>
      <w:pPr>
        <w:pStyle w:val="ListParagraph"/>
      </w:pPr>
      <w:r>
        <w:rPr>
          <w:sz w:val="22"/>
        </w:rPr>
        <w:t>B. sáng xuốt</w:t>
      </w:r>
    </w:p>
    <w:p>
      <w:pPr>
        <w:pStyle w:val="ListParagraph"/>
      </w:pPr>
      <w:r>
        <w:rPr>
          <w:sz w:val="22"/>
        </w:rPr>
        <w:t>C. xáng suốt</w:t>
      </w:r>
    </w:p>
    <w:p>
      <w:pPr>
        <w:pStyle w:val="ListParagraph"/>
      </w:pPr>
      <w:r>
        <w:rPr>
          <w:sz w:val="22"/>
        </w:rPr>
        <w:t>D. xáng xuốt</w:t>
      </w:r>
    </w:p>
    <w:p/>
    <w:p>
      <w:r>
        <w:rPr>
          <w:b/>
          <w:sz w:val="24"/>
        </w:rPr>
        <w:t>Câu 15: $100 - 45 = ?$</w:t>
      </w:r>
    </w:p>
    <w:p>
      <w:pPr>
        <w:pStyle w:val="ListParagraph"/>
      </w:pPr>
      <w:r>
        <w:rPr>
          <w:sz w:val="22"/>
        </w:rPr>
        <w:t>A. 55</w:t>
      </w:r>
    </w:p>
    <w:p>
      <w:pPr>
        <w:pStyle w:val="ListParagraph"/>
      </w:pPr>
      <w:r>
        <w:rPr>
          <w:sz w:val="22"/>
        </w:rPr>
        <w:t>B. 65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75</w:t>
      </w:r>
    </w:p>
    <w:p/>
    <w:p>
      <w:r>
        <w:rPr>
          <w:b/>
          <w:sz w:val="24"/>
        </w:rPr>
        <w:t>Câu 16: Quốc gia nào có tháp Eiffel?</w:t>
      </w:r>
    </w:p>
    <w:p>
      <w:pPr>
        <w:pStyle w:val="ListParagraph"/>
      </w:pPr>
      <w:r>
        <w:rPr>
          <w:sz w:val="22"/>
        </w:rPr>
        <w:t>A. Pháp</w:t>
      </w:r>
    </w:p>
    <w:p>
      <w:pPr>
        <w:pStyle w:val="ListParagraph"/>
      </w:pPr>
      <w:r>
        <w:rPr>
          <w:sz w:val="22"/>
        </w:rPr>
        <w:t>B. Ý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Đức</w:t>
      </w:r>
    </w:p>
    <w:p/>
    <w:p>
      <w:r>
        <w:rPr>
          <w:b/>
          <w:sz w:val="24"/>
        </w:rPr>
        <w:t>Câu 17: Trong toán học, số Pi xấp xỉ bằng:</w:t>
      </w:r>
    </w:p>
    <w:p>
      <w:pPr>
        <w:pStyle w:val="ListParagraph"/>
      </w:pPr>
      <w:r>
        <w:rPr>
          <w:sz w:val="22"/>
        </w:rPr>
        <w:t>A. 3,14</w:t>
      </w:r>
    </w:p>
    <w:p>
      <w:pPr>
        <w:pStyle w:val="ListParagraph"/>
      </w:pPr>
      <w:r>
        <w:rPr>
          <w:sz w:val="22"/>
        </w:rPr>
        <w:t>B. 2,14</w:t>
      </w:r>
    </w:p>
    <w:p>
      <w:pPr>
        <w:pStyle w:val="ListParagraph"/>
      </w:pPr>
      <w:r>
        <w:rPr>
          <w:sz w:val="22"/>
        </w:rPr>
        <w:t>C. 3,41</w:t>
      </w:r>
    </w:p>
    <w:p>
      <w:pPr>
        <w:pStyle w:val="ListParagraph"/>
      </w:pPr>
      <w:r>
        <w:rPr>
          <w:sz w:val="22"/>
        </w:rPr>
        <w:t>D. 4,13</w:t>
      </w:r>
    </w:p>
    <w:p/>
    <w:p>
      <w:r>
        <w:rPr>
          <w:b/>
          <w:sz w:val="24"/>
        </w:rPr>
        <w:t>Câu 18: Mùa nào thường lạnh nhất trong năm ở Việt Nam?</w:t>
      </w:r>
    </w:p>
    <w:p>
      <w:pPr>
        <w:pStyle w:val="ListParagraph"/>
      </w:pPr>
      <w:r>
        <w:rPr>
          <w:sz w:val="22"/>
        </w:rPr>
        <w:t>A. Mùa xuân</w:t>
      </w:r>
    </w:p>
    <w:p>
      <w:pPr>
        <w:pStyle w:val="ListParagraph"/>
      </w:pPr>
      <w:r>
        <w:rPr>
          <w:sz w:val="22"/>
        </w:rPr>
        <w:t>B. Mùa hạ</w:t>
      </w:r>
    </w:p>
    <w:p>
      <w:pPr>
        <w:pStyle w:val="ListParagraph"/>
      </w:pPr>
      <w:r>
        <w:rPr>
          <w:sz w:val="22"/>
        </w:rPr>
        <w:t>C. Mùa thu</w:t>
      </w:r>
    </w:p>
    <w:p>
      <w:pPr>
        <w:pStyle w:val="ListParagraph"/>
      </w:pPr>
      <w:r>
        <w:rPr>
          <w:sz w:val="22"/>
        </w:rPr>
        <w:t>D. Mùa đông</w:t>
      </w:r>
    </w:p>
    <w:p/>
    <w:p>
      <w:r>
        <w:rPr>
          <w:b/>
          <w:sz w:val="24"/>
        </w:rPr>
        <w:t>Câu 19: $H_2O$ là công thức hóa học của:</w:t>
      </w:r>
    </w:p>
    <w:p>
      <w:pPr>
        <w:pStyle w:val="ListParagraph"/>
      </w:pPr>
      <w:r>
        <w:rPr>
          <w:sz w:val="22"/>
        </w:rPr>
        <w:t>A. Nước</w:t>
      </w:r>
    </w:p>
    <w:p>
      <w:pPr>
        <w:pStyle w:val="ListParagraph"/>
      </w:pPr>
      <w:r>
        <w:rPr>
          <w:sz w:val="22"/>
        </w:rPr>
        <w:t>B. Muối</w:t>
      </w:r>
    </w:p>
    <w:p>
      <w:pPr>
        <w:pStyle w:val="ListParagraph"/>
      </w:pPr>
      <w:r>
        <w:rPr>
          <w:sz w:val="22"/>
        </w:rPr>
        <w:t>C. Oxi</w:t>
      </w:r>
    </w:p>
    <w:p>
      <w:pPr>
        <w:pStyle w:val="ListParagraph"/>
      </w:pPr>
      <w:r>
        <w:rPr>
          <w:sz w:val="22"/>
        </w:rPr>
        <w:t>D. Cacbonic</w:t>
      </w:r>
    </w:p>
    <w:p/>
    <w:p>
      <w:r>
        <w:rPr>
          <w:b/>
          <w:sz w:val="24"/>
        </w:rPr>
        <w:t>Câu 20: Ai là tác giả của bài thơ 'Đồng chí'?</w:t>
      </w:r>
    </w:p>
    <w:p>
      <w:pPr>
        <w:pStyle w:val="ListParagraph"/>
      </w:pPr>
      <w:r>
        <w:rPr>
          <w:sz w:val="22"/>
        </w:rPr>
        <w:t>A. Chính Hữu</w:t>
      </w:r>
    </w:p>
    <w:p>
      <w:pPr>
        <w:pStyle w:val="ListParagraph"/>
      </w:pPr>
      <w:r>
        <w:rPr>
          <w:sz w:val="22"/>
        </w:rPr>
        <w:t>B. Tố Hữu</w:t>
      </w:r>
    </w:p>
    <w:p>
      <w:pPr>
        <w:pStyle w:val="ListParagraph"/>
      </w:pPr>
      <w:r>
        <w:rPr>
          <w:sz w:val="22"/>
        </w:rPr>
        <w:t>C. Huy Cận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