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Greetings and Introductions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do you say when you meet someone in the morning?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night</w:t>
      </w:r>
    </w:p>
    <w:p>
      <w:pPr>
        <w:pStyle w:val="ListParagraph"/>
      </w:pPr>
      <w:r>
        <w:rPr>
          <w:sz w:val="22"/>
        </w:rPr>
        <w:t>C. Goodbye</w:t>
      </w:r>
    </w:p>
    <w:p>
      <w:pPr>
        <w:pStyle w:val="ListParagraph"/>
      </w:pPr>
      <w:r>
        <w:rPr>
          <w:sz w:val="22"/>
        </w:rPr>
        <w:t>D. Good afternoon</w:t>
      </w:r>
    </w:p>
    <w:p/>
    <w:p>
      <w:r>
        <w:rPr>
          <w:b/>
          <w:sz w:val="24"/>
        </w:rPr>
        <w:t>Câu 2: How do you introduce yourself?</w:t>
      </w:r>
    </w:p>
    <w:p>
      <w:pPr>
        <w:pStyle w:val="ListParagraph"/>
      </w:pPr>
      <w:r>
        <w:rPr>
          <w:sz w:val="22"/>
        </w:rPr>
        <w:t>A. My name is Lan.</w:t>
      </w:r>
    </w:p>
    <w:p>
      <w:pPr>
        <w:pStyle w:val="ListParagraph"/>
      </w:pPr>
      <w:r>
        <w:rPr>
          <w:sz w:val="22"/>
        </w:rPr>
        <w:t>B. I am fine.</w:t>
      </w:r>
    </w:p>
    <w:p>
      <w:pPr>
        <w:pStyle w:val="ListParagraph"/>
      </w:pPr>
      <w:r>
        <w:rPr>
          <w:sz w:val="22"/>
        </w:rPr>
        <w:t>C. Thank you.</w:t>
      </w:r>
    </w:p>
    <w:p>
      <w:pPr>
        <w:pStyle w:val="ListParagraph"/>
      </w:pPr>
      <w:r>
        <w:rPr>
          <w:sz w:val="22"/>
        </w:rPr>
        <w:t>D. Goodbye.</w:t>
      </w:r>
    </w:p>
    <w:p/>
    <w:p>
      <w:r>
        <w:rPr>
          <w:b/>
          <w:sz w:val="24"/>
        </w:rPr>
        <w:t>Câu 3: What do you say when you meet someone in the afternoon?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4: How do you ask someone's name?</w:t>
      </w:r>
    </w:p>
    <w:p>
      <w:pPr>
        <w:pStyle w:val="ListParagraph"/>
      </w:pPr>
      <w:r>
        <w:rPr>
          <w:sz w:val="22"/>
        </w:rPr>
        <w:t>A. How are you?</w:t>
      </w:r>
    </w:p>
    <w:p>
      <w:pPr>
        <w:pStyle w:val="ListParagraph"/>
      </w:pPr>
      <w:r>
        <w:rPr>
          <w:sz w:val="22"/>
        </w:rPr>
        <w:t>B. What is your name?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 from?</w:t>
      </w:r>
    </w:p>
    <w:p/>
    <w:p>
      <w:r>
        <w:rPr>
          <w:b/>
          <w:sz w:val="24"/>
        </w:rPr>
        <w:t>Câu 5: What do you say when you meet someone in the evening?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6: How do you respond to 'How are you?'</w:t>
      </w:r>
    </w:p>
    <w:p>
      <w:pPr>
        <w:pStyle w:val="ListParagraph"/>
      </w:pPr>
      <w:r>
        <w:rPr>
          <w:sz w:val="22"/>
        </w:rPr>
        <w:t>A. I am fine, thank you.</w:t>
      </w:r>
    </w:p>
    <w:p>
      <w:pPr>
        <w:pStyle w:val="ListParagraph"/>
      </w:pPr>
      <w:r>
        <w:rPr>
          <w:sz w:val="22"/>
        </w:rPr>
        <w:t>B. My name is Nam.</w:t>
      </w:r>
    </w:p>
    <w:p>
      <w:pPr>
        <w:pStyle w:val="ListParagraph"/>
      </w:pPr>
      <w:r>
        <w:rPr>
          <w:sz w:val="22"/>
        </w:rPr>
        <w:t>C. I am from Vietnam.</w:t>
      </w:r>
    </w:p>
    <w:p>
      <w:pPr>
        <w:pStyle w:val="ListParagraph"/>
      </w:pPr>
      <w:r>
        <w:rPr>
          <w:sz w:val="22"/>
        </w:rPr>
        <w:t>D. I am nine years old.</w:t>
      </w:r>
    </w:p>
    <w:p/>
    <w:p>
      <w:r>
        <w:rPr>
          <w:b/>
          <w:sz w:val="24"/>
        </w:rPr>
        <w:t>Câu 7: What do you say when you go to bed?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8: How do you say 'Tôi đến từ Việt Nam' in English?</w:t>
      </w:r>
    </w:p>
    <w:p>
      <w:pPr>
        <w:pStyle w:val="ListParagraph"/>
      </w:pPr>
      <w:r>
        <w:rPr>
          <w:sz w:val="22"/>
        </w:rPr>
        <w:t>A. I am from Vietnam.</w:t>
      </w:r>
    </w:p>
    <w:p>
      <w:pPr>
        <w:pStyle w:val="ListParagraph"/>
      </w:pPr>
      <w:r>
        <w:rPr>
          <w:sz w:val="22"/>
        </w:rPr>
        <w:t>B. I am Vietnamese.</w:t>
      </w:r>
    </w:p>
    <w:p>
      <w:pPr>
        <w:pStyle w:val="ListParagraph"/>
      </w:pPr>
      <w:r>
        <w:rPr>
          <w:sz w:val="22"/>
        </w:rPr>
        <w:t>C. I live in Vietnam.</w:t>
      </w:r>
    </w:p>
    <w:p>
      <w:pPr>
        <w:pStyle w:val="ListParagraph"/>
      </w:pPr>
      <w:r>
        <w:rPr>
          <w:sz w:val="22"/>
        </w:rPr>
        <w:t>D. I love Vietnam.</w:t>
      </w:r>
    </w:p>
    <w:p/>
    <w:p>
      <w:r>
        <w:rPr>
          <w:b/>
          <w:sz w:val="24"/>
        </w:rPr>
        <w:t>Câu 9: What do you say when you meet someone for the first time?</w:t>
      </w:r>
    </w:p>
    <w:p>
      <w:pPr>
        <w:pStyle w:val="ListParagraph"/>
      </w:pPr>
      <w:r>
        <w:rPr>
          <w:sz w:val="22"/>
        </w:rPr>
        <w:t>A. Nice to meet you.</w:t>
      </w:r>
    </w:p>
    <w:p>
      <w:pPr>
        <w:pStyle w:val="ListParagraph"/>
      </w:pPr>
      <w:r>
        <w:rPr>
          <w:sz w:val="22"/>
        </w:rPr>
        <w:t>B. Goodbye.</w:t>
      </w:r>
    </w:p>
    <w:p>
      <w:pPr>
        <w:pStyle w:val="ListParagraph"/>
      </w:pPr>
      <w:r>
        <w:rPr>
          <w:sz w:val="22"/>
        </w:rPr>
        <w:t>C. See you later.</w:t>
      </w:r>
    </w:p>
    <w:p>
      <w:pPr>
        <w:pStyle w:val="ListParagraph"/>
      </w:pPr>
      <w:r>
        <w:rPr>
          <w:sz w:val="22"/>
        </w:rPr>
        <w:t>D. Thank you.</w:t>
      </w:r>
    </w:p>
    <w:p/>
    <w:p>
      <w:r>
        <w:rPr>
          <w:b/>
          <w:sz w:val="24"/>
        </w:rPr>
        <w:t>Câu 10: How do you say 'Tạm biệt' in English?</w:t>
      </w:r>
    </w:p>
    <w:p>
      <w:pPr>
        <w:pStyle w:val="ListParagraph"/>
      </w:pPr>
      <w:r>
        <w:rPr>
          <w:sz w:val="22"/>
        </w:rPr>
        <w:t>A. Hello</w:t>
      </w:r>
    </w:p>
    <w:p>
      <w:pPr>
        <w:pStyle w:val="ListParagraph"/>
      </w:pPr>
      <w:r>
        <w:rPr>
          <w:sz w:val="22"/>
        </w:rPr>
        <w:t>B. Goodbye</w:t>
      </w:r>
    </w:p>
    <w:p>
      <w:pPr>
        <w:pStyle w:val="ListParagraph"/>
      </w:pPr>
      <w:r>
        <w:rPr>
          <w:sz w:val="22"/>
        </w:rPr>
        <w:t>C. Good morning</w:t>
      </w:r>
    </w:p>
    <w:p>
      <w:pPr>
        <w:pStyle w:val="ListParagraph"/>
      </w:pPr>
      <w:r>
        <w:rPr>
          <w:sz w:val="22"/>
        </w:rPr>
        <w:t>D. Thank you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