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 **Câu 1.** Ngành nào cung cấp phần lớn thức ăn cho</w:t>
      </w:r>
    </w:p>
    <w:p>
      <w:pPr>
        <w:jc w:val="center"/>
      </w:pPr>
      <w:r>
        <w:rPr>
          <w:sz w:val="22"/>
        </w:rPr>
        <w:t>Số câu: 17    Thời gian: _____ phút    Họ và tên: _________________________</w:t>
      </w:r>
    </w:p>
    <w:p/>
    <w:p>
      <w:r>
        <w:rPr>
          <w:b/>
          <w:sz w:val="24"/>
        </w:rPr>
        <w:t>Câu 1: Ngành nào cung cấp phần lớn thức ăn cho hoạt động chăn nuôi?</w:t>
      </w:r>
    </w:p>
    <w:p>
      <w:pPr>
        <w:pStyle w:val="ListParagraph"/>
      </w:pPr>
      <w:r>
        <w:rPr>
          <w:sz w:val="22"/>
        </w:rPr>
        <w:t>A. Công nghiệp chế biến</w:t>
      </w:r>
    </w:p>
    <w:p>
      <w:pPr>
        <w:pStyle w:val="ListParagraph"/>
      </w:pPr>
      <w:r>
        <w:rPr>
          <w:sz w:val="22"/>
        </w:rPr>
        <w:t>B. Thủy sản</w:t>
      </w:r>
    </w:p>
    <w:p>
      <w:pPr>
        <w:pStyle w:val="ListParagraph"/>
      </w:pPr>
      <w:r>
        <w:rPr>
          <w:sz w:val="22"/>
        </w:rPr>
        <w:t>C. Lâm nghiệp</w:t>
      </w:r>
    </w:p>
    <w:p>
      <w:pPr>
        <w:pStyle w:val="ListParagraph"/>
      </w:pPr>
      <w:r>
        <w:rPr>
          <w:sz w:val="22"/>
        </w:rPr>
        <w:t>D. Trồng trọt</w:t>
      </w:r>
    </w:p>
    <w:p/>
    <w:p>
      <w:r>
        <w:rPr>
          <w:b/>
          <w:sz w:val="24"/>
        </w:rPr>
        <w:t>Câu 2: Ở Việt Nam, các loại cây ăn quả ôn đới như dâu tây, mận, lê thường được trồng ở khu vực nào?</w:t>
      </w:r>
    </w:p>
    <w:p>
      <w:pPr>
        <w:pStyle w:val="ListParagraph"/>
      </w:pPr>
      <w:r>
        <w:rPr>
          <w:sz w:val="22"/>
        </w:rPr>
        <w:t>A. Đồng bằng sông Cửu Long</w:t>
      </w:r>
    </w:p>
    <w:p>
      <w:pPr>
        <w:pStyle w:val="ListParagraph"/>
      </w:pPr>
      <w:r>
        <w:rPr>
          <w:sz w:val="22"/>
        </w:rPr>
        <w:t>B. Duyên hải Nam Trung Bộ</w:t>
      </w:r>
    </w:p>
    <w:p>
      <w:pPr>
        <w:pStyle w:val="ListParagraph"/>
      </w:pPr>
      <w:r>
        <w:rPr>
          <w:sz w:val="22"/>
        </w:rPr>
        <w:t>C. Các tỉnh miền núi phía Bắc</w:t>
      </w:r>
    </w:p>
    <w:p>
      <w:pPr>
        <w:pStyle w:val="ListParagraph"/>
      </w:pPr>
      <w:r>
        <w:rPr>
          <w:sz w:val="22"/>
        </w:rPr>
        <w:t>D. Vùng Đông Nam Bộ</w:t>
      </w:r>
    </w:p>
    <w:p/>
    <w:p>
      <w:r>
        <w:rPr>
          <w:b/>
          <w:sz w:val="24"/>
        </w:rPr>
        <w:t>Câu 3: Yếu tố nào trực tiếp tham gia vào quá trình quang hợp và là môi trường hòa tan muối khoáng cho cây hấp thụ?</w:t>
      </w:r>
    </w:p>
    <w:p>
      <w:pPr>
        <w:pStyle w:val="ListParagraph"/>
      </w:pPr>
      <w:r>
        <w:rPr>
          <w:sz w:val="22"/>
        </w:rPr>
        <w:t>A. Không khí</w:t>
      </w:r>
    </w:p>
    <w:p>
      <w:pPr>
        <w:pStyle w:val="ListParagraph"/>
      </w:pPr>
      <w:r>
        <w:rPr>
          <w:sz w:val="22"/>
        </w:rPr>
        <w:t>B. Ánh sáng</w:t>
      </w:r>
    </w:p>
    <w:p>
      <w:pPr>
        <w:pStyle w:val="ListParagraph"/>
      </w:pPr>
      <w:r>
        <w:rPr>
          <w:sz w:val="22"/>
        </w:rPr>
        <w:t>C. Nước</w:t>
      </w:r>
    </w:p>
    <w:p>
      <w:pPr>
        <w:pStyle w:val="ListParagraph"/>
      </w:pPr>
      <w:r>
        <w:rPr>
          <w:sz w:val="22"/>
        </w:rPr>
        <w:t>D. Nhiệt độ</w:t>
      </w:r>
    </w:p>
    <w:p/>
    <w:p>
      <w:r>
        <w:rPr>
          <w:b/>
          <w:sz w:val="24"/>
        </w:rPr>
        <w:t>Câu 4: Khoảng nhiệt độ thích hợp cho sinh trưởng và phát triển của phần lớn cây trồng là:</w:t>
      </w:r>
    </w:p>
    <w:p>
      <w:pPr>
        <w:pStyle w:val="ListParagraph"/>
      </w:pPr>
      <w:r>
        <w:rPr>
          <w:sz w:val="22"/>
        </w:rPr>
        <w:t>A. 15°C – 40°C</w:t>
      </w:r>
    </w:p>
    <w:p>
      <w:pPr>
        <w:pStyle w:val="ListParagraph"/>
      </w:pPr>
      <w:r>
        <w:rPr>
          <w:sz w:val="22"/>
        </w:rPr>
        <w:t>B. 30°C – 50°C</w:t>
      </w:r>
    </w:p>
    <w:p>
      <w:pPr>
        <w:pStyle w:val="ListParagraph"/>
      </w:pPr>
      <w:r>
        <w:rPr>
          <w:sz w:val="22"/>
        </w:rPr>
        <w:t>C. 10°C – 30°C</w:t>
      </w:r>
    </w:p>
    <w:p>
      <w:pPr>
        <w:pStyle w:val="ListParagraph"/>
      </w:pPr>
      <w:r>
        <w:rPr>
          <w:sz w:val="22"/>
        </w:rPr>
        <w:t>D. 8°C – 45°C</w:t>
      </w:r>
    </w:p>
    <w:p/>
    <w:p>
      <w:r>
        <w:rPr>
          <w:b/>
          <w:sz w:val="24"/>
        </w:rPr>
        <w:t>Câu 5: Những hạt đất có kích thước nhỏ hơn 1 micromet, không hòa tan trong nước mà ở trạng thái huyền phù được gọi là gì?</w:t>
      </w:r>
    </w:p>
    <w:p>
      <w:pPr>
        <w:pStyle w:val="ListParagraph"/>
      </w:pPr>
      <w:r>
        <w:rPr>
          <w:sz w:val="22"/>
        </w:rPr>
        <w:t>A. Limon</w:t>
      </w:r>
    </w:p>
    <w:p>
      <w:pPr>
        <w:pStyle w:val="ListParagraph"/>
      </w:pPr>
      <w:r>
        <w:rPr>
          <w:sz w:val="22"/>
        </w:rPr>
        <w:t>B. Sét</w:t>
      </w:r>
    </w:p>
    <w:p>
      <w:pPr>
        <w:pStyle w:val="ListParagraph"/>
      </w:pPr>
      <w:r>
        <w:rPr>
          <w:sz w:val="22"/>
        </w:rPr>
        <w:t>C. Keo đất</w:t>
      </w:r>
    </w:p>
    <w:p>
      <w:pPr>
        <w:pStyle w:val="ListParagraph"/>
      </w:pPr>
      <w:r>
        <w:rPr>
          <w:sz w:val="22"/>
        </w:rPr>
        <w:t>D. Sỏi</w:t>
      </w:r>
    </w:p>
    <w:p/>
    <w:p>
      <w:r>
        <w:rPr>
          <w:b/>
          <w:sz w:val="24"/>
        </w:rPr>
        <w:t>Câu 6: Mối quan hệ giữa ngành trồng trọt và ngành công nghiệp chế biến được thể hiện như thế nào?</w:t>
      </w:r>
    </w:p>
    <w:p>
      <w:pPr>
        <w:pStyle w:val="ListParagraph"/>
      </w:pPr>
      <w:r>
        <w:rPr>
          <w:sz w:val="22"/>
        </w:rPr>
        <w:t>A. Trồng trọt và công nghiệp chế biến là hai ngành hoàn toàn độc lập.</w:t>
      </w:r>
    </w:p>
    <w:p>
      <w:pPr>
        <w:pStyle w:val="ListParagraph"/>
      </w:pPr>
      <w:r>
        <w:rPr>
          <w:sz w:val="22"/>
        </w:rPr>
        <w:t>B. Trồng trọt cung cấp nguyên liệu đầu vào, công nghiệp chế biến làm tăng giá trị sản phẩm.</w:t>
      </w:r>
    </w:p>
    <w:p>
      <w:pPr>
        <w:pStyle w:val="ListParagraph"/>
      </w:pPr>
      <w:r>
        <w:rPr>
          <w:sz w:val="22"/>
        </w:rPr>
        <w:t>C. Công nghiệp chế biến cung cấp máy móc, thiết bị cho ngành trồng trọt.</w:t>
      </w:r>
    </w:p>
    <w:p>
      <w:pPr>
        <w:pStyle w:val="ListParagraph"/>
      </w:pPr>
      <w:r>
        <w:rPr>
          <w:sz w:val="22"/>
        </w:rPr>
        <w:t>D. Trồng trọt chỉ phục vụ cho tiêu dùng trực tiếp, không liên quan đến công nghiệp.</w:t>
      </w:r>
    </w:p>
    <w:p/>
    <w:p>
      <w:r>
        <w:rPr>
          <w:b/>
          <w:sz w:val="24"/>
        </w:rPr>
        <w:t>Câu 7: Trong bối cảnh hạn hán, lũ lụt, xâm nhập mặn do biến đổi khí hậu ngày càng gia tăng, vì sao ứng dụng công nghệ cao được coi là hướng đi giúp trồng trọt góp phần đảm bảo an ninh lương thực thực phẩm?</w:t>
      </w:r>
    </w:p>
    <w:p>
      <w:pPr>
        <w:pStyle w:val="ListParagraph"/>
      </w:pPr>
      <w:r>
        <w:rPr>
          <w:sz w:val="22"/>
        </w:rPr>
        <w:t>A. Vì công nghệ cao thu hút thêm nhiều lao động vào làm việc trong lĩnh vực trồng trọt.</w:t>
      </w:r>
    </w:p>
    <w:p>
      <w:pPr>
        <w:pStyle w:val="ListParagraph"/>
      </w:pPr>
      <w:r>
        <w:rPr>
          <w:sz w:val="22"/>
        </w:rPr>
        <w:t>B. Vì công nghệ cao nâng giá trị sản phẩm trồng trọt lên nhiều lần qua công nghiệp chế biến.</w:t>
      </w:r>
    </w:p>
    <w:p>
      <w:pPr>
        <w:pStyle w:val="ListParagraph"/>
      </w:pPr>
      <w:r>
        <w:rPr>
          <w:sz w:val="22"/>
        </w:rPr>
        <w:t>C. Vì công nghệ cao giảm sự lệ thuộc vào thời tiết, giúp nông dân chủ động trong sản xuất.</w:t>
      </w:r>
    </w:p>
    <w:p>
      <w:pPr>
        <w:pStyle w:val="ListParagraph"/>
      </w:pPr>
      <w:r>
        <w:rPr>
          <w:sz w:val="22"/>
        </w:rPr>
        <w:t>D. Vì công nghệ cao giúp nhiều sản phẩm trồng trọt tham gia xuất khẩu, thu về ngoại tệ lớn.</w:t>
      </w:r>
    </w:p>
    <w:p/>
    <w:p>
      <w:r>
        <w:rPr>
          <w:b/>
          <w:sz w:val="24"/>
        </w:rPr>
        <w:t>Câu 8: Hiện tượng cây trồng bị chết do hạn hán là do thiếu hụt trầm trọng yếu tố nào?</w:t>
      </w:r>
    </w:p>
    <w:p>
      <w:pPr>
        <w:pStyle w:val="ListParagraph"/>
      </w:pPr>
      <w:r>
        <w:rPr>
          <w:sz w:val="22"/>
        </w:rPr>
        <w:t>A. Nhiệt độ</w:t>
      </w:r>
    </w:p>
    <w:p>
      <w:pPr>
        <w:pStyle w:val="ListParagraph"/>
      </w:pPr>
      <w:r>
        <w:rPr>
          <w:sz w:val="22"/>
        </w:rPr>
        <w:t>B. Ánh sáng</w:t>
      </w:r>
    </w:p>
    <w:p>
      <w:pPr>
        <w:pStyle w:val="ListParagraph"/>
      </w:pPr>
      <w:r>
        <w:rPr>
          <w:sz w:val="22"/>
        </w:rPr>
        <w:t>C. Dinh dưỡng</w:t>
      </w:r>
    </w:p>
    <w:p>
      <w:pPr>
        <w:pStyle w:val="ListParagraph"/>
      </w:pPr>
      <w:r>
        <w:rPr>
          <w:sz w:val="22"/>
        </w:rPr>
        <w:t>D. Nước</w:t>
      </w:r>
    </w:p>
    <w:p/>
    <w:p>
      <w:r>
        <w:rPr>
          <w:b/>
          <w:sz w:val="24"/>
        </w:rPr>
        <w:t>Câu 9: Mối quan hệ giữa cây trồng và ánh sáng được thể hiện như thế nào?</w:t>
      </w:r>
    </w:p>
    <w:p>
      <w:pPr>
        <w:pStyle w:val="ListParagraph"/>
      </w:pPr>
      <w:r>
        <w:rPr>
          <w:sz w:val="22"/>
        </w:rPr>
        <w:t>A. Mọi loại cây trồng đều cần cường độ ánh sáng mạnh như nhau.</w:t>
      </w:r>
    </w:p>
    <w:p>
      <w:pPr>
        <w:pStyle w:val="ListParagraph"/>
      </w:pPr>
      <w:r>
        <w:rPr>
          <w:sz w:val="22"/>
        </w:rPr>
        <w:t>B. Ánh sáng chỉ cần thiết cho giai đoạn cây non, khi cây lớn thì không cần.</w:t>
      </w:r>
    </w:p>
    <w:p>
      <w:pPr>
        <w:pStyle w:val="ListParagraph"/>
      </w:pPr>
      <w:r>
        <w:rPr>
          <w:sz w:val="22"/>
        </w:rPr>
        <w:t>C. Ánh sáng cung cấp năng lượng cho quang hợp và ảnh hưởng đến sự ra hoa.</w:t>
      </w:r>
    </w:p>
    <w:p>
      <w:pPr>
        <w:pStyle w:val="ListParagraph"/>
      </w:pPr>
      <w:r>
        <w:rPr>
          <w:sz w:val="22"/>
        </w:rPr>
        <w:t>D. Cây trồng chỉ hấp thụ ánh sáng màu xanh lục.</w:t>
      </w:r>
    </w:p>
    <w:p/>
    <w:p>
      <w:r>
        <w:rPr>
          <w:b/>
          <w:sz w:val="24"/>
        </w:rPr>
        <w:t>Câu 10: Một nông dân muốn trồng giống khoai tây có nguồn gốc ôn đới ở vùng đồng bằng Bắc Bộ. Họ nên chọn thời vụ gieo trồng nào trong năm để cây có điều kiện phát triển tốt nhất?</w:t>
      </w:r>
    </w:p>
    <w:p>
      <w:pPr>
        <w:pStyle w:val="ListParagraph"/>
      </w:pPr>
      <w:r>
        <w:rPr>
          <w:sz w:val="22"/>
        </w:rPr>
        <w:t>A. Vụ hè thu (tháng 6–7)</w:t>
      </w:r>
    </w:p>
    <w:p>
      <w:pPr>
        <w:pStyle w:val="ListParagraph"/>
      </w:pPr>
      <w:r>
        <w:rPr>
          <w:sz w:val="22"/>
        </w:rPr>
        <w:t>B. Vụ mùa (tháng 8–9)</w:t>
      </w:r>
    </w:p>
    <w:p>
      <w:pPr>
        <w:pStyle w:val="ListParagraph"/>
      </w:pPr>
      <w:r>
        <w:rPr>
          <w:sz w:val="22"/>
        </w:rPr>
        <w:t>C. Vụ đông (tháng 10–11)</w:t>
      </w:r>
    </w:p>
    <w:p>
      <w:pPr>
        <w:pStyle w:val="ListParagraph"/>
      </w:pPr>
      <w:r>
        <w:rPr>
          <w:sz w:val="22"/>
        </w:rPr>
        <w:t>D. Bất kỳ thời điểm nào trong năm.</w:t>
      </w:r>
    </w:p>
    <w:p/>
    <w:p>
      <w:r>
        <w:rPr>
          <w:b/>
          <w:sz w:val="24"/>
        </w:rPr>
        <w:t>Câu 11: Tại sao trong kĩ thuật canh tác, việc luân canh giữa cây họ Đậu (lạc, đỗ tương) và cây ngũ cốc (lúa, ngô) lại được khuyến khích?</w:t>
      </w:r>
    </w:p>
    <w:p>
      <w:pPr>
        <w:pStyle w:val="ListParagraph"/>
      </w:pPr>
      <w:r>
        <w:rPr>
          <w:sz w:val="22"/>
        </w:rPr>
        <w:t>A. Vì việc luân canh giúp cắt đứt vòng đời của một số loại sâu bệnh và cỏ dại gây hại cho đất.</w:t>
      </w:r>
    </w:p>
    <w:p>
      <w:pPr>
        <w:pStyle w:val="ListParagraph"/>
      </w:pPr>
      <w:r>
        <w:rPr>
          <w:sz w:val="22"/>
        </w:rPr>
        <w:t>B. Vì cây họ Đậu có khả năng cố định đạm, làm giàu dinh dưỡng cho đất để cây ngũ cốc sử dụng ở vụ sau.</w:t>
      </w:r>
    </w:p>
    <w:p>
      <w:pPr>
        <w:pStyle w:val="ListParagraph"/>
      </w:pPr>
      <w:r>
        <w:rPr>
          <w:sz w:val="22"/>
        </w:rPr>
        <w:t>C. Vì mỗi loại cây trồng có hệ rễ phát triển khác nhau, giúp cải tạo cấu trúc đất ở các tầng sâu khác nhau.</w:t>
      </w:r>
    </w:p>
    <w:p>
      <w:pPr>
        <w:pStyle w:val="ListParagraph"/>
      </w:pPr>
      <w:r>
        <w:rPr>
          <w:sz w:val="22"/>
        </w:rPr>
        <w:t>D. Vì sự thay đổi liên tục các loại cây trồng sẽ mang lại nguồn thu nhập ổn định hơn cho người nông dân.</w:t>
      </w:r>
    </w:p>
    <w:p/>
    <w:p>
      <w:r>
        <w:rPr>
          <w:b/>
          <w:sz w:val="24"/>
        </w:rPr>
        <w:t>Câu 12: Lớp ion nào trong cấu tạo keo đất có khả năng trao đổi với các ion trong dung dịch đất?</w:t>
      </w:r>
    </w:p>
    <w:p>
      <w:pPr>
        <w:pStyle w:val="ListParagraph"/>
      </w:pPr>
      <w:r>
        <w:rPr>
          <w:sz w:val="22"/>
        </w:rPr>
        <w:t>A. Tầng ion quyết định điện.</w:t>
      </w:r>
    </w:p>
    <w:p>
      <w:pPr>
        <w:pStyle w:val="ListParagraph"/>
      </w:pPr>
      <w:r>
        <w:rPr>
          <w:sz w:val="22"/>
        </w:rPr>
        <w:t>B. Tầng ion không di chuyển.</w:t>
      </w:r>
    </w:p>
    <w:p>
      <w:pPr>
        <w:pStyle w:val="ListParagraph"/>
      </w:pPr>
      <w:r>
        <w:rPr>
          <w:sz w:val="22"/>
        </w:rPr>
        <w:t>C. Tầng ion khuếch tán.</w:t>
      </w:r>
    </w:p>
    <w:p>
      <w:pPr>
        <w:pStyle w:val="ListParagraph"/>
      </w:pPr>
      <w:r>
        <w:rPr>
          <w:sz w:val="22"/>
        </w:rPr>
        <w:t>D. Các ion trong nhân keo.</w:t>
      </w:r>
    </w:p>
    <w:p/>
    <w:p>
      <w:r>
        <w:rPr>
          <w:b/>
          <w:sz w:val="24"/>
        </w:rPr>
        <w:t>Câu 13: Đất có phản ứng kiềm khi có giá trị pH như thế nào?</w:t>
      </w:r>
    </w:p>
    <w:p>
      <w:pPr>
        <w:pStyle w:val="ListParagraph"/>
      </w:pPr>
      <w:r>
        <w:rPr>
          <w:sz w:val="22"/>
        </w:rPr>
        <w:t>A. pH &lt; 6,6</w:t>
      </w:r>
    </w:p>
    <w:p>
      <w:pPr>
        <w:pStyle w:val="ListParagraph"/>
      </w:pPr>
      <w:r>
        <w:rPr>
          <w:sz w:val="22"/>
        </w:rPr>
        <w:t>B. pH = 7,0</w:t>
      </w:r>
    </w:p>
    <w:p>
      <w:pPr>
        <w:pStyle w:val="ListParagraph"/>
      </w:pPr>
      <w:r>
        <w:rPr>
          <w:sz w:val="22"/>
        </w:rPr>
        <w:t>C. pH &gt; 7,5</w:t>
      </w:r>
    </w:p>
    <w:p>
      <w:pPr>
        <w:pStyle w:val="ListParagraph"/>
      </w:pPr>
      <w:r>
        <w:rPr>
          <w:sz w:val="22"/>
        </w:rPr>
        <w:t>D. pH từ 6,6 đến 7,5</w:t>
      </w:r>
    </w:p>
    <w:p/>
    <w:p>
      <w:r>
        <w:rPr>
          <w:b/>
          <w:sz w:val="24"/>
        </w:rPr>
        <w:t>Câu 14: Khí trong đất không có vai trò gì?</w:t>
      </w:r>
    </w:p>
    <w:p>
      <w:pPr>
        <w:pStyle w:val="ListParagraph"/>
      </w:pPr>
      <w:r>
        <w:rPr>
          <w:sz w:val="22"/>
        </w:rPr>
        <w:t>A. Cung cấp oxygen cho rễ cây và hệ sinh vật đất hô hấp.</w:t>
      </w:r>
    </w:p>
    <w:p>
      <w:pPr>
        <w:pStyle w:val="ListParagraph"/>
      </w:pPr>
      <w:r>
        <w:rPr>
          <w:sz w:val="22"/>
        </w:rPr>
        <w:t>B. Cung cấp nitrogen cho quá trình cố định đạm trong đất.</w:t>
      </w:r>
    </w:p>
    <w:p>
      <w:pPr>
        <w:pStyle w:val="ListParagraph"/>
      </w:pPr>
      <w:r>
        <w:rPr>
          <w:sz w:val="22"/>
        </w:rPr>
        <w:t>C. Hỗ trợ quá trình hô hấp của hệ rễ cây trồng.</w:t>
      </w:r>
    </w:p>
    <w:p>
      <w:pPr>
        <w:pStyle w:val="ListParagraph"/>
      </w:pPr>
      <w:r>
        <w:rPr>
          <w:sz w:val="22"/>
        </w:rPr>
        <w:t>D. Tiêu diệt các vi sinh vật.</w:t>
      </w:r>
    </w:p>
    <w:p/>
    <w:p>
      <w:r>
        <w:rPr>
          <w:b/>
          <w:sz w:val="24"/>
        </w:rPr>
        <w:t>Câu 15: Phân biệt giữa biện pháp “tăng vụ” và “trồng xen”.</w:t>
      </w:r>
    </w:p>
    <w:p>
      <w:pPr>
        <w:pStyle w:val="ListParagraph"/>
      </w:pPr>
      <w:r>
        <w:rPr>
          <w:sz w:val="22"/>
        </w:rPr>
        <w:t>A. Tăng vụ là trồng nhiều loại cây cùng lúc, trồng xen là trồng nhiều vụ trong năm.</w:t>
      </w:r>
    </w:p>
    <w:p>
      <w:pPr>
        <w:pStyle w:val="ListParagraph"/>
      </w:pPr>
      <w:r>
        <w:rPr>
          <w:sz w:val="22"/>
        </w:rPr>
        <w:t>B. Tăng vụ là trồng nhiều vụ kế tiếp nhau trong năm, trồng xen là trồng nhiều loại cây cùng lúc trên một diện tích.</w:t>
      </w:r>
    </w:p>
    <w:p>
      <w:pPr>
        <w:pStyle w:val="ListParagraph"/>
      </w:pPr>
      <w:r>
        <w:rPr>
          <w:sz w:val="22"/>
        </w:rPr>
        <w:t>C. Cả hai đều có nghĩa là trồng một loại cây duy nhất trên một diện tích lớn.</w:t>
      </w:r>
    </w:p>
    <w:p>
      <w:pPr>
        <w:pStyle w:val="ListParagraph"/>
      </w:pPr>
      <w:r>
        <w:rPr>
          <w:sz w:val="22"/>
        </w:rPr>
        <w:t>D. Tăng vụ chỉ áp dụng cho cây ngắn ngày, trồng xen chỉ áp dụng cho cây dài ngày.</w:t>
      </w:r>
    </w:p>
    <w:p/>
    <w:p>
      <w:r>
        <w:rPr>
          <w:b/>
          <w:sz w:val="24"/>
        </w:rPr>
        <w:t>Câu 16: Một nông dân muốn trồng cây họ Đậu trên nền đất kiềm (pH &gt; 7,5). Đây có phải là lựa chọn phù hợp không? Vì sao?</w:t>
      </w:r>
    </w:p>
    <w:p>
      <w:pPr>
        <w:pStyle w:val="ListParagraph"/>
      </w:pPr>
      <w:r>
        <w:rPr>
          <w:sz w:val="22"/>
        </w:rPr>
        <w:t>A. Không, vì cây họ Đậu chỉ phát triển tốt trên đất rất chua.</w:t>
      </w:r>
    </w:p>
    <w:p>
      <w:pPr>
        <w:pStyle w:val="ListParagraph"/>
      </w:pPr>
      <w:r>
        <w:rPr>
          <w:sz w:val="22"/>
        </w:rPr>
        <w:t>B. Phù hợp, vì nhiều loại cây họ Đậu phát triển tốt trên đất kiềm hoặc trung tính.</w:t>
      </w:r>
    </w:p>
    <w:p>
      <w:pPr>
        <w:pStyle w:val="ListParagraph"/>
      </w:pPr>
      <w:r>
        <w:rPr>
          <w:sz w:val="22"/>
        </w:rPr>
        <w:t>C. Không, vì đất kiềm sẽ làm cho vi khuẩn nốt sần không hoạt động được.</w:t>
      </w:r>
    </w:p>
    <w:p>
      <w:pPr>
        <w:pStyle w:val="ListParagraph"/>
      </w:pPr>
      <w:r>
        <w:rPr>
          <w:sz w:val="22"/>
        </w:rPr>
        <w:t>D. Phù hợp, vì cây họ Đậu có thể nhanh chóng biến đất kiềm thành đất chua.</w:t>
      </w:r>
    </w:p>
    <w:p/>
    <w:p>
      <w:r>
        <w:rPr>
          <w:b/>
          <w:sz w:val="24"/>
        </w:rPr>
        <w:t>Câu 17: Nguyên liệu nào sau đây được sử dụng để sản xuất giá thể gốm?</w:t>
      </w:r>
    </w:p>
    <w:p>
      <w:pPr>
        <w:pStyle w:val="ListParagraph"/>
      </w:pPr>
      <w:r>
        <w:rPr>
          <w:sz w:val="22"/>
        </w:rPr>
        <w:t>A. Than bùn và xơ dừa.</w:t>
      </w:r>
    </w:p>
    <w:p>
      <w:pPr>
        <w:pStyle w:val="ListParagraph"/>
      </w:pPr>
      <w:r>
        <w:rPr>
          <w:sz w:val="22"/>
        </w:rPr>
        <w:t>B. Quặng đá perlite và đá vôi.</w:t>
      </w:r>
    </w:p>
    <w:p>
      <w:pPr>
        <w:pStyle w:val="ListParagraph"/>
      </w:pPr>
      <w:r>
        <w:rPr>
          <w:sz w:val="22"/>
        </w:rPr>
        <w:t>C. Đất sét, đất phù sa và phụ phẩm nông nghiệp.</w:t>
      </w:r>
    </w:p>
    <w:p>
      <w:pPr>
        <w:pStyle w:val="ListParagraph"/>
      </w:pPr>
      <w:r>
        <w:rPr>
          <w:sz w:val="22"/>
        </w:rPr>
        <w:t>D. Mùn cưa và vỏ cây.</w:t>
      </w:r>
    </w:p>
    <w:p/>
    <w:p>
      <w:r>
        <w:t>──────────────────────────────────────────────────</w:t>
      </w:r>
    </w:p>
    <w:p>
      <w:r>
        <w:rPr>
          <w:b/>
        </w:rPr>
        <w:t>BẢNG ĐÁP ÁN &amp; LỜI GIẢI CHI TIẾT</w:t>
      </w:r>
    </w:p>
    <w:p>
      <w:r>
        <w:rPr>
          <w:b/>
        </w:rPr>
        <w:t>Câu 1: Đáp án đúng: D</w:t>
      </w:r>
    </w:p>
    <w:p>
      <w:r>
        <w:rPr>
          <w:b/>
        </w:rPr>
        <w:t>Câu 2: Đáp án đúng: C</w:t>
      </w:r>
    </w:p>
    <w:p>
      <w:r>
        <w:rPr>
          <w:b/>
        </w:rPr>
        <w:t>Câu 3: Đáp án đúng: C</w:t>
      </w:r>
    </w:p>
    <w:p>
      <w:r>
        <w:rPr>
          <w:b/>
        </w:rPr>
        <w:t>Câu 4: Đáp án đúng: C</w:t>
      </w:r>
    </w:p>
    <w:p>
      <w:r>
        <w:rPr>
          <w:b/>
        </w:rPr>
        <w:t>Câu 5: Đáp án đúng: C</w:t>
      </w:r>
    </w:p>
    <w:p>
      <w:r>
        <w:rPr>
          <w:b/>
        </w:rPr>
        <w:t>Câu 6: Đáp án đúng: B</w:t>
      </w:r>
    </w:p>
    <w:p>
      <w:r>
        <w:rPr>
          <w:b/>
        </w:rPr>
        <w:t>Câu 7: Đáp án đúng: C</w:t>
      </w:r>
    </w:p>
    <w:p>
      <w:r>
        <w:rPr>
          <w:b/>
        </w:rPr>
        <w:t>Câu 8: Đáp án đúng: D</w:t>
      </w:r>
    </w:p>
    <w:p>
      <w:r>
        <w:rPr>
          <w:b/>
        </w:rPr>
        <w:t>Câu 9: Đáp án đúng: C</w:t>
      </w:r>
    </w:p>
    <w:p>
      <w:r>
        <w:rPr>
          <w:b/>
        </w:rPr>
        <w:t>Câu 10: Đáp án đúng: C</w:t>
      </w:r>
    </w:p>
    <w:p>
      <w:r>
        <w:rPr>
          <w:b/>
        </w:rPr>
        <w:t>Câu 11: Đáp án đúng: B</w:t>
      </w:r>
    </w:p>
    <w:p>
      <w:r>
        <w:rPr>
          <w:b/>
        </w:rPr>
        <w:t>Câu 12: Đáp án đúng: C</w:t>
      </w:r>
    </w:p>
    <w:p>
      <w:r>
        <w:rPr>
          <w:b/>
        </w:rPr>
        <w:t>Câu 13: Đáp án đúng: C</w:t>
      </w:r>
    </w:p>
    <w:p>
      <w:r>
        <w:rPr>
          <w:b/>
        </w:rPr>
        <w:t>Câu 14: Đáp án đúng: D</w:t>
      </w:r>
    </w:p>
    <w:p>
      <w:r>
        <w:rPr>
          <w:b/>
        </w:rPr>
        <w:t>Câu 15: Đáp án đúng: B</w:t>
      </w:r>
    </w:p>
    <w:p>
      <w:r>
        <w:rPr>
          <w:b/>
        </w:rPr>
        <w:t>Câu 16: Đáp án đúng: B</w:t>
      </w:r>
    </w:p>
    <w:p>
      <w:r>
        <w:rPr>
          <w:b/>
        </w:rPr>
        <w:t>Câu 17: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