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TA 9</w:t>
      </w:r>
    </w:p>
    <w:p>
      <w:pPr>
        <w:jc w:val="center"/>
      </w:pPr>
      <w:r>
        <w:rPr>
          <w:sz w:val="22"/>
        </w:rPr>
        <w:t>Số câu: 39    Thời gian: _____ phút    Họ và tên: _________________________</w:t>
      </w:r>
    </w:p>
    <w:p/>
    <w:p>
      <w:r>
        <w:rPr>
          <w:b/>
          <w:sz w:val="24"/>
        </w:rPr>
        <w:t>Câu 1: Lan lived in the countryside, so she chose to ______ by bike.</w:t>
      </w:r>
    </w:p>
    <w:p>
      <w:pPr>
        <w:pStyle w:val="ListParagraph"/>
      </w:pPr>
      <w:r>
        <w:rPr>
          <w:sz w:val="22"/>
        </w:rPr>
        <w:t>A. get around</w:t>
      </w:r>
    </w:p>
    <w:p>
      <w:pPr>
        <w:pStyle w:val="ListParagraph"/>
      </w:pPr>
      <w:r>
        <w:rPr>
          <w:sz w:val="22"/>
        </w:rPr>
        <w:t>B. got around</w:t>
      </w:r>
    </w:p>
    <w:p>
      <w:pPr>
        <w:pStyle w:val="ListParagraph"/>
      </w:pPr>
      <w:r>
        <w:rPr>
          <w:sz w:val="22"/>
        </w:rPr>
        <w:t>C. getting around</w:t>
      </w:r>
    </w:p>
    <w:p>
      <w:pPr>
        <w:pStyle w:val="ListParagraph"/>
      </w:pPr>
      <w:r>
        <w:rPr>
          <w:sz w:val="22"/>
        </w:rPr>
        <w:t>D. gets around</w:t>
      </w:r>
    </w:p>
    <w:p/>
    <w:p>
      <w:r>
        <w:rPr>
          <w:b/>
          <w:sz w:val="24"/>
        </w:rPr>
        <w:t>Câu 2: HCM City is like a ______ jungle with so many buildings in it.</w:t>
      </w:r>
    </w:p>
    <w:p>
      <w:pPr>
        <w:pStyle w:val="ListParagraph"/>
      </w:pPr>
      <w:r>
        <w:rPr>
          <w:sz w:val="22"/>
        </w:rPr>
        <w:t>A. bustling</w:t>
      </w:r>
    </w:p>
    <w:p>
      <w:pPr>
        <w:pStyle w:val="ListParagraph"/>
      </w:pPr>
      <w:r>
        <w:rPr>
          <w:sz w:val="22"/>
        </w:rPr>
        <w:t>B. concrete</w:t>
      </w:r>
    </w:p>
    <w:p>
      <w:pPr>
        <w:pStyle w:val="ListParagraph"/>
      </w:pPr>
      <w:r>
        <w:rPr>
          <w:sz w:val="22"/>
        </w:rPr>
        <w:t>C. crowded</w:t>
      </w:r>
    </w:p>
    <w:p>
      <w:pPr>
        <w:pStyle w:val="ListParagraph"/>
      </w:pPr>
      <w:r>
        <w:rPr>
          <w:sz w:val="22"/>
        </w:rPr>
        <w:t>D. congested</w:t>
      </w:r>
    </w:p>
    <w:p/>
    <w:p>
      <w:r>
        <w:rPr>
          <w:b/>
          <w:sz w:val="24"/>
        </w:rPr>
        <w:t>Câu 3: Nick: Excuse me. Would you mind giving me the red pen?</w:t>
        <w:br/>
        <w:t>Nga: ______</w:t>
      </w:r>
    </w:p>
    <w:p>
      <w:pPr>
        <w:pStyle w:val="ListParagraph"/>
      </w:pPr>
      <w:r>
        <w:rPr>
          <w:sz w:val="22"/>
        </w:rPr>
        <w:t>A. I think you shouldn't.</w:t>
      </w:r>
    </w:p>
    <w:p>
      <w:pPr>
        <w:pStyle w:val="ListParagraph"/>
      </w:pPr>
      <w:r>
        <w:rPr>
          <w:sz w:val="22"/>
        </w:rPr>
        <w:t>B. I don't think so.</w:t>
      </w:r>
    </w:p>
    <w:p>
      <w:pPr>
        <w:pStyle w:val="ListParagraph"/>
      </w:pPr>
      <w:r>
        <w:rPr>
          <w:sz w:val="22"/>
        </w:rPr>
        <w:t>C. I love it.</w:t>
      </w:r>
    </w:p>
    <w:p>
      <w:pPr>
        <w:pStyle w:val="ListParagraph"/>
      </w:pPr>
      <w:r>
        <w:rPr>
          <w:sz w:val="22"/>
        </w:rPr>
        <w:t>D. I beg your pardon.</w:t>
      </w:r>
    </w:p>
    <w:p/>
    <w:p>
      <w:r>
        <w:rPr>
          <w:b/>
          <w:sz w:val="24"/>
        </w:rPr>
        <w:t>Câu 4: Maintaining a well-______ life often means making time for the things you have to do.</w:t>
      </w:r>
    </w:p>
    <w:p>
      <w:pPr>
        <w:pStyle w:val="ListParagraph"/>
      </w:pPr>
      <w:r>
        <w:rPr>
          <w:sz w:val="22"/>
        </w:rPr>
        <w:t>A. mental</w:t>
      </w:r>
    </w:p>
    <w:p>
      <w:pPr>
        <w:pStyle w:val="ListParagraph"/>
      </w:pPr>
      <w:r>
        <w:rPr>
          <w:sz w:val="22"/>
        </w:rPr>
        <w:t>B. balanced</w:t>
      </w:r>
    </w:p>
    <w:p>
      <w:pPr>
        <w:pStyle w:val="ListParagraph"/>
      </w:pPr>
      <w:r>
        <w:rPr>
          <w:sz w:val="22"/>
        </w:rPr>
        <w:t>C. physical</w:t>
      </w:r>
    </w:p>
    <w:p>
      <w:pPr>
        <w:pStyle w:val="ListParagraph"/>
      </w:pPr>
      <w:r>
        <w:rPr>
          <w:sz w:val="22"/>
        </w:rPr>
        <w:t>D. priority</w:t>
      </w:r>
    </w:p>
    <w:p/>
    <w:p>
      <w:r>
        <w:rPr>
          <w:b/>
          <w:sz w:val="24"/>
        </w:rPr>
        <w:t>Câu 5: Lan doesn't know ______ to deal with this problem.</w:t>
      </w:r>
    </w:p>
    <w:p>
      <w:pPr>
        <w:pStyle w:val="ListParagraph"/>
      </w:pPr>
      <w:r>
        <w:rPr>
          <w:sz w:val="22"/>
        </w:rPr>
        <w:t>A. what</w:t>
      </w:r>
    </w:p>
    <w:p>
      <w:pPr>
        <w:pStyle w:val="ListParagraph"/>
      </w:pPr>
      <w:r>
        <w:rPr>
          <w:sz w:val="22"/>
        </w:rPr>
        <w:t>B. why</w:t>
      </w:r>
    </w:p>
    <w:p>
      <w:pPr>
        <w:pStyle w:val="ListParagraph"/>
      </w:pPr>
      <w:r>
        <w:rPr>
          <w:sz w:val="22"/>
        </w:rPr>
        <w:t>C. where</w:t>
      </w:r>
    </w:p>
    <w:p>
      <w:pPr>
        <w:pStyle w:val="ListParagraph"/>
      </w:pPr>
      <w:r>
        <w:rPr>
          <w:sz w:val="22"/>
        </w:rPr>
        <w:t>D. how</w:t>
      </w:r>
    </w:p>
    <w:p/>
    <w:p>
      <w:r>
        <w:rPr>
          <w:b/>
          <w:sz w:val="24"/>
        </w:rPr>
        <w:t>Câu 6: Mr John: I can take you to the airport if you like.</w:t>
        <w:br/>
        <w:t>Tom: ______, Dad.</w:t>
      </w:r>
    </w:p>
    <w:p>
      <w:pPr>
        <w:pStyle w:val="ListParagraph"/>
      </w:pPr>
      <w:r>
        <w:rPr>
          <w:sz w:val="22"/>
        </w:rPr>
        <w:t>A. Thanks</w:t>
      </w:r>
    </w:p>
    <w:p>
      <w:pPr>
        <w:pStyle w:val="ListParagraph"/>
      </w:pPr>
      <w:r>
        <w:rPr>
          <w:sz w:val="22"/>
        </w:rPr>
        <w:t>B. No, I don't</w:t>
      </w:r>
    </w:p>
    <w:p>
      <w:pPr>
        <w:pStyle w:val="ListParagraph"/>
      </w:pPr>
      <w:r>
        <w:rPr>
          <w:sz w:val="22"/>
        </w:rPr>
        <w:t>C. I'd love to</w:t>
      </w:r>
    </w:p>
    <w:p>
      <w:pPr>
        <w:pStyle w:val="ListParagraph"/>
      </w:pPr>
      <w:r>
        <w:rPr>
          <w:sz w:val="22"/>
        </w:rPr>
        <w:t>D. That's so kind of you</w:t>
      </w:r>
    </w:p>
    <w:p/>
    <w:p>
      <w:r>
        <w:rPr>
          <w:b/>
          <w:sz w:val="24"/>
        </w:rPr>
        <w:t>Câu 7: If you want to pass this exam, you ______ well.</w:t>
      </w:r>
    </w:p>
    <w:p>
      <w:pPr>
        <w:pStyle w:val="ListParagraph"/>
      </w:pPr>
      <w:r>
        <w:rPr>
          <w:sz w:val="22"/>
        </w:rPr>
        <w:t>A. must study</w:t>
      </w:r>
    </w:p>
    <w:p>
      <w:pPr>
        <w:pStyle w:val="ListParagraph"/>
      </w:pPr>
      <w:r>
        <w:rPr>
          <w:sz w:val="22"/>
        </w:rPr>
        <w:t>B. can study</w:t>
      </w:r>
    </w:p>
    <w:p>
      <w:pPr>
        <w:pStyle w:val="ListParagraph"/>
      </w:pPr>
      <w:r>
        <w:rPr>
          <w:sz w:val="22"/>
        </w:rPr>
        <w:t>C. might study</w:t>
      </w:r>
    </w:p>
    <w:p>
      <w:pPr>
        <w:pStyle w:val="ListParagraph"/>
      </w:pPr>
      <w:r>
        <w:rPr>
          <w:sz w:val="22"/>
        </w:rPr>
        <w:t>D. won't study</w:t>
      </w:r>
    </w:p>
    <w:p/>
    <w:p>
      <w:r>
        <w:rPr>
          <w:b/>
          <w:sz w:val="24"/>
        </w:rPr>
        <w:t>Câu 8: It's necessary to decide which we should ______ priority to: work or study.</w:t>
      </w:r>
    </w:p>
    <w:p>
      <w:pPr>
        <w:pStyle w:val="ListParagraph"/>
      </w:pPr>
      <w:r>
        <w:rPr>
          <w:sz w:val="22"/>
        </w:rPr>
        <w:t>A. make</w:t>
      </w:r>
    </w:p>
    <w:p>
      <w:pPr>
        <w:pStyle w:val="ListParagraph"/>
      </w:pPr>
      <w:r>
        <w:rPr>
          <w:sz w:val="22"/>
        </w:rPr>
        <w:t>B. give</w:t>
      </w:r>
    </w:p>
    <w:p>
      <w:pPr>
        <w:pStyle w:val="ListParagraph"/>
      </w:pPr>
      <w:r>
        <w:rPr>
          <w:sz w:val="22"/>
        </w:rPr>
        <w:t>C. bring</w:t>
      </w:r>
    </w:p>
    <w:p>
      <w:pPr>
        <w:pStyle w:val="ListParagraph"/>
      </w:pPr>
      <w:r>
        <w:rPr>
          <w:sz w:val="22"/>
        </w:rPr>
        <w:t>D. take</w:t>
      </w:r>
    </w:p>
    <w:p/>
    <w:p>
      <w:r>
        <w:rPr>
          <w:b/>
          <w:sz w:val="24"/>
        </w:rPr>
        <w:t>Câu 9: The metro in Ha Noi capital is ______ with commuters at rush hour.</w:t>
      </w:r>
    </w:p>
    <w:p>
      <w:pPr>
        <w:pStyle w:val="ListParagraph"/>
      </w:pPr>
      <w:r>
        <w:rPr>
          <w:sz w:val="22"/>
        </w:rPr>
        <w:t>A. noisy</w:t>
      </w:r>
    </w:p>
    <w:p>
      <w:pPr>
        <w:pStyle w:val="ListParagraph"/>
      </w:pPr>
      <w:r>
        <w:rPr>
          <w:sz w:val="22"/>
        </w:rPr>
        <w:t>B. full</w:t>
      </w:r>
    </w:p>
    <w:p>
      <w:pPr>
        <w:pStyle w:val="ListParagraph"/>
      </w:pPr>
      <w:r>
        <w:rPr>
          <w:sz w:val="22"/>
        </w:rPr>
        <w:t>C. happy</w:t>
      </w:r>
    </w:p>
    <w:p>
      <w:pPr>
        <w:pStyle w:val="ListParagraph"/>
      </w:pPr>
      <w:r>
        <w:rPr>
          <w:sz w:val="22"/>
        </w:rPr>
        <w:t>D. packed</w:t>
      </w:r>
    </w:p>
    <w:p/>
    <w:p>
      <w:r>
        <w:rPr>
          <w:b/>
          <w:sz w:val="24"/>
        </w:rPr>
        <w:t>Câu 10: Hong Kong is like a concrete jungle with so many people in it. It's a ______ city.</w:t>
      </w:r>
    </w:p>
    <w:p>
      <w:pPr>
        <w:pStyle w:val="ListParagraph"/>
      </w:pPr>
      <w:r>
        <w:rPr>
          <w:sz w:val="22"/>
        </w:rPr>
        <w:t>A. bustling</w:t>
      </w:r>
    </w:p>
    <w:p>
      <w:pPr>
        <w:pStyle w:val="ListParagraph"/>
      </w:pPr>
      <w:r>
        <w:rPr>
          <w:sz w:val="22"/>
        </w:rPr>
        <w:t>B. quiet</w:t>
      </w:r>
    </w:p>
    <w:p>
      <w:pPr>
        <w:pStyle w:val="ListParagraph"/>
      </w:pPr>
      <w:r>
        <w:rPr>
          <w:sz w:val="22"/>
        </w:rPr>
        <w:t>C. small</w:t>
      </w:r>
    </w:p>
    <w:p>
      <w:pPr>
        <w:pStyle w:val="ListParagraph"/>
      </w:pPr>
      <w:r>
        <w:rPr>
          <w:sz w:val="22"/>
        </w:rPr>
        <w:t>D. high</w:t>
      </w:r>
    </w:p>
    <w:p/>
    <w:p>
      <w:r>
        <w:rPr>
          <w:b/>
          <w:sz w:val="24"/>
        </w:rPr>
        <w:t>Câu 11: HCM City is now a big ______ site with many half-finished buildings.</w:t>
      </w:r>
    </w:p>
    <w:p>
      <w:pPr>
        <w:pStyle w:val="ListParagraph"/>
      </w:pPr>
      <w:r>
        <w:rPr>
          <w:sz w:val="22"/>
        </w:rPr>
        <w:t>A. cake</w:t>
      </w:r>
    </w:p>
    <w:p>
      <w:pPr>
        <w:pStyle w:val="ListParagraph"/>
      </w:pPr>
      <w:r>
        <w:rPr>
          <w:sz w:val="22"/>
        </w:rPr>
        <w:t>B. construction</w:t>
      </w:r>
    </w:p>
    <w:p>
      <w:pPr>
        <w:pStyle w:val="ListParagraph"/>
      </w:pPr>
      <w:r>
        <w:rPr>
          <w:sz w:val="22"/>
        </w:rPr>
        <w:t>C. market</w:t>
      </w:r>
    </w:p>
    <w:p>
      <w:pPr>
        <w:pStyle w:val="ListParagraph"/>
      </w:pPr>
      <w:r>
        <w:rPr>
          <w:sz w:val="22"/>
        </w:rPr>
        <w:t>D. village</w:t>
      </w:r>
    </w:p>
    <w:p/>
    <w:p>
      <w:r>
        <w:rPr>
          <w:b/>
          <w:sz w:val="24"/>
        </w:rPr>
        <w:t>Câu 12: Her village is overcrowded and lacks public ______.</w:t>
      </w:r>
    </w:p>
    <w:p>
      <w:pPr>
        <w:pStyle w:val="ListParagraph"/>
      </w:pPr>
      <w:r>
        <w:rPr>
          <w:sz w:val="22"/>
        </w:rPr>
        <w:t>A. people</w:t>
      </w:r>
    </w:p>
    <w:p>
      <w:pPr>
        <w:pStyle w:val="ListParagraph"/>
      </w:pPr>
      <w:r>
        <w:rPr>
          <w:sz w:val="22"/>
        </w:rPr>
        <w:t>B. building</w:t>
      </w:r>
    </w:p>
    <w:p>
      <w:pPr>
        <w:pStyle w:val="ListParagraph"/>
      </w:pPr>
      <w:r>
        <w:rPr>
          <w:sz w:val="22"/>
        </w:rPr>
        <w:t>C. education</w:t>
      </w:r>
    </w:p>
    <w:p>
      <w:pPr>
        <w:pStyle w:val="ListParagraph"/>
      </w:pPr>
      <w:r>
        <w:rPr>
          <w:sz w:val="22"/>
        </w:rPr>
        <w:t>D. amenities</w:t>
      </w:r>
    </w:p>
    <w:p/>
    <w:p>
      <w:r>
        <w:rPr>
          <w:b/>
          <w:sz w:val="24"/>
        </w:rPr>
        <w:t>Câu 13: Phu Quoc Island looks like a ______ jungle with ugly buildings.</w:t>
      </w:r>
    </w:p>
    <w:p>
      <w:pPr>
        <w:pStyle w:val="ListParagraph"/>
      </w:pPr>
      <w:r>
        <w:rPr>
          <w:sz w:val="22"/>
        </w:rPr>
        <w:t>A. paddy</w:t>
      </w:r>
    </w:p>
    <w:p>
      <w:pPr>
        <w:pStyle w:val="ListParagraph"/>
      </w:pPr>
      <w:r>
        <w:rPr>
          <w:sz w:val="22"/>
        </w:rPr>
        <w:t>B. concrete</w:t>
      </w:r>
    </w:p>
    <w:p>
      <w:pPr>
        <w:pStyle w:val="ListParagraph"/>
      </w:pPr>
      <w:r>
        <w:rPr>
          <w:sz w:val="22"/>
        </w:rPr>
        <w:t>C. tropical</w:t>
      </w:r>
    </w:p>
    <w:p>
      <w:pPr>
        <w:pStyle w:val="ListParagraph"/>
      </w:pPr>
      <w:r>
        <w:rPr>
          <w:sz w:val="22"/>
        </w:rPr>
        <w:t>D. underground</w:t>
      </w:r>
    </w:p>
    <w:p/>
    <w:p>
      <w:r>
        <w:rPr>
          <w:b/>
          <w:sz w:val="24"/>
        </w:rPr>
        <w:t>Câu 14: Lan is ______ a cold. She has a runny nose and a sore throat.</w:t>
      </w:r>
    </w:p>
    <w:p>
      <w:pPr>
        <w:pStyle w:val="ListParagraph"/>
      </w:pPr>
      <w:r>
        <w:rPr>
          <w:sz w:val="22"/>
        </w:rPr>
        <w:t>A. come down with</w:t>
      </w:r>
    </w:p>
    <w:p>
      <w:pPr>
        <w:pStyle w:val="ListParagraph"/>
      </w:pPr>
      <w:r>
        <w:rPr>
          <w:sz w:val="22"/>
        </w:rPr>
        <w:t>B. come down on</w:t>
      </w:r>
    </w:p>
    <w:p>
      <w:pPr>
        <w:pStyle w:val="ListParagraph"/>
      </w:pPr>
      <w:r>
        <w:rPr>
          <w:sz w:val="22"/>
        </w:rPr>
        <w:t>C. come down to</w:t>
      </w:r>
    </w:p>
    <w:p>
      <w:pPr>
        <w:pStyle w:val="ListParagraph"/>
      </w:pPr>
      <w:r>
        <w:rPr>
          <w:sz w:val="22"/>
        </w:rPr>
        <w:t>D. got with</w:t>
      </w:r>
    </w:p>
    <w:p/>
    <w:p>
      <w:r>
        <w:rPr>
          <w:b/>
          <w:sz w:val="24"/>
        </w:rPr>
        <w:t>Câu 15: The ______ the city is, the ______ its people are.</w:t>
      </w:r>
    </w:p>
    <w:p>
      <w:pPr>
        <w:pStyle w:val="ListParagraph"/>
      </w:pPr>
      <w:r>
        <w:rPr>
          <w:sz w:val="22"/>
        </w:rPr>
        <w:t>A. more busier – more unhappy</w:t>
      </w:r>
    </w:p>
    <w:p>
      <w:pPr>
        <w:pStyle w:val="ListParagraph"/>
      </w:pPr>
      <w:r>
        <w:rPr>
          <w:sz w:val="22"/>
        </w:rPr>
        <w:t>B. busier – unhappier</w:t>
      </w:r>
    </w:p>
    <w:p>
      <w:pPr>
        <w:pStyle w:val="ListParagraph"/>
      </w:pPr>
      <w:r>
        <w:rPr>
          <w:sz w:val="22"/>
        </w:rPr>
        <w:t>C. busier – more unhappy</w:t>
      </w:r>
    </w:p>
    <w:p>
      <w:pPr>
        <w:pStyle w:val="ListParagraph"/>
      </w:pPr>
      <w:r>
        <w:rPr>
          <w:sz w:val="22"/>
        </w:rPr>
        <w:t>D. more busy – unhappy</w:t>
      </w:r>
    </w:p>
    <w:p/>
    <w:p>
      <w:r>
        <w:rPr>
          <w:b/>
          <w:sz w:val="24"/>
        </w:rPr>
        <w:t>Câu 16: The ______ the city is, ______ number of tourists it can attract.</w:t>
      </w:r>
    </w:p>
    <w:p>
      <w:pPr>
        <w:pStyle w:val="ListParagraph"/>
      </w:pPr>
      <w:r>
        <w:rPr>
          <w:sz w:val="22"/>
        </w:rPr>
        <w:t>A. famouser – the higher</w:t>
      </w:r>
    </w:p>
    <w:p>
      <w:pPr>
        <w:pStyle w:val="ListParagraph"/>
      </w:pPr>
      <w:r>
        <w:rPr>
          <w:sz w:val="22"/>
        </w:rPr>
        <w:t>B. more famous – the higher</w:t>
      </w:r>
    </w:p>
    <w:p>
      <w:pPr>
        <w:pStyle w:val="ListParagraph"/>
      </w:pPr>
      <w:r>
        <w:rPr>
          <w:sz w:val="22"/>
        </w:rPr>
        <w:t>C. famouser – higher</w:t>
      </w:r>
    </w:p>
    <w:p>
      <w:pPr>
        <w:pStyle w:val="ListParagraph"/>
      </w:pPr>
      <w:r>
        <w:rPr>
          <w:sz w:val="22"/>
        </w:rPr>
        <w:t>D. B &amp; C</w:t>
      </w:r>
    </w:p>
    <w:p/>
    <w:p>
      <w:r>
        <w:rPr>
          <w:b/>
          <w:sz w:val="24"/>
        </w:rPr>
        <w:t>Câu 17: Nga: Can I take you to the airport if you want?</w:t>
        <w:br/>
        <w:t>Nam: ______</w:t>
      </w:r>
    </w:p>
    <w:p>
      <w:pPr>
        <w:pStyle w:val="ListParagraph"/>
      </w:pPr>
      <w:r>
        <w:rPr>
          <w:sz w:val="22"/>
        </w:rPr>
        <w:t>A. No, of course</w:t>
      </w:r>
    </w:p>
    <w:p>
      <w:pPr>
        <w:pStyle w:val="ListParagraph"/>
      </w:pPr>
      <w:r>
        <w:rPr>
          <w:sz w:val="22"/>
        </w:rPr>
        <w:t>B. Yes, I do</w:t>
      </w:r>
    </w:p>
    <w:p>
      <w:pPr>
        <w:pStyle w:val="ListParagraph"/>
      </w:pPr>
      <w:r>
        <w:rPr>
          <w:sz w:val="22"/>
        </w:rPr>
        <w:t>C. Sorry, I'm busy</w:t>
      </w:r>
    </w:p>
    <w:p>
      <w:pPr>
        <w:pStyle w:val="ListParagraph"/>
      </w:pPr>
      <w:r>
        <w:rPr>
          <w:sz w:val="22"/>
        </w:rPr>
        <w:t>D. Thanks</w:t>
      </w:r>
    </w:p>
    <w:p/>
    <w:p>
      <w:r>
        <w:rPr>
          <w:b/>
          <w:sz w:val="24"/>
        </w:rPr>
        <w:t>Câu 18: If you want to pass this exam, you ______ well.</w:t>
      </w:r>
    </w:p>
    <w:p>
      <w:pPr>
        <w:pStyle w:val="ListParagraph"/>
      </w:pPr>
      <w:r>
        <w:rPr>
          <w:sz w:val="22"/>
        </w:rPr>
        <w:t>A. must study</w:t>
      </w:r>
    </w:p>
    <w:p>
      <w:pPr>
        <w:pStyle w:val="ListParagraph"/>
      </w:pPr>
      <w:r>
        <w:rPr>
          <w:sz w:val="22"/>
        </w:rPr>
        <w:t>B. can study</w:t>
      </w:r>
    </w:p>
    <w:p>
      <w:pPr>
        <w:pStyle w:val="ListParagraph"/>
      </w:pPr>
      <w:r>
        <w:rPr>
          <w:sz w:val="22"/>
        </w:rPr>
        <w:t>C. might study</w:t>
      </w:r>
    </w:p>
    <w:p>
      <w:pPr>
        <w:pStyle w:val="ListParagraph"/>
      </w:pPr>
      <w:r>
        <w:rPr>
          <w:sz w:val="22"/>
        </w:rPr>
        <w:t>D. won't study</w:t>
      </w:r>
    </w:p>
    <w:p/>
    <w:p>
      <w:r>
        <w:rPr>
          <w:b/>
          <w:sz w:val="24"/>
        </w:rPr>
        <w:t>Câu 19: It's necessary to decide which we should ______ priority to: work or study.</w:t>
      </w:r>
    </w:p>
    <w:p>
      <w:pPr>
        <w:pStyle w:val="ListParagraph"/>
      </w:pPr>
      <w:r>
        <w:rPr>
          <w:sz w:val="22"/>
        </w:rPr>
        <w:t>A. make</w:t>
      </w:r>
    </w:p>
    <w:p>
      <w:pPr>
        <w:pStyle w:val="ListParagraph"/>
      </w:pPr>
      <w:r>
        <w:rPr>
          <w:sz w:val="22"/>
        </w:rPr>
        <w:t>B. give</w:t>
      </w:r>
    </w:p>
    <w:p>
      <w:pPr>
        <w:pStyle w:val="ListParagraph"/>
      </w:pPr>
      <w:r>
        <w:rPr>
          <w:sz w:val="22"/>
        </w:rPr>
        <w:t>C. bring</w:t>
      </w:r>
    </w:p>
    <w:p>
      <w:pPr>
        <w:pStyle w:val="ListParagraph"/>
      </w:pPr>
      <w:r>
        <w:rPr>
          <w:sz w:val="22"/>
        </w:rPr>
        <w:t>D. take</w:t>
      </w:r>
    </w:p>
    <w:p/>
    <w:p>
      <w:r>
        <w:rPr>
          <w:b/>
          <w:sz w:val="24"/>
        </w:rPr>
        <w:t>Câu 20: Choose the word whose main stress is different from the others.</w:t>
      </w:r>
    </w:p>
    <w:p>
      <w:pPr>
        <w:pStyle w:val="ListParagraph"/>
      </w:pPr>
      <w:r>
        <w:rPr>
          <w:sz w:val="22"/>
        </w:rPr>
        <w:t>A. jungle</w:t>
      </w:r>
    </w:p>
    <w:p>
      <w:pPr>
        <w:pStyle w:val="ListParagraph"/>
      </w:pPr>
      <w:r>
        <w:rPr>
          <w:sz w:val="22"/>
        </w:rPr>
        <w:t>B. bustling</w:t>
      </w:r>
    </w:p>
    <w:p>
      <w:pPr>
        <w:pStyle w:val="ListParagraph"/>
      </w:pPr>
      <w:r>
        <w:rPr>
          <w:sz w:val="22"/>
        </w:rPr>
        <w:t>C. around</w:t>
      </w:r>
    </w:p>
    <w:p>
      <w:pPr>
        <w:pStyle w:val="ListParagraph"/>
      </w:pPr>
      <w:r>
        <w:rPr>
          <w:sz w:val="22"/>
        </w:rPr>
        <w:t>D. concrete</w:t>
      </w:r>
    </w:p>
    <w:p/>
    <w:p>
      <w:r>
        <w:rPr>
          <w:b/>
          <w:sz w:val="24"/>
        </w:rPr>
        <w:t>Câu 21: Choose the word whose main stress is different from the others.</w:t>
      </w:r>
    </w:p>
    <w:p>
      <w:pPr>
        <w:pStyle w:val="ListParagraph"/>
      </w:pPr>
      <w:r>
        <w:rPr>
          <w:sz w:val="22"/>
        </w:rPr>
        <w:t>A. downtown</w:t>
      </w:r>
    </w:p>
    <w:p>
      <w:pPr>
        <w:pStyle w:val="ListParagraph"/>
      </w:pPr>
      <w:r>
        <w:rPr>
          <w:sz w:val="22"/>
        </w:rPr>
        <w:t>B. livable</w:t>
      </w:r>
    </w:p>
    <w:p>
      <w:pPr>
        <w:pStyle w:val="ListParagraph"/>
      </w:pPr>
      <w:r>
        <w:rPr>
          <w:sz w:val="22"/>
        </w:rPr>
        <w:t>C. leftover</w:t>
      </w:r>
    </w:p>
    <w:p>
      <w:pPr>
        <w:pStyle w:val="ListParagraph"/>
      </w:pPr>
      <w:r>
        <w:rPr>
          <w:sz w:val="22"/>
        </w:rPr>
        <w:t>D. hygiene</w:t>
      </w:r>
    </w:p>
    <w:p/>
    <w:p>
      <w:r>
        <w:rPr>
          <w:b/>
          <w:sz w:val="24"/>
        </w:rPr>
        <w:t>Câu 22: Choose the word whose main stress is different from the others.</w:t>
      </w:r>
    </w:p>
    <w:p>
      <w:pPr>
        <w:pStyle w:val="ListParagraph"/>
      </w:pPr>
      <w:r>
        <w:rPr>
          <w:sz w:val="22"/>
        </w:rPr>
        <w:t>A. downtown</w:t>
      </w:r>
    </w:p>
    <w:p>
      <w:pPr>
        <w:pStyle w:val="ListParagraph"/>
      </w:pPr>
      <w:r>
        <w:rPr>
          <w:sz w:val="22"/>
        </w:rPr>
        <w:t>B. metro</w:t>
      </w:r>
    </w:p>
    <w:p>
      <w:pPr>
        <w:pStyle w:val="ListParagraph"/>
      </w:pPr>
      <w:r>
        <w:rPr>
          <w:sz w:val="22"/>
        </w:rPr>
        <w:t>C. hygiene</w:t>
      </w:r>
    </w:p>
    <w:p>
      <w:pPr>
        <w:pStyle w:val="ListParagraph"/>
      </w:pPr>
      <w:r>
        <w:rPr>
          <w:sz w:val="22"/>
        </w:rPr>
        <w:t>D. concrete</w:t>
      </w:r>
    </w:p>
    <w:p/>
    <w:p>
      <w:r>
        <w:rPr>
          <w:b/>
          <w:sz w:val="24"/>
        </w:rPr>
        <w:t>Câu 23: Choose the word whose main stress is different from the others.</w:t>
      </w:r>
    </w:p>
    <w:p>
      <w:pPr>
        <w:pStyle w:val="ListParagraph"/>
      </w:pPr>
      <w:r>
        <w:rPr>
          <w:sz w:val="22"/>
        </w:rPr>
        <w:t>A. counsellor</w:t>
      </w:r>
    </w:p>
    <w:p>
      <w:pPr>
        <w:pStyle w:val="ListParagraph"/>
      </w:pPr>
      <w:r>
        <w:rPr>
          <w:sz w:val="22"/>
        </w:rPr>
        <w:t>B. distraction</w:t>
      </w:r>
    </w:p>
    <w:p>
      <w:pPr>
        <w:pStyle w:val="ListParagraph"/>
      </w:pPr>
      <w:r>
        <w:rPr>
          <w:sz w:val="22"/>
        </w:rPr>
        <w:t>C. anxiety</w:t>
      </w:r>
    </w:p>
    <w:p>
      <w:pPr>
        <w:pStyle w:val="ListParagraph"/>
      </w:pPr>
      <w:r>
        <w:rPr>
          <w:sz w:val="22"/>
        </w:rPr>
        <w:t>D. assignment</w:t>
      </w:r>
    </w:p>
    <w:p/>
    <w:p>
      <w:r>
        <w:rPr>
          <w:b/>
          <w:sz w:val="24"/>
        </w:rPr>
        <w:t>Câu 24: Choose the word whose underlined part is pronounced differently from the others.</w:t>
      </w:r>
    </w:p>
    <w:p>
      <w:pPr>
        <w:pStyle w:val="ListParagraph"/>
      </w:pPr>
      <w:r>
        <w:rPr>
          <w:sz w:val="22"/>
        </w:rPr>
        <w:t>A. crowded</w:t>
      </w:r>
    </w:p>
    <w:p>
      <w:pPr>
        <w:pStyle w:val="ListParagraph"/>
      </w:pPr>
      <w:r>
        <w:rPr>
          <w:sz w:val="22"/>
        </w:rPr>
        <w:t>B. locate</w:t>
      </w:r>
    </w:p>
    <w:p>
      <w:pPr>
        <w:pStyle w:val="ListParagraph"/>
      </w:pPr>
      <w:r>
        <w:rPr>
          <w:sz w:val="22"/>
        </w:rPr>
        <w:t>C. downtown</w:t>
      </w:r>
    </w:p>
    <w:p>
      <w:pPr>
        <w:pStyle w:val="ListParagraph"/>
      </w:pPr>
      <w:r>
        <w:rPr>
          <w:sz w:val="22"/>
        </w:rPr>
        <w:t>D. hour</w:t>
      </w:r>
    </w:p>
    <w:p/>
    <w:p>
      <w:r>
        <w:rPr>
          <w:b/>
          <w:sz w:val="24"/>
        </w:rPr>
        <w:t>Câu 25: Choose the word whose underlined part is pronounced differently from the others.</w:t>
      </w:r>
    </w:p>
    <w:p>
      <w:pPr>
        <w:pStyle w:val="ListParagraph"/>
      </w:pPr>
      <w:r>
        <w:rPr>
          <w:sz w:val="22"/>
        </w:rPr>
        <w:t>A. hang</w:t>
      </w:r>
    </w:p>
    <w:p>
      <w:pPr>
        <w:pStyle w:val="ListParagraph"/>
      </w:pPr>
      <w:r>
        <w:rPr>
          <w:sz w:val="22"/>
        </w:rPr>
        <w:t>B. hang</w:t>
      </w:r>
    </w:p>
    <w:p>
      <w:pPr>
        <w:pStyle w:val="ListParagraph"/>
      </w:pPr>
      <w:r>
        <w:rPr>
          <w:sz w:val="22"/>
        </w:rPr>
        <w:t>C. tram</w:t>
      </w:r>
    </w:p>
    <w:p>
      <w:pPr>
        <w:pStyle w:val="ListParagraph"/>
      </w:pPr>
      <w:r>
        <w:rPr>
          <w:sz w:val="22"/>
        </w:rPr>
        <w:t>D. plain</w:t>
      </w:r>
    </w:p>
    <w:p/>
    <w:p>
      <w:r>
        <w:rPr>
          <w:b/>
          <w:sz w:val="24"/>
        </w:rPr>
        <w:t>Câu 26: Choose the word whose underlined part is pronounced differently from the others.</w:t>
      </w:r>
    </w:p>
    <w:p>
      <w:pPr>
        <w:pStyle w:val="ListParagraph"/>
      </w:pPr>
      <w:r>
        <w:rPr>
          <w:sz w:val="22"/>
        </w:rPr>
        <w:t>A. concrete</w:t>
      </w:r>
    </w:p>
    <w:p>
      <w:pPr>
        <w:pStyle w:val="ListParagraph"/>
      </w:pPr>
      <w:r>
        <w:rPr>
          <w:sz w:val="22"/>
        </w:rPr>
        <w:t>B. congestion</w:t>
      </w:r>
    </w:p>
    <w:p>
      <w:pPr>
        <w:pStyle w:val="ListParagraph"/>
      </w:pPr>
      <w:r>
        <w:rPr>
          <w:sz w:val="22"/>
        </w:rPr>
        <w:t>C. construction</w:t>
      </w:r>
    </w:p>
    <w:p>
      <w:pPr>
        <w:pStyle w:val="ListParagraph"/>
      </w:pPr>
      <w:r>
        <w:rPr>
          <w:sz w:val="22"/>
        </w:rPr>
        <w:t>D. community</w:t>
      </w:r>
    </w:p>
    <w:p/>
    <w:p>
      <w:r>
        <w:rPr>
          <w:b/>
          <w:sz w:val="24"/>
        </w:rPr>
        <w:t>Câu 27: Choose the word whose underlined part is pronounced differently from the others.</w:t>
      </w:r>
    </w:p>
    <w:p>
      <w:pPr>
        <w:pStyle w:val="ListParagraph"/>
      </w:pPr>
      <w:r>
        <w:rPr>
          <w:sz w:val="22"/>
        </w:rPr>
        <w:t>A. handicraft</w:t>
      </w:r>
    </w:p>
    <w:p>
      <w:pPr>
        <w:pStyle w:val="ListParagraph"/>
      </w:pPr>
      <w:r>
        <w:rPr>
          <w:sz w:val="22"/>
        </w:rPr>
        <w:t>B. attraction</w:t>
      </w:r>
    </w:p>
    <w:p>
      <w:pPr>
        <w:pStyle w:val="ListParagraph"/>
      </w:pPr>
      <w:r>
        <w:rPr>
          <w:sz w:val="22"/>
        </w:rPr>
        <w:t>C. fragrance</w:t>
      </w:r>
    </w:p>
    <w:p>
      <w:pPr>
        <w:pStyle w:val="ListParagraph"/>
      </w:pPr>
      <w:r>
        <w:rPr>
          <w:sz w:val="22"/>
        </w:rPr>
        <w:t>D. artisan</w:t>
      </w:r>
    </w:p>
    <w:p/>
    <w:p>
      <w:r>
        <w:rPr>
          <w:b/>
          <w:sz w:val="24"/>
        </w:rPr>
        <w:t>Câu 28: Choose the underlined part that needs correcting: The older the city becomes, the most attractive it is to immigrants.</w:t>
      </w:r>
    </w:p>
    <w:p>
      <w:pPr>
        <w:pStyle w:val="ListParagraph"/>
      </w:pPr>
      <w:r>
        <w:rPr>
          <w:sz w:val="22"/>
        </w:rPr>
        <w:t>A. becomes</w:t>
      </w:r>
    </w:p>
    <w:p>
      <w:pPr>
        <w:pStyle w:val="ListParagraph"/>
      </w:pPr>
      <w:r>
        <w:rPr>
          <w:sz w:val="22"/>
        </w:rPr>
        <w:t>B. The</w:t>
      </w:r>
    </w:p>
    <w:p>
      <w:pPr>
        <w:pStyle w:val="ListParagraph"/>
      </w:pPr>
      <w:r>
        <w:rPr>
          <w:sz w:val="22"/>
        </w:rPr>
        <w:t>C. it</w:t>
      </w:r>
    </w:p>
    <w:p>
      <w:pPr>
        <w:pStyle w:val="ListParagraph"/>
      </w:pPr>
      <w:r>
        <w:rPr>
          <w:sz w:val="22"/>
        </w:rPr>
        <w:t>D. most</w:t>
      </w:r>
    </w:p>
    <w:p/>
    <w:p>
      <w:r>
        <w:rPr>
          <w:b/>
          <w:sz w:val="24"/>
        </w:rPr>
        <w:t>Câu 29: Choose the underlined part that needs correcting: The volunteers at the charity go on with each other by working together to sort donations.</w:t>
      </w:r>
    </w:p>
    <w:p>
      <w:pPr>
        <w:pStyle w:val="ListParagraph"/>
      </w:pPr>
      <w:r>
        <w:rPr>
          <w:sz w:val="22"/>
        </w:rPr>
        <w:t>A. working</w:t>
      </w:r>
    </w:p>
    <w:p>
      <w:pPr>
        <w:pStyle w:val="ListParagraph"/>
      </w:pPr>
      <w:r>
        <w:rPr>
          <w:sz w:val="22"/>
        </w:rPr>
        <w:t>B. volunteers</w:t>
      </w:r>
    </w:p>
    <w:p>
      <w:pPr>
        <w:pStyle w:val="ListParagraph"/>
      </w:pPr>
      <w:r>
        <w:rPr>
          <w:sz w:val="22"/>
        </w:rPr>
        <w:t>C. go</w:t>
      </w:r>
    </w:p>
    <w:p>
      <w:pPr>
        <w:pStyle w:val="ListParagraph"/>
      </w:pPr>
      <w:r>
        <w:rPr>
          <w:sz w:val="22"/>
        </w:rPr>
        <w:t>D. sort</w:t>
      </w:r>
    </w:p>
    <w:p/>
    <w:p>
      <w:r>
        <w:rPr>
          <w:b/>
          <w:sz w:val="24"/>
        </w:rPr>
        <w:t>Câu 30: Choose the underlined part that needs correcting: The more modern the city is, the most crowded it becomes.</w:t>
      </w:r>
    </w:p>
    <w:p>
      <w:pPr>
        <w:pStyle w:val="ListParagraph"/>
      </w:pPr>
      <w:r>
        <w:rPr>
          <w:sz w:val="22"/>
        </w:rPr>
        <w:t>A. more</w:t>
      </w:r>
    </w:p>
    <w:p>
      <w:pPr>
        <w:pStyle w:val="ListParagraph"/>
      </w:pPr>
      <w:r>
        <w:rPr>
          <w:sz w:val="22"/>
        </w:rPr>
        <w:t>B. the city</w:t>
      </w:r>
    </w:p>
    <w:p>
      <w:pPr>
        <w:pStyle w:val="ListParagraph"/>
      </w:pPr>
      <w:r>
        <w:rPr>
          <w:sz w:val="22"/>
        </w:rPr>
        <w:t>C. it becomes</w:t>
      </w:r>
    </w:p>
    <w:p>
      <w:pPr>
        <w:pStyle w:val="ListParagraph"/>
      </w:pPr>
      <w:r>
        <w:rPr>
          <w:sz w:val="22"/>
        </w:rPr>
        <w:t>D. most</w:t>
      </w:r>
    </w:p>
    <w:p/>
    <w:p>
      <w:r>
        <w:rPr>
          <w:b/>
          <w:sz w:val="24"/>
        </w:rPr>
        <w:t>Câu 31: Choose the underlined part that needs correcting: The more friendlier Linh is, the more beautiful she becomes.</w:t>
      </w:r>
    </w:p>
    <w:p>
      <w:pPr>
        <w:pStyle w:val="ListParagraph"/>
      </w:pPr>
      <w:r>
        <w:rPr>
          <w:sz w:val="22"/>
        </w:rPr>
        <w:t>A. The</w:t>
      </w:r>
    </w:p>
    <w:p>
      <w:pPr>
        <w:pStyle w:val="ListParagraph"/>
      </w:pPr>
      <w:r>
        <w:rPr>
          <w:sz w:val="22"/>
        </w:rPr>
        <w:t>B. more</w:t>
      </w:r>
    </w:p>
    <w:p>
      <w:pPr>
        <w:pStyle w:val="ListParagraph"/>
      </w:pPr>
      <w:r>
        <w:rPr>
          <w:sz w:val="22"/>
        </w:rPr>
        <w:t>C. becomes</w:t>
      </w:r>
    </w:p>
    <w:p>
      <w:pPr>
        <w:pStyle w:val="ListParagraph"/>
      </w:pPr>
      <w:r>
        <w:rPr>
          <w:sz w:val="22"/>
        </w:rPr>
        <w:t>D. friendlier</w:t>
      </w:r>
    </w:p>
    <w:p/>
    <w:p>
      <w:r>
        <w:rPr>
          <w:b/>
          <w:sz w:val="24"/>
        </w:rPr>
        <w:t>Câu 32: Choose the word or phrase that is CLOSEST in meaning to the underlined word: Minh did not buy anything because it's a bit pricey.</w:t>
      </w:r>
    </w:p>
    <w:p>
      <w:pPr>
        <w:pStyle w:val="ListParagraph"/>
      </w:pPr>
      <w:r>
        <w:rPr>
          <w:sz w:val="22"/>
        </w:rPr>
        <w:t>A. interesting</w:t>
      </w:r>
    </w:p>
    <w:p>
      <w:pPr>
        <w:pStyle w:val="ListParagraph"/>
      </w:pPr>
      <w:r>
        <w:rPr>
          <w:sz w:val="22"/>
        </w:rPr>
        <w:t>B. expensive</w:t>
      </w:r>
    </w:p>
    <w:p>
      <w:pPr>
        <w:pStyle w:val="ListParagraph"/>
      </w:pPr>
      <w:r>
        <w:rPr>
          <w:sz w:val="22"/>
        </w:rPr>
        <w:t>C. attractive</w:t>
      </w:r>
    </w:p>
    <w:p>
      <w:pPr>
        <w:pStyle w:val="ListParagraph"/>
      </w:pPr>
      <w:r>
        <w:rPr>
          <w:sz w:val="22"/>
        </w:rPr>
        <w:t>D. cheap</w:t>
      </w:r>
    </w:p>
    <w:p/>
    <w:p>
      <w:r>
        <w:rPr>
          <w:b/>
          <w:sz w:val="24"/>
        </w:rPr>
        <w:t>Câu 33: Choose the word or phrase that is CLOSEST in meaning to the underlined word: The government aims to cut down on litter in the town.</w:t>
      </w:r>
    </w:p>
    <w:p>
      <w:pPr>
        <w:pStyle w:val="ListParagraph"/>
      </w:pPr>
      <w:r>
        <w:rPr>
          <w:sz w:val="22"/>
        </w:rPr>
        <w:t>A. increase</w:t>
      </w:r>
    </w:p>
    <w:p>
      <w:pPr>
        <w:pStyle w:val="ListParagraph"/>
      </w:pPr>
      <w:r>
        <w:rPr>
          <w:sz w:val="22"/>
        </w:rPr>
        <w:t>B. reduce</w:t>
      </w:r>
    </w:p>
    <w:p>
      <w:pPr>
        <w:pStyle w:val="ListParagraph"/>
      </w:pPr>
      <w:r>
        <w:rPr>
          <w:sz w:val="22"/>
        </w:rPr>
        <w:t>C. ignore</w:t>
      </w:r>
    </w:p>
    <w:p>
      <w:pPr>
        <w:pStyle w:val="ListParagraph"/>
      </w:pPr>
      <w:r>
        <w:rPr>
          <w:sz w:val="22"/>
        </w:rPr>
        <w:t>D. add</w:t>
      </w:r>
    </w:p>
    <w:p/>
    <w:p>
      <w:r>
        <w:rPr>
          <w:b/>
          <w:sz w:val="24"/>
        </w:rPr>
        <w:t>Câu 34: Choose the word or phrase that is CLOSEST in meaning to the underlined word: Children normally feel a lot of anxiety about their first day at school.</w:t>
      </w:r>
    </w:p>
    <w:p>
      <w:pPr>
        <w:pStyle w:val="ListParagraph"/>
      </w:pPr>
      <w:r>
        <w:rPr>
          <w:sz w:val="22"/>
        </w:rPr>
        <w:t>A. nervousness</w:t>
      </w:r>
    </w:p>
    <w:p>
      <w:pPr>
        <w:pStyle w:val="ListParagraph"/>
      </w:pPr>
      <w:r>
        <w:rPr>
          <w:sz w:val="22"/>
        </w:rPr>
        <w:t>B. silence</w:t>
      </w:r>
    </w:p>
    <w:p>
      <w:pPr>
        <w:pStyle w:val="ListParagraph"/>
      </w:pPr>
      <w:r>
        <w:rPr>
          <w:sz w:val="22"/>
        </w:rPr>
        <w:t>C. self-control</w:t>
      </w:r>
    </w:p>
    <w:p>
      <w:pPr>
        <w:pStyle w:val="ListParagraph"/>
      </w:pPr>
      <w:r>
        <w:rPr>
          <w:sz w:val="22"/>
        </w:rPr>
        <w:t>D. agreement</w:t>
      </w:r>
    </w:p>
    <w:p/>
    <w:p>
      <w:r>
        <w:rPr>
          <w:b/>
          <w:sz w:val="24"/>
        </w:rPr>
        <w:t>Câu 35: Choose the word or phrase that is CLOSEST in meaning to the underlined word: Her family live in the suburb of a big city.</w:t>
      </w:r>
    </w:p>
    <w:p>
      <w:pPr>
        <w:pStyle w:val="ListParagraph"/>
      </w:pPr>
      <w:r>
        <w:rPr>
          <w:sz w:val="22"/>
        </w:rPr>
        <w:t>A. rural</w:t>
      </w:r>
    </w:p>
    <w:p>
      <w:pPr>
        <w:pStyle w:val="ListParagraph"/>
      </w:pPr>
      <w:r>
        <w:rPr>
          <w:sz w:val="22"/>
        </w:rPr>
        <w:t>B. city</w:t>
      </w:r>
    </w:p>
    <w:p>
      <w:pPr>
        <w:pStyle w:val="ListParagraph"/>
      </w:pPr>
      <w:r>
        <w:rPr>
          <w:sz w:val="22"/>
        </w:rPr>
        <w:t>C. countryside</w:t>
      </w:r>
    </w:p>
    <w:p>
      <w:pPr>
        <w:pStyle w:val="ListParagraph"/>
      </w:pPr>
      <w:r>
        <w:rPr>
          <w:sz w:val="22"/>
        </w:rPr>
        <w:t>D. town</w:t>
      </w:r>
    </w:p>
    <w:p/>
    <w:p>
      <w:r>
        <w:rPr>
          <w:b/>
          <w:sz w:val="24"/>
        </w:rPr>
        <w:t>Câu 36: Choose the word or phrase that is OPPOSITE in meaning to the underlined word: Some girls feel pessimistic about their body image.</w:t>
      </w:r>
    </w:p>
    <w:p>
      <w:pPr>
        <w:pStyle w:val="ListParagraph"/>
      </w:pPr>
      <w:r>
        <w:rPr>
          <w:sz w:val="22"/>
        </w:rPr>
        <w:t>A. optimistic</w:t>
      </w:r>
    </w:p>
    <w:p>
      <w:pPr>
        <w:pStyle w:val="ListParagraph"/>
      </w:pPr>
      <w:r>
        <w:rPr>
          <w:sz w:val="22"/>
        </w:rPr>
        <w:t>B. inexpensive</w:t>
      </w:r>
    </w:p>
    <w:p>
      <w:pPr>
        <w:pStyle w:val="ListParagraph"/>
      </w:pPr>
      <w:r>
        <w:rPr>
          <w:sz w:val="22"/>
        </w:rPr>
        <w:t>C. unhealthy</w:t>
      </w:r>
    </w:p>
    <w:p>
      <w:pPr>
        <w:pStyle w:val="ListParagraph"/>
      </w:pPr>
      <w:r>
        <w:rPr>
          <w:sz w:val="22"/>
        </w:rPr>
        <w:t>D. unwealthy</w:t>
      </w:r>
    </w:p>
    <w:p/>
    <w:p>
      <w:r>
        <w:rPr>
          <w:b/>
          <w:sz w:val="24"/>
        </w:rPr>
        <w:t>Câu 37: Choose the word or phrase that is OPPOSITE in meaning to the underlined word: HCM City is not always safe on the metro.</w:t>
      </w:r>
    </w:p>
    <w:p>
      <w:pPr>
        <w:pStyle w:val="ListParagraph"/>
      </w:pPr>
      <w:r>
        <w:rPr>
          <w:sz w:val="22"/>
        </w:rPr>
        <w:t>A. dangerously</w:t>
      </w:r>
    </w:p>
    <w:p>
      <w:pPr>
        <w:pStyle w:val="ListParagraph"/>
      </w:pPr>
      <w:r>
        <w:rPr>
          <w:sz w:val="22"/>
        </w:rPr>
        <w:t>B. dangerous</w:t>
      </w:r>
    </w:p>
    <w:p>
      <w:pPr>
        <w:pStyle w:val="ListParagraph"/>
      </w:pPr>
      <w:r>
        <w:rPr>
          <w:sz w:val="22"/>
        </w:rPr>
        <w:t>C. dull</w:t>
      </w:r>
    </w:p>
    <w:p>
      <w:pPr>
        <w:pStyle w:val="ListParagraph"/>
      </w:pPr>
      <w:r>
        <w:rPr>
          <w:sz w:val="22"/>
        </w:rPr>
        <w:t>D. large</w:t>
      </w:r>
    </w:p>
    <w:p/>
    <w:p>
      <w:r>
        <w:rPr>
          <w:b/>
          <w:sz w:val="24"/>
        </w:rPr>
        <w:t>Câu 38: Choose the word or phrase that is OPPOSITE in meaning to the underlined word: People who live in urban areas have lots of good conditions for studying, entertainment and health care.</w:t>
      </w:r>
    </w:p>
    <w:p>
      <w:pPr>
        <w:pStyle w:val="ListParagraph"/>
      </w:pPr>
      <w:r>
        <w:rPr>
          <w:sz w:val="22"/>
        </w:rPr>
        <w:t>A. metropolitan</w:t>
      </w:r>
    </w:p>
    <w:p>
      <w:pPr>
        <w:pStyle w:val="ListParagraph"/>
      </w:pPr>
      <w:r>
        <w:rPr>
          <w:sz w:val="22"/>
        </w:rPr>
        <w:t>B. multicultural</w:t>
      </w:r>
    </w:p>
    <w:p>
      <w:pPr>
        <w:pStyle w:val="ListParagraph"/>
      </w:pPr>
      <w:r>
        <w:rPr>
          <w:sz w:val="22"/>
        </w:rPr>
        <w:t>C. developed</w:t>
      </w:r>
    </w:p>
    <w:p>
      <w:pPr>
        <w:pStyle w:val="ListParagraph"/>
      </w:pPr>
      <w:r>
        <w:rPr>
          <w:sz w:val="22"/>
        </w:rPr>
        <w:t>D. rural</w:t>
      </w:r>
    </w:p>
    <w:p/>
    <w:p>
      <w:r>
        <w:rPr>
          <w:b/>
          <w:sz w:val="24"/>
        </w:rPr>
        <w:t>Câu 39: Choose the word or phrase that is OPPOSITE in meaning to the underlined word: He practises playing volleyball every day to get physical health.</w:t>
      </w:r>
    </w:p>
    <w:p>
      <w:pPr>
        <w:pStyle w:val="ListParagraph"/>
      </w:pPr>
      <w:r>
        <w:rPr>
          <w:sz w:val="22"/>
        </w:rPr>
        <w:t>A. good</w:t>
      </w:r>
    </w:p>
    <w:p>
      <w:pPr>
        <w:pStyle w:val="ListParagraph"/>
      </w:pPr>
      <w:r>
        <w:rPr>
          <w:sz w:val="22"/>
        </w:rPr>
        <w:t>B. well</w:t>
      </w:r>
    </w:p>
    <w:p>
      <w:pPr>
        <w:pStyle w:val="ListParagraph"/>
      </w:pPr>
      <w:r>
        <w:rPr>
          <w:sz w:val="22"/>
        </w:rPr>
        <w:t>C. mental</w:t>
      </w:r>
    </w:p>
    <w:p>
      <w:pPr>
        <w:pStyle w:val="ListParagraph"/>
      </w:pPr>
      <w:r>
        <w:rPr>
          <w:sz w:val="22"/>
        </w:rPr>
        <w:t>D. nice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C</w:t>
      </w:r>
    </w:p>
    <w:p>
      <w:r>
        <w:rPr>
          <w:b/>
        </w:rPr>
        <w:t>Câu 30: Đáp án đúng: D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D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D</w:t>
      </w:r>
    </w:p>
    <w:p>
      <w:r>
        <w:rPr>
          <w:b/>
        </w:rPr>
        <w:t>Câu 39: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