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sinh học 9: nucleic acid và gene, quy luật di truyền của mendel, khái quát di truyền học</w:t>
      </w:r>
    </w:p>
    <w:p>
      <w:pPr>
        <w:jc w:val="center"/>
      </w:pPr>
      <w:r>
        <w:rPr>
          <w:sz w:val="22"/>
        </w:rPr>
        <w:t>Số câu: 10    Thời gian: _____ phút    Họ và tên: _________________________</w:t>
      </w:r>
    </w:p>
    <w:p/>
    <w:p>
      <w:r>
        <w:rPr>
          <w:b/>
          <w:sz w:val="24"/>
        </w:rPr>
        <w:t>Câu 1: Đơn phân cấu tạo nên phân tử DNA là gì?</w:t>
      </w:r>
    </w:p>
    <w:p>
      <w:pPr>
        <w:pStyle w:val="ListParagraph"/>
      </w:pPr>
      <w:r>
        <w:rPr>
          <w:sz w:val="22"/>
        </w:rPr>
        <w:t>A. Axit amin</w:t>
      </w:r>
    </w:p>
    <w:p>
      <w:pPr>
        <w:pStyle w:val="ListParagraph"/>
      </w:pPr>
      <w:r>
        <w:rPr>
          <w:sz w:val="22"/>
        </w:rPr>
        <w:t>B. Nucleotit</w:t>
      </w:r>
    </w:p>
    <w:p>
      <w:pPr>
        <w:pStyle w:val="ListParagraph"/>
      </w:pPr>
      <w:r>
        <w:rPr>
          <w:sz w:val="22"/>
        </w:rPr>
        <w:t>C. Glucose</w:t>
      </w:r>
    </w:p>
    <w:p>
      <w:pPr>
        <w:pStyle w:val="ListParagraph"/>
      </w:pPr>
      <w:r>
        <w:rPr>
          <w:sz w:val="22"/>
        </w:rPr>
        <w:t>D. Axit béo</w:t>
      </w:r>
    </w:p>
    <w:p/>
    <w:p>
      <w:r>
        <w:rPr>
          <w:b/>
          <w:sz w:val="24"/>
        </w:rPr>
        <w:t>Câu 2: Theo nguyên tắc bổ sung, trong phân tử DNA, loại nucleotit nào liên kết với Adenin (A)?</w:t>
      </w:r>
    </w:p>
    <w:p>
      <w:pPr>
        <w:pStyle w:val="ListParagraph"/>
      </w:pPr>
      <w:r>
        <w:rPr>
          <w:sz w:val="22"/>
        </w:rPr>
        <w:t>A. Uraxin (U)</w:t>
      </w:r>
    </w:p>
    <w:p>
      <w:pPr>
        <w:pStyle w:val="ListParagraph"/>
      </w:pPr>
      <w:r>
        <w:rPr>
          <w:sz w:val="22"/>
        </w:rPr>
        <w:t>B. Timin (T)</w:t>
      </w:r>
    </w:p>
    <w:p>
      <w:pPr>
        <w:pStyle w:val="ListParagraph"/>
      </w:pPr>
      <w:r>
        <w:rPr>
          <w:sz w:val="22"/>
        </w:rPr>
        <w:t>C. Xitozin (X)</w:t>
      </w:r>
    </w:p>
    <w:p>
      <w:pPr>
        <w:pStyle w:val="ListParagraph"/>
      </w:pPr>
      <w:r>
        <w:rPr>
          <w:sz w:val="22"/>
        </w:rPr>
        <w:t>D. Guanin (G)</w:t>
      </w:r>
    </w:p>
    <w:p/>
    <w:p>
      <w:r>
        <w:rPr>
          <w:b/>
          <w:sz w:val="24"/>
        </w:rPr>
        <w:t>Câu 3: Quá trình nhân đôi DNA diễn ra theo nguyên tắc nào?</w:t>
      </w:r>
    </w:p>
    <w:p>
      <w:pPr>
        <w:pStyle w:val="ListParagraph"/>
      </w:pPr>
      <w:r>
        <w:rPr>
          <w:sz w:val="22"/>
        </w:rPr>
        <w:t>A. Nguyên tắc bổ sung và bảo toàn</w:t>
      </w:r>
    </w:p>
    <w:p>
      <w:pPr>
        <w:pStyle w:val="ListParagraph"/>
      </w:pPr>
      <w:r>
        <w:rPr>
          <w:sz w:val="22"/>
        </w:rPr>
        <w:t>B. Nguyên tắc bổ sung và bán bảo toàn</w:t>
      </w:r>
    </w:p>
    <w:p>
      <w:pPr>
        <w:pStyle w:val="ListParagraph"/>
      </w:pPr>
      <w:r>
        <w:rPr>
          <w:sz w:val="22"/>
        </w:rPr>
        <w:t>C. Nguyên tắc bổ sung và khuôn mẫu</w:t>
      </w:r>
    </w:p>
    <w:p>
      <w:pPr>
        <w:pStyle w:val="ListParagraph"/>
      </w:pPr>
      <w:r>
        <w:rPr>
          <w:sz w:val="22"/>
        </w:rPr>
        <w:t>D. Nguyên tắc khuôn mẫu và bán bảo toàn</w:t>
      </w:r>
    </w:p>
    <w:p/>
    <w:p>
      <w:r>
        <w:rPr>
          <w:b/>
          <w:sz w:val="24"/>
        </w:rPr>
        <w:t>Câu 4: Ở đậu Hà Lan, gen A quy định hạt vàng trội hoàn toàn so với gen a quy định hạt xanh. Phép lai nào sau đây cho tỉ lệ kiểu hình 1 hạt vàng : 1 hạt xanh?</w:t>
      </w:r>
    </w:p>
    <w:p>
      <w:pPr>
        <w:pStyle w:val="ListParagraph"/>
      </w:pPr>
      <w:r>
        <w:rPr>
          <w:sz w:val="22"/>
        </w:rPr>
        <w:t>A. Aa × Aa</w:t>
      </w:r>
    </w:p>
    <w:p>
      <w:pPr>
        <w:pStyle w:val="ListParagraph"/>
      </w:pPr>
      <w:r>
        <w:rPr>
          <w:sz w:val="22"/>
        </w:rPr>
        <w:t>B. AA × aa</w:t>
      </w:r>
    </w:p>
    <w:p>
      <w:pPr>
        <w:pStyle w:val="ListParagraph"/>
      </w:pPr>
      <w:r>
        <w:rPr>
          <w:sz w:val="22"/>
        </w:rPr>
        <w:t>C. AA × Aa</w:t>
      </w:r>
    </w:p>
    <w:p>
      <w:pPr>
        <w:pStyle w:val="ListParagraph"/>
      </w:pPr>
      <w:r>
        <w:rPr>
          <w:sz w:val="22"/>
        </w:rPr>
        <w:t>D. Aa × aa</w:t>
      </w:r>
    </w:p>
    <w:p/>
    <w:p>
      <w:r>
        <w:rPr>
          <w:b/>
          <w:sz w:val="24"/>
        </w:rPr>
        <w:t>Câu 5: Theo Menđen, mỗi tính trạng do một cặp nhân tố di truyền quy định, các nhân tố di truyền tồn tại thành từng cặp trong tế bào sinh dưỡng và phân li đồng đều về các giao tử trong quá trình phát sinh giao tử. Đây là nội dung của quy luật nào?</w:t>
      </w:r>
    </w:p>
    <w:p>
      <w:pPr>
        <w:pStyle w:val="ListParagraph"/>
      </w:pPr>
      <w:r>
        <w:rPr>
          <w:sz w:val="22"/>
        </w:rPr>
        <w:t>A. Quy luật liên kết gen</w:t>
      </w:r>
    </w:p>
    <w:p>
      <w:pPr>
        <w:pStyle w:val="ListParagraph"/>
      </w:pPr>
      <w:r>
        <w:rPr>
          <w:sz w:val="22"/>
        </w:rPr>
        <w:t>B. Quy luật hoán vị gen</w:t>
      </w:r>
    </w:p>
    <w:p>
      <w:pPr>
        <w:pStyle w:val="ListParagraph"/>
      </w:pPr>
      <w:r>
        <w:rPr>
          <w:sz w:val="22"/>
        </w:rPr>
        <w:t>C. Quy luật phân li độc lập</w:t>
      </w:r>
    </w:p>
    <w:p>
      <w:pPr>
        <w:pStyle w:val="ListParagraph"/>
      </w:pPr>
      <w:r>
        <w:rPr>
          <w:sz w:val="22"/>
        </w:rPr>
        <w:t>D. Quy luật phân li</w:t>
      </w:r>
    </w:p>
    <w:p/>
    <w:p>
      <w:r>
        <w:rPr>
          <w:b/>
          <w:sz w:val="24"/>
        </w:rPr>
        <w:t>Câu 6: Phép lai P: AaBb × AaBb (các gen phân li độc lập). Theo lí thuyết, tỉ lệ kiểu gen AaBb ở F1 là bao nhiêu?</w:t>
      </w:r>
    </w:p>
    <w:p>
      <w:pPr>
        <w:pStyle w:val="ListParagraph"/>
      </w:pPr>
      <w:r>
        <w:rPr>
          <w:sz w:val="22"/>
        </w:rPr>
        <w:t>A. 1/2</w:t>
      </w:r>
    </w:p>
    <w:p>
      <w:pPr>
        <w:pStyle w:val="ListParagraph"/>
      </w:pPr>
      <w:r>
        <w:rPr>
          <w:sz w:val="22"/>
        </w:rPr>
        <w:t>B. 1/16</w:t>
      </w:r>
    </w:p>
    <w:p>
      <w:pPr>
        <w:pStyle w:val="ListParagraph"/>
      </w:pPr>
      <w:r>
        <w:rPr>
          <w:sz w:val="22"/>
        </w:rPr>
        <w:t>C. 1/8</w:t>
      </w:r>
    </w:p>
    <w:p>
      <w:pPr>
        <w:pStyle w:val="ListParagraph"/>
      </w:pPr>
      <w:r>
        <w:rPr>
          <w:sz w:val="22"/>
        </w:rPr>
        <w:t>D. 1/4</w:t>
      </w:r>
    </w:p>
    <w:p/>
    <w:p>
      <w:r>
        <w:rPr>
          <w:b/>
          <w:sz w:val="24"/>
        </w:rPr>
        <w:t>Câu 7: Trong quá trình tổng hợp protein, bộ ba đối mã trên tRNA khớp bổ sung với bộ ba mã sao trên mRNA. Nếu bộ ba mã sao là 5'-AUG-3' thì bộ ba đối mã tương ứng trên tRNA là gì?</w:t>
      </w:r>
    </w:p>
    <w:p>
      <w:pPr>
        <w:pStyle w:val="ListParagraph"/>
      </w:pPr>
      <w:r>
        <w:rPr>
          <w:sz w:val="22"/>
        </w:rPr>
        <w:t>A. 3'-UAX-5'</w:t>
      </w:r>
    </w:p>
    <w:p>
      <w:pPr>
        <w:pStyle w:val="ListParagraph"/>
      </w:pPr>
      <w:r>
        <w:rPr>
          <w:sz w:val="22"/>
        </w:rPr>
        <w:t>B. 3'-TAX-5'</w:t>
      </w:r>
    </w:p>
    <w:p>
      <w:pPr>
        <w:pStyle w:val="ListParagraph"/>
      </w:pPr>
      <w:r>
        <w:rPr>
          <w:sz w:val="22"/>
        </w:rPr>
        <w:t>C. 3'-UAG-5'</w:t>
      </w:r>
    </w:p>
    <w:p>
      <w:pPr>
        <w:pStyle w:val="ListParagraph"/>
      </w:pPr>
      <w:r>
        <w:rPr>
          <w:sz w:val="22"/>
        </w:rPr>
        <w:t>D. 3'-AUG-5'</w:t>
      </w:r>
    </w:p>
    <w:p/>
    <w:p>
      <w:r>
        <w:rPr>
          <w:b/>
          <w:sz w:val="24"/>
        </w:rPr>
        <w:t>Câu 8: Ở người, bệnh máu khó đông do gen lặn nằm trên nhiễm sắc thể X quy định, không có alen tương ứng trên Y. Một người nam bình thường kết hôn với một người nữ bình thường nhưng mang gen bệnh. Xác suất sinh con trai bị bệnh máu khó đông của cặp vợ chồng này là bao nhiêu?</w:t>
      </w:r>
    </w:p>
    <w:p>
      <w:pPr>
        <w:pStyle w:val="ListParagraph"/>
      </w:pPr>
      <w:r>
        <w:rPr>
          <w:sz w:val="22"/>
        </w:rPr>
        <w:t>A. 75%</w:t>
      </w:r>
    </w:p>
    <w:p>
      <w:pPr>
        <w:pStyle w:val="ListParagraph"/>
      </w:pPr>
      <w:r>
        <w:rPr>
          <w:sz w:val="22"/>
        </w:rPr>
        <w:t>B. 25%</w:t>
      </w:r>
    </w:p>
    <w:p>
      <w:pPr>
        <w:pStyle w:val="ListParagraph"/>
      </w:pPr>
      <w:r>
        <w:rPr>
          <w:sz w:val="22"/>
        </w:rPr>
        <w:t>C. 0%</w:t>
      </w:r>
    </w:p>
    <w:p>
      <w:pPr>
        <w:pStyle w:val="ListParagraph"/>
      </w:pPr>
      <w:r>
        <w:rPr>
          <w:sz w:val="22"/>
        </w:rPr>
        <w:t>D. 50%</w:t>
      </w:r>
    </w:p>
    <w:p/>
    <w:p>
      <w:r>
        <w:rPr>
          <w:b/>
          <w:sz w:val="24"/>
        </w:rPr>
        <w:t>Câu 9: Trong một gia đình, bố và mẹ đều có kiểu hình bình thường nhưng sinh ra con bị bạch tạng (do gen lặn quy định). Nếu cặp vợ chồng này tiếp tục sinh con, xác suất để đứa con tiếp theo là con gái bình thường là bao nhiêu?</w:t>
      </w:r>
    </w:p>
    <w:p>
      <w:pPr>
        <w:pStyle w:val="ListParagraph"/>
      </w:pPr>
      <w:r>
        <w:rPr>
          <w:sz w:val="22"/>
        </w:rPr>
        <w:t>A. 3/8</w:t>
      </w:r>
    </w:p>
    <w:p>
      <w:pPr>
        <w:pStyle w:val="ListParagraph"/>
      </w:pPr>
      <w:r>
        <w:rPr>
          <w:sz w:val="22"/>
        </w:rPr>
        <w:t>B. 3/4</w:t>
      </w:r>
    </w:p>
    <w:p>
      <w:pPr>
        <w:pStyle w:val="ListParagraph"/>
      </w:pPr>
      <w:r>
        <w:rPr>
          <w:sz w:val="22"/>
        </w:rPr>
        <w:t>C. 1/8</w:t>
      </w:r>
    </w:p>
    <w:p>
      <w:pPr>
        <w:pStyle w:val="ListParagraph"/>
      </w:pPr>
      <w:r>
        <w:rPr>
          <w:sz w:val="22"/>
        </w:rPr>
        <w:t>D. 1/4</w:t>
      </w:r>
    </w:p>
    <w:p/>
    <w:p>
      <w:r>
        <w:rPr>
          <w:b/>
          <w:sz w:val="24"/>
        </w:rPr>
        <w:t>Câu 10: Một phân tử DNA có tổng số nucleotit là 3000, trong đó số nucleotit loại A chiếm 20%. Số liên kết hidro của phân tử DNA này là bao nhiêu?</w:t>
      </w:r>
    </w:p>
    <w:p>
      <w:pPr>
        <w:pStyle w:val="ListParagraph"/>
      </w:pPr>
      <w:r>
        <w:rPr>
          <w:sz w:val="22"/>
        </w:rPr>
        <w:t>A. 4500</w:t>
      </w:r>
    </w:p>
    <w:p>
      <w:pPr>
        <w:pStyle w:val="ListParagraph"/>
      </w:pPr>
      <w:r>
        <w:rPr>
          <w:sz w:val="22"/>
        </w:rPr>
        <w:t>B. 3600</w:t>
      </w:r>
    </w:p>
    <w:p>
      <w:pPr>
        <w:pStyle w:val="ListParagraph"/>
      </w:pPr>
      <w:r>
        <w:rPr>
          <w:sz w:val="22"/>
        </w:rPr>
        <w:t>C. 4200</w:t>
      </w:r>
    </w:p>
    <w:p>
      <w:pPr>
        <w:pStyle w:val="ListParagraph"/>
      </w:pPr>
      <w:r>
        <w:rPr>
          <w:sz w:val="22"/>
        </w:rPr>
        <w:t>D. 3900</w:t>
      </w:r>
    </w:p>
    <w:p/>
    <w:p>
      <w:r>
        <w:t>──────────────────────────────────────────────────</w:t>
      </w:r>
    </w:p>
    <w:p>
      <w:r>
        <w:rPr>
          <w:b/>
        </w:rPr>
        <w:t>BẢNG ĐÁP ÁN &amp; LỜI GIẢI CHI TIẾT</w:t>
      </w:r>
    </w:p>
    <w:p>
      <w:r>
        <w:rPr>
          <w:b/>
        </w:rPr>
        <w:t>Câu 1: Đáp án đúng: B</w:t>
      </w:r>
    </w:p>
    <w:p>
      <w:r>
        <w:rPr>
          <w:i/>
        </w:rPr>
        <w:t>Giải thích: DNA được cấu tạo từ các đơn phân là nucleotit.</w:t>
      </w:r>
    </w:p>
    <w:p>
      <w:r>
        <w:rPr>
          <w:b/>
        </w:rPr>
        <w:t>Câu 2: Đáp án đúng: B</w:t>
      </w:r>
    </w:p>
    <w:p>
      <w:r>
        <w:rPr>
          <w:i/>
        </w:rPr>
        <w:t>Giải thích: Trong DNA, Adenin liên kết với Timin bằng 2 liên kết hidro.</w:t>
      </w:r>
    </w:p>
    <w:p>
      <w:r>
        <w:rPr>
          <w:b/>
        </w:rPr>
        <w:t>Câu 3: Đáp án đúng: B</w:t>
      </w:r>
    </w:p>
    <w:p>
      <w:r>
        <w:rPr>
          <w:i/>
        </w:rPr>
        <w:t>Giải thích: Nhân đôi DNA tuân theo nguyên tắc bổ sung và nguyên tắc bán bảo toàn (mỗi DNA con có một mạch mới và một mạch cũ).</w:t>
      </w:r>
    </w:p>
    <w:p>
      <w:r>
        <w:rPr>
          <w:b/>
        </w:rPr>
        <w:t>Câu 4: Đáp án đúng: D</w:t>
      </w:r>
    </w:p>
    <w:p>
      <w:r>
        <w:rPr>
          <w:i/>
        </w:rPr>
        <w:t>Giải thích: Phép lai Aa × aa cho đời con 1 Aa : 1 aa, tương ứng 1 vàng : 1 xanh.</w:t>
      </w:r>
    </w:p>
    <w:p>
      <w:r>
        <w:rPr>
          <w:b/>
        </w:rPr>
        <w:t>Câu 5: Đáp án đúng: D</w:t>
      </w:r>
    </w:p>
    <w:p>
      <w:r>
        <w:rPr>
          <w:i/>
        </w:rPr>
        <w:t>Giải thích: Đây là nội dung quy luật phân li của Menđen.</w:t>
      </w:r>
    </w:p>
    <w:p>
      <w:r>
        <w:rPr>
          <w:b/>
        </w:rPr>
        <w:t>Câu 6: Đáp án đúng: D</w:t>
      </w:r>
    </w:p>
    <w:p>
      <w:r>
        <w:rPr>
          <w:i/>
        </w:rPr>
        <w:t>Giải thích: Xác suất kiểu gen Aa là 1/2, Bb là 1/2, nên AaBb = 1/2 × 1/2 = 1/4.</w:t>
      </w:r>
    </w:p>
    <w:p>
      <w:r>
        <w:rPr>
          <w:b/>
        </w:rPr>
        <w:t>Câu 7: Đáp án đúng: A</w:t>
      </w:r>
    </w:p>
    <w:p>
      <w:r>
        <w:rPr>
          <w:i/>
        </w:rPr>
        <w:t>Giải thích: Bộ ba đối mã bổ sung với 5'-AUG-3' là 3'-UAX-5' (theo nguyên tắc bổ sung A-U, U-A, G-X).</w:t>
      </w:r>
    </w:p>
    <w:p>
      <w:r>
        <w:rPr>
          <w:b/>
        </w:rPr>
        <w:t>Câu 8: Đáp án đúng: B</w:t>
      </w:r>
    </w:p>
    <w:p>
      <w:r>
        <w:rPr>
          <w:i/>
        </w:rPr>
        <w:t>Giải thích: Người mẹ có kiểu gen X^A X^a, người bố X^A Y. Con trai nhận Y từ bố và X từ mẹ. Xác suất con trai bị bệnh (X^a Y) là 1/2 × 1/2 = 1/4 = 25%.</w:t>
      </w:r>
    </w:p>
    <w:p>
      <w:r>
        <w:rPr>
          <w:b/>
        </w:rPr>
        <w:t>Câu 9: Đáp án đúng: A</w:t>
      </w:r>
    </w:p>
    <w:p>
      <w:r>
        <w:rPr>
          <w:i/>
        </w:rPr>
        <w:t>Giải thích: Bố mẹ bình thường sinh con bạch tạng nên có kiểu gen Aa. Xác suất con bình thường là 3/4, xác suất con gái là 1/2. Vậy xác suất con gái bình thường là 3/4 × 1/2 = 3/8.</w:t>
      </w:r>
    </w:p>
    <w:p>
      <w:r>
        <w:rPr>
          <w:b/>
        </w:rPr>
        <w:t>Câu 10: Đáp án đúng: D</w:t>
      </w:r>
    </w:p>
    <w:p>
      <w:r>
        <w:rPr>
          <w:i/>
        </w:rPr>
        <w:t>Giải thích: Số nu loại A = 20% × 3000 = 600, suy ra T = 600. Số nu loại G = X = (3000 - 2×600)/2 = 900. Số liên kết hidro = 2A + 3G = 2×600 + 3×900 = 1200 + 2700 = 3900.</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