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toan lop 4: so tu nhen lien tiep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Số tự nhiên liền sau của số 999 là số nào?</w:t>
      </w:r>
    </w:p>
    <w:p>
      <w:pPr>
        <w:pStyle w:val="ListParagraph"/>
      </w:pPr>
      <w:r>
        <w:rPr>
          <w:sz w:val="22"/>
        </w:rPr>
        <w:t>A. 1001</w:t>
      </w:r>
    </w:p>
    <w:p>
      <w:pPr>
        <w:pStyle w:val="ListParagraph"/>
      </w:pPr>
      <w:r>
        <w:rPr>
          <w:sz w:val="22"/>
        </w:rPr>
        <w:t>B. 990</w:t>
      </w:r>
    </w:p>
    <w:p>
      <w:pPr>
        <w:pStyle w:val="ListParagraph"/>
      </w:pPr>
      <w:r>
        <w:rPr>
          <w:sz w:val="22"/>
        </w:rPr>
        <w:t>C. 998</w:t>
      </w:r>
    </w:p>
    <w:p>
      <w:pPr>
        <w:pStyle w:val="ListParagraph"/>
      </w:pPr>
      <w:r>
        <w:rPr>
          <w:sz w:val="22"/>
        </w:rPr>
        <w:t>D. 1000</w:t>
      </w:r>
    </w:p>
    <w:p/>
    <w:p>
      <w:r>
        <w:rPr>
          <w:b/>
          <w:sz w:val="24"/>
        </w:rPr>
        <w:t>Câu 2: Số tự nhiên liền trước của số 5000 là số nào?</w:t>
      </w:r>
    </w:p>
    <w:p>
      <w:pPr>
        <w:pStyle w:val="ListParagraph"/>
      </w:pPr>
      <w:r>
        <w:rPr>
          <w:sz w:val="22"/>
        </w:rPr>
        <w:t>A. 4998</w:t>
      </w:r>
    </w:p>
    <w:p>
      <w:pPr>
        <w:pStyle w:val="ListParagraph"/>
      </w:pPr>
      <w:r>
        <w:rPr>
          <w:sz w:val="22"/>
        </w:rPr>
        <w:t>B. 5001</w:t>
      </w:r>
    </w:p>
    <w:p>
      <w:pPr>
        <w:pStyle w:val="ListParagraph"/>
      </w:pPr>
      <w:r>
        <w:rPr>
          <w:sz w:val="22"/>
        </w:rPr>
        <w:t>C. 4999</w:t>
      </w:r>
    </w:p>
    <w:p>
      <w:pPr>
        <w:pStyle w:val="ListParagraph"/>
      </w:pPr>
      <w:r>
        <w:rPr>
          <w:sz w:val="22"/>
        </w:rPr>
        <w:t>D. 5010</w:t>
      </w:r>
    </w:p>
    <w:p/>
    <w:p>
      <w:r>
        <w:rPr>
          <w:b/>
          <w:sz w:val="24"/>
        </w:rPr>
        <w:t>Câu 3: Hai số tự nhiên liên tiếp hơn kém nhau bao nhiêu đơn vị?</w:t>
      </w:r>
    </w:p>
    <w:p>
      <w:pPr>
        <w:pStyle w:val="ListParagraph"/>
      </w:pPr>
      <w:r>
        <w:rPr>
          <w:sz w:val="22"/>
        </w:rPr>
        <w:t>A. 1 đơn vị</w:t>
      </w:r>
    </w:p>
    <w:p>
      <w:pPr>
        <w:pStyle w:val="ListParagraph"/>
      </w:pPr>
      <w:r>
        <w:rPr>
          <w:sz w:val="22"/>
        </w:rPr>
        <w:t>B. 5 đơn vị</w:t>
      </w:r>
    </w:p>
    <w:p>
      <w:pPr>
        <w:pStyle w:val="ListParagraph"/>
      </w:pPr>
      <w:r>
        <w:rPr>
          <w:sz w:val="22"/>
        </w:rPr>
        <w:t>C. 10 đơn vị</w:t>
      </w:r>
    </w:p>
    <w:p>
      <w:pPr>
        <w:pStyle w:val="ListParagraph"/>
      </w:pPr>
      <w:r>
        <w:rPr>
          <w:sz w:val="22"/>
        </w:rPr>
        <w:t>D. 2 đơn vị</w:t>
      </w:r>
    </w:p>
    <w:p/>
    <w:p>
      <w:r>
        <w:rPr>
          <w:b/>
          <w:sz w:val="24"/>
        </w:rPr>
        <w:t>Câu 4: Trong các dãy số sau, dãy nào là ba số tự nhiên liên tiếp tăng dần?</w:t>
      </w:r>
    </w:p>
    <w:p>
      <w:pPr>
        <w:pStyle w:val="ListParagraph"/>
      </w:pPr>
      <w:r>
        <w:rPr>
          <w:sz w:val="22"/>
        </w:rPr>
        <w:t>A. 25, 24, 23</w:t>
      </w:r>
    </w:p>
    <w:p>
      <w:pPr>
        <w:pStyle w:val="ListParagraph"/>
      </w:pPr>
      <w:r>
        <w:rPr>
          <w:sz w:val="22"/>
        </w:rPr>
        <w:t>B. 12, 14, 16</w:t>
      </w:r>
    </w:p>
    <w:p>
      <w:pPr>
        <w:pStyle w:val="ListParagraph"/>
      </w:pPr>
      <w:r>
        <w:rPr>
          <w:sz w:val="22"/>
        </w:rPr>
        <w:t>C. 47, 48, 49</w:t>
      </w:r>
    </w:p>
    <w:p>
      <w:pPr>
        <w:pStyle w:val="ListParagraph"/>
      </w:pPr>
      <w:r>
        <w:rPr>
          <w:sz w:val="22"/>
        </w:rPr>
        <w:t>D. 30, 31, 33</w:t>
      </w:r>
    </w:p>
    <w:p/>
    <w:p>
      <w:r>
        <w:rPr>
          <w:b/>
          <w:sz w:val="24"/>
        </w:rPr>
        <w:t>Câu 5: Số tự nhiên liền sau của số lớn nhất có ba chữ số là số nào?</w:t>
      </w:r>
    </w:p>
    <w:p>
      <w:pPr>
        <w:pStyle w:val="ListParagraph"/>
      </w:pPr>
      <w:r>
        <w:rPr>
          <w:sz w:val="22"/>
        </w:rPr>
        <w:t>A. 1000</w:t>
      </w:r>
    </w:p>
    <w:p>
      <w:pPr>
        <w:pStyle w:val="ListParagraph"/>
      </w:pPr>
      <w:r>
        <w:rPr>
          <w:sz w:val="22"/>
        </w:rPr>
        <w:t>B. 1001</w:t>
      </w:r>
    </w:p>
    <w:p>
      <w:pPr>
        <w:pStyle w:val="ListParagraph"/>
      </w:pPr>
      <w:r>
        <w:rPr>
          <w:sz w:val="22"/>
        </w:rPr>
        <w:t>C. 998</w:t>
      </w:r>
    </w:p>
    <w:p>
      <w:pPr>
        <w:pStyle w:val="ListParagraph"/>
      </w:pPr>
      <w:r>
        <w:rPr>
          <w:sz w:val="22"/>
        </w:rPr>
        <w:t>D. 999</w:t>
      </w:r>
    </w:p>
    <w:p/>
    <w:p>
      <w:r>
        <w:rPr>
          <w:b/>
          <w:sz w:val="24"/>
        </w:rPr>
        <w:t>Câu 6: Số tự nhiên liền trước của số nhỏ nhất có bốn chữ số là số nào?</w:t>
      </w:r>
    </w:p>
    <w:p>
      <w:pPr>
        <w:pStyle w:val="ListParagraph"/>
      </w:pPr>
      <w:r>
        <w:rPr>
          <w:sz w:val="22"/>
        </w:rPr>
        <w:t>A. 1001</w:t>
      </w:r>
    </w:p>
    <w:p>
      <w:pPr>
        <w:pStyle w:val="ListParagraph"/>
      </w:pPr>
      <w:r>
        <w:rPr>
          <w:sz w:val="22"/>
        </w:rPr>
        <w:t>B. 1000</w:t>
      </w:r>
    </w:p>
    <w:p>
      <w:pPr>
        <w:pStyle w:val="ListParagraph"/>
      </w:pPr>
      <w:r>
        <w:rPr>
          <w:sz w:val="22"/>
        </w:rPr>
        <w:t>C. 999</w:t>
      </w:r>
    </w:p>
    <w:p>
      <w:pPr>
        <w:pStyle w:val="ListParagraph"/>
      </w:pPr>
      <w:r>
        <w:rPr>
          <w:sz w:val="22"/>
        </w:rPr>
        <w:t>D. 998</w:t>
      </w:r>
    </w:p>
    <w:p/>
    <w:p>
      <w:r>
        <w:rPr>
          <w:b/>
          <w:sz w:val="24"/>
        </w:rPr>
        <w:t>Câu 7: Cho ba số tự nhiên liên tiếp, biết số ở giữa là 256. Hai số còn lại là những số nào?</w:t>
      </w:r>
    </w:p>
    <w:p>
      <w:pPr>
        <w:pStyle w:val="ListParagraph"/>
      </w:pPr>
      <w:r>
        <w:rPr>
          <w:sz w:val="22"/>
        </w:rPr>
        <w:t>A. 253 và 255</w:t>
      </w:r>
    </w:p>
    <w:p>
      <w:pPr>
        <w:pStyle w:val="ListParagraph"/>
      </w:pPr>
      <w:r>
        <w:rPr>
          <w:sz w:val="22"/>
        </w:rPr>
        <w:t>B. 255 và 257</w:t>
      </w:r>
    </w:p>
    <w:p>
      <w:pPr>
        <w:pStyle w:val="ListParagraph"/>
      </w:pPr>
      <w:r>
        <w:rPr>
          <w:sz w:val="22"/>
        </w:rPr>
        <w:t>C. 257 và 258</w:t>
      </w:r>
    </w:p>
    <w:p>
      <w:pPr>
        <w:pStyle w:val="ListParagraph"/>
      </w:pPr>
      <w:r>
        <w:rPr>
          <w:sz w:val="22"/>
        </w:rPr>
        <w:t>D. 254 và 258</w:t>
      </w:r>
    </w:p>
    <w:p/>
    <w:p>
      <w:r>
        <w:rPr>
          <w:b/>
          <w:sz w:val="24"/>
        </w:rPr>
        <w:t>Câu 8: Có bao nhiêu số tự nhiên liên tiếp từ 1 đến 10?</w:t>
      </w:r>
    </w:p>
    <w:p>
      <w:pPr>
        <w:pStyle w:val="ListParagraph"/>
      </w:pPr>
      <w:r>
        <w:rPr>
          <w:sz w:val="22"/>
        </w:rPr>
        <w:t>A. 8 số</w:t>
      </w:r>
    </w:p>
    <w:p>
      <w:pPr>
        <w:pStyle w:val="ListParagraph"/>
      </w:pPr>
      <w:r>
        <w:rPr>
          <w:sz w:val="22"/>
        </w:rPr>
        <w:t>B. 10 số</w:t>
      </w:r>
    </w:p>
    <w:p>
      <w:pPr>
        <w:pStyle w:val="ListParagraph"/>
      </w:pPr>
      <w:r>
        <w:rPr>
          <w:sz w:val="22"/>
        </w:rPr>
        <w:t>C. 11 số</w:t>
      </w:r>
    </w:p>
    <w:p>
      <w:pPr>
        <w:pStyle w:val="ListParagraph"/>
      </w:pPr>
      <w:r>
        <w:rPr>
          <w:sz w:val="22"/>
        </w:rPr>
        <w:t>D. 9 số</w:t>
      </w:r>
    </w:p>
    <w:p/>
    <w:p>
      <w:r>
        <w:rPr>
          <w:b/>
          <w:sz w:val="24"/>
        </w:rPr>
        <w:t>Câu 9: Số tự nhiên liền sau của số 2 099 là số nào?</w:t>
      </w:r>
    </w:p>
    <w:p>
      <w:pPr>
        <w:pStyle w:val="ListParagraph"/>
      </w:pPr>
      <w:r>
        <w:rPr>
          <w:sz w:val="22"/>
        </w:rPr>
        <w:t>A. 2 090</w:t>
      </w:r>
    </w:p>
    <w:p>
      <w:pPr>
        <w:pStyle w:val="ListParagraph"/>
      </w:pPr>
      <w:r>
        <w:rPr>
          <w:sz w:val="22"/>
        </w:rPr>
        <w:t>B. 2 098</w:t>
      </w:r>
    </w:p>
    <w:p>
      <w:pPr>
        <w:pStyle w:val="ListParagraph"/>
      </w:pPr>
      <w:r>
        <w:rPr>
          <w:sz w:val="22"/>
        </w:rPr>
        <w:t>C. 2 100</w:t>
      </w:r>
    </w:p>
    <w:p>
      <w:pPr>
        <w:pStyle w:val="ListParagraph"/>
      </w:pPr>
      <w:r>
        <w:rPr>
          <w:sz w:val="22"/>
        </w:rPr>
        <w:t>D. 2 101</w:t>
      </w:r>
    </w:p>
    <w:p/>
    <w:p>
      <w:r>
        <w:rPr>
          <w:b/>
          <w:sz w:val="24"/>
        </w:rPr>
        <w:t>Câu 10: Trong các cặp số sau, cặp nào là hai số tự nhiên liên tiếp?</w:t>
      </w:r>
    </w:p>
    <w:p>
      <w:pPr>
        <w:pStyle w:val="ListParagraph"/>
      </w:pPr>
      <w:r>
        <w:rPr>
          <w:sz w:val="22"/>
        </w:rPr>
        <w:t>A. 520 và 522</w:t>
      </w:r>
    </w:p>
    <w:p>
      <w:pPr>
        <w:pStyle w:val="ListParagraph"/>
      </w:pPr>
      <w:r>
        <w:rPr>
          <w:sz w:val="22"/>
        </w:rPr>
        <w:t>B. 305 và 306</w:t>
      </w:r>
    </w:p>
    <w:p>
      <w:pPr>
        <w:pStyle w:val="ListParagraph"/>
      </w:pPr>
      <w:r>
        <w:rPr>
          <w:sz w:val="22"/>
        </w:rPr>
        <w:t>C. 410 và 412</w:t>
      </w:r>
    </w:p>
    <w:p>
      <w:pPr>
        <w:pStyle w:val="ListParagraph"/>
      </w:pPr>
      <w:r>
        <w:rPr>
          <w:sz w:val="22"/>
        </w:rPr>
        <w:t>D. 100 và 102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D</w:t>
      </w:r>
    </w:p>
    <w:p>
      <w:r>
        <w:rPr>
          <w:i/>
        </w:rPr>
        <w:t>Giải thích: Số liền sau của một số tự nhiên bằng số đó cộng thêm 1, nên 999 + 1 = 1000.</w:t>
      </w:r>
    </w:p>
    <w:p>
      <w:r>
        <w:rPr>
          <w:b/>
        </w:rPr>
        <w:t>Câu 2: Đáp án đúng: C</w:t>
      </w:r>
    </w:p>
    <w:p>
      <w:r>
        <w:rPr>
          <w:i/>
        </w:rPr>
        <w:t>Giải thích: Số liền trước của một số tự nhiên bằng số đó trừ đi 1, nên 5000 - 1 = 4999.</w:t>
      </w:r>
    </w:p>
    <w:p>
      <w:r>
        <w:rPr>
          <w:b/>
        </w:rPr>
        <w:t>Câu 3: Đáp án đúng: A</w:t>
      </w:r>
    </w:p>
    <w:p>
      <w:r>
        <w:rPr>
          <w:i/>
        </w:rPr>
        <w:t>Giải thích: Hai số tự nhiên liên tiếp hơn kém nhau đúng 1 đơn vị.</w:t>
      </w:r>
    </w:p>
    <w:p>
      <w:r>
        <w:rPr>
          <w:b/>
        </w:rPr>
        <w:t>Câu 4: Đáp án đúng: C</w:t>
      </w:r>
    </w:p>
    <w:p>
      <w:r>
        <w:rPr>
          <w:i/>
        </w:rPr>
        <w:t>Giải thích: Ba số 47, 48, 49 là ba số tự nhiên liên tiếp vì mỗi số hơn số trước 1 đơn vị và xếp tăng dần.</w:t>
      </w:r>
    </w:p>
    <w:p>
      <w:r>
        <w:rPr>
          <w:b/>
        </w:rPr>
        <w:t>Câu 5: Đáp án đúng: A</w:t>
      </w:r>
    </w:p>
    <w:p>
      <w:r>
        <w:rPr>
          <w:i/>
        </w:rPr>
        <w:t>Giải thích: Số lớn nhất có ba chữ số là 999, số liền sau của nó là 999 + 1 = 1000.</w:t>
      </w:r>
    </w:p>
    <w:p>
      <w:r>
        <w:rPr>
          <w:b/>
        </w:rPr>
        <w:t>Câu 6: Đáp án đúng: C</w:t>
      </w:r>
    </w:p>
    <w:p>
      <w:r>
        <w:rPr>
          <w:i/>
        </w:rPr>
        <w:t>Giải thích: Số nhỏ nhất có bốn chữ số là 1000, số liền trước của nó là 1000 - 1 = 999.</w:t>
      </w:r>
    </w:p>
    <w:p>
      <w:r>
        <w:rPr>
          <w:b/>
        </w:rPr>
        <w:t>Câu 7: Đáp án đúng: B</w:t>
      </w:r>
    </w:p>
    <w:p>
      <w:r>
        <w:rPr>
          <w:i/>
        </w:rPr>
        <w:t>Giải thích: Số liền trước của 256 là 255, số liền sau của 256 là 257, nên hai số còn lại là 255 và 257.</w:t>
      </w:r>
    </w:p>
    <w:p>
      <w:r>
        <w:rPr>
          <w:b/>
        </w:rPr>
        <w:t>Câu 8: Đáp án đúng: B</w:t>
      </w:r>
    </w:p>
    <w:p>
      <w:r>
        <w:rPr>
          <w:i/>
        </w:rPr>
        <w:t>Giải thích: Các số từ 1 đến 10 gồm 10 số tự nhiên liên tiếp.</w:t>
      </w:r>
    </w:p>
    <w:p>
      <w:r>
        <w:rPr>
          <w:b/>
        </w:rPr>
        <w:t>Câu 9: Đáp án đúng: C</w:t>
      </w:r>
    </w:p>
    <w:p>
      <w:r>
        <w:rPr>
          <w:i/>
        </w:rPr>
        <w:t>Giải thích: Số liền sau của 2 099 là 2 099 + 1 = 2 100.</w:t>
      </w:r>
    </w:p>
    <w:p>
      <w:r>
        <w:rPr>
          <w:b/>
        </w:rPr>
        <w:t>Câu 10: Đáp án đúng: B</w:t>
      </w:r>
    </w:p>
    <w:p>
      <w:r>
        <w:rPr>
          <w:i/>
        </w:rPr>
        <w:t>Giải thích: Hai số 305 và 306 là hai số tự nhiên liên tiếp vì 306 hơn 305 đúng 1 đơn vị.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