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CUỐI TUẦN 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Mệnh đề phủ định của mệnh đề "$\forall x\in\mathbb{R}, x^2\ge 0$" là:</w:t>
      </w:r>
    </w:p>
    <w:p>
      <w:pPr>
        <w:pStyle w:val="ListParagraph"/>
      </w:pPr>
      <w:r>
        <w:rPr>
          <w:sz w:val="22"/>
        </w:rPr>
        <w:t>A. $\exists x\in\mathbb{R}, x^2&lt;0$</w:t>
      </w:r>
    </w:p>
    <w:p>
      <w:pPr>
        <w:pStyle w:val="ListParagraph"/>
      </w:pPr>
      <w:r>
        <w:rPr>
          <w:sz w:val="22"/>
        </w:rPr>
        <w:t>B. $\forall x\in\mathbb{R}, x^2&lt;0$</w:t>
      </w:r>
    </w:p>
    <w:p>
      <w:pPr>
        <w:pStyle w:val="ListParagraph"/>
      </w:pPr>
      <w:r>
        <w:rPr>
          <w:sz w:val="22"/>
        </w:rPr>
        <w:t>C. $\exists x\in\mathbb{R}, x^2\le 0$</w:t>
      </w:r>
    </w:p>
    <w:p>
      <w:pPr>
        <w:pStyle w:val="ListParagraph"/>
      </w:pPr>
      <w:r>
        <w:rPr>
          <w:sz w:val="22"/>
        </w:rPr>
        <w:t>D. $\forall x\in\mathbb{R}, x^2&gt;0$</w:t>
      </w:r>
    </w:p>
    <w:p/>
    <w:p>
      <w:r>
        <w:rPr>
          <w:b/>
          <w:sz w:val="24"/>
        </w:rPr>
        <w:t>Câu 2: Cho tập hợp $A=\{x\in\mathbb{N} \mid x&lt;5\}$. Tập hợp $A$ được viết dưới dạng liệt kê là:</w:t>
      </w:r>
    </w:p>
    <w:p>
      <w:pPr>
        <w:pStyle w:val="ListParagraph"/>
      </w:pPr>
      <w:r>
        <w:rPr>
          <w:sz w:val="22"/>
        </w:rPr>
        <w:t>A. $\{0;1;2;3;4\}$</w:t>
      </w:r>
    </w:p>
    <w:p>
      <w:pPr>
        <w:pStyle w:val="ListParagraph"/>
      </w:pPr>
      <w:r>
        <w:rPr>
          <w:sz w:val="22"/>
        </w:rPr>
        <w:t>B. $\{1;2;3;4\}$</w:t>
      </w:r>
    </w:p>
    <w:p>
      <w:pPr>
        <w:pStyle w:val="ListParagraph"/>
      </w:pPr>
      <w:r>
        <w:rPr>
          <w:sz w:val="22"/>
        </w:rPr>
        <w:t>C. $\{0;1;2;3;4;5\}$</w:t>
      </w:r>
    </w:p>
    <w:p>
      <w:pPr>
        <w:pStyle w:val="ListParagraph"/>
      </w:pPr>
      <w:r>
        <w:rPr>
          <w:sz w:val="22"/>
        </w:rPr>
        <w:t>D. $\{1;2;3;4;5\}$</w:t>
      </w:r>
    </w:p>
    <w:p/>
    <w:p>
      <w:r>
        <w:rPr>
          <w:b/>
          <w:sz w:val="24"/>
        </w:rPr>
        <w:t>Câu 3: Cho hai tập hợp $A=\{1;2;3\}$ và $B=\{2;3;4\}$. Tập hợp $A\cup B$ là:</w:t>
      </w:r>
    </w:p>
    <w:p>
      <w:pPr>
        <w:pStyle w:val="ListParagraph"/>
      </w:pPr>
      <w:r>
        <w:rPr>
          <w:sz w:val="22"/>
        </w:rPr>
        <w:t>A. $\{1;2;3;4\}$</w:t>
      </w:r>
    </w:p>
    <w:p>
      <w:pPr>
        <w:pStyle w:val="ListParagraph"/>
      </w:pPr>
      <w:r>
        <w:rPr>
          <w:sz w:val="22"/>
        </w:rPr>
        <w:t>B. $\{2;3\}$</w:t>
      </w:r>
    </w:p>
    <w:p>
      <w:pPr>
        <w:pStyle w:val="ListParagraph"/>
      </w:pPr>
      <w:r>
        <w:rPr>
          <w:sz w:val="22"/>
        </w:rPr>
        <w:t>C. $\{1;4\}$</w:t>
      </w:r>
    </w:p>
    <w:p>
      <w:pPr>
        <w:pStyle w:val="ListParagraph"/>
      </w:pPr>
      <w:r>
        <w:rPr>
          <w:sz w:val="22"/>
        </w:rPr>
        <w:t>D. $\{1;2;3\}$</w:t>
      </w:r>
    </w:p>
    <w:p/>
    <w:p>
      <w:r>
        <w:rPr>
          <w:b/>
          <w:sz w:val="24"/>
        </w:rPr>
        <w:t>Câu 4: Cho hai tập hợp $A=\{1;2;3\}$ và $B=\{2;3;4\}$. Tập hợp $A\setminus B$ là:</w:t>
      </w:r>
    </w:p>
    <w:p>
      <w:pPr>
        <w:pStyle w:val="ListParagraph"/>
      </w:pPr>
      <w:r>
        <w:rPr>
          <w:sz w:val="22"/>
        </w:rPr>
        <w:t>A. $\{1\}$</w:t>
      </w:r>
    </w:p>
    <w:p>
      <w:pPr>
        <w:pStyle w:val="ListParagraph"/>
      </w:pPr>
      <w:r>
        <w:rPr>
          <w:sz w:val="22"/>
        </w:rPr>
        <w:t>B. $\{2;3\}$</w:t>
      </w:r>
    </w:p>
    <w:p>
      <w:pPr>
        <w:pStyle w:val="ListParagraph"/>
      </w:pPr>
      <w:r>
        <w:rPr>
          <w:sz w:val="22"/>
        </w:rPr>
        <w:t>C. $\{1;4\}$</w:t>
      </w:r>
    </w:p>
    <w:p>
      <w:pPr>
        <w:pStyle w:val="ListParagraph"/>
      </w:pPr>
      <w:r>
        <w:rPr>
          <w:sz w:val="22"/>
        </w:rPr>
        <w:t>D. $\{4\}$</w:t>
      </w:r>
    </w:p>
    <w:p/>
    <w:p>
      <w:r>
        <w:rPr>
          <w:b/>
          <w:sz w:val="24"/>
        </w:rPr>
        <w:t>Câu 5: Bất phương trình nào dưới đây là bất phương trình bậc nhất hai ẩn?</w:t>
      </w:r>
    </w:p>
    <w:p>
      <w:pPr>
        <w:pStyle w:val="ListParagraph"/>
      </w:pPr>
      <w:r>
        <w:rPr>
          <w:sz w:val="22"/>
        </w:rPr>
        <w:t>A. $2x+3y&lt;5$</w:t>
      </w:r>
    </w:p>
    <w:p>
      <w:pPr>
        <w:pStyle w:val="ListParagraph"/>
      </w:pPr>
      <w:r>
        <w:rPr>
          <w:sz w:val="22"/>
        </w:rPr>
        <w:t>B. $x^2+y&gt;1$</w:t>
      </w:r>
    </w:p>
    <w:p>
      <w:pPr>
        <w:pStyle w:val="ListParagraph"/>
      </w:pPr>
      <w:r>
        <w:rPr>
          <w:sz w:val="22"/>
        </w:rPr>
        <w:t>C. $x+y^2\le 4$</w:t>
      </w:r>
    </w:p>
    <w:p>
      <w:pPr>
        <w:pStyle w:val="ListParagraph"/>
      </w:pPr>
      <w:r>
        <w:rPr>
          <w:sz w:val="22"/>
        </w:rPr>
        <w:t>D. $\frac{1}{x}+y\ge 0$</w:t>
      </w:r>
    </w:p>
    <w:p/>
    <w:p>
      <w:r>
        <w:rPr>
          <w:b/>
          <w:sz w:val="24"/>
        </w:rPr>
        <w:t>Câu 6: Cặp số $(x;y)=(1;2)$ là nghiệm của bất phương trình nào?</w:t>
      </w:r>
    </w:p>
    <w:p>
      <w:pPr>
        <w:pStyle w:val="ListParagraph"/>
      </w:pPr>
      <w:r>
        <w:rPr>
          <w:sz w:val="22"/>
        </w:rPr>
        <w:t>A. $2x+y&gt;3$</w:t>
      </w:r>
    </w:p>
    <w:p>
      <w:pPr>
        <w:pStyle w:val="ListParagraph"/>
      </w:pPr>
      <w:r>
        <w:rPr>
          <w:sz w:val="22"/>
        </w:rPr>
        <w:t>B. $x+2y&lt;4$</w:t>
      </w:r>
    </w:p>
    <w:p>
      <w:pPr>
        <w:pStyle w:val="ListParagraph"/>
      </w:pPr>
      <w:r>
        <w:rPr>
          <w:sz w:val="22"/>
        </w:rPr>
        <w:t>C. $x-y\ge 0$</w:t>
      </w:r>
    </w:p>
    <w:p>
      <w:pPr>
        <w:pStyle w:val="ListParagraph"/>
      </w:pPr>
      <w:r>
        <w:rPr>
          <w:sz w:val="22"/>
        </w:rPr>
        <w:t>D. $3x-y\le 0$</w:t>
      </w:r>
    </w:p>
    <w:p/>
    <w:p>
      <w:r>
        <w:rPr>
          <w:b/>
          <w:sz w:val="24"/>
        </w:rPr>
        <w:t>Câu 7: Miền nghiệm của bất phương trình $x+y\le 1$ là nửa mặt phẳng chứa điểm nào sau đây?</w:t>
      </w:r>
    </w:p>
    <w:p>
      <w:pPr>
        <w:pStyle w:val="ListParagraph"/>
      </w:pPr>
      <w:r>
        <w:rPr>
          <w:sz w:val="22"/>
        </w:rPr>
        <w:t>A. $(0;0)$</w:t>
      </w:r>
    </w:p>
    <w:p>
      <w:pPr>
        <w:pStyle w:val="ListParagraph"/>
      </w:pPr>
      <w:r>
        <w:rPr>
          <w:sz w:val="22"/>
        </w:rPr>
        <w:t>B. $(1;1)$</w:t>
      </w:r>
    </w:p>
    <w:p>
      <w:pPr>
        <w:pStyle w:val="ListParagraph"/>
      </w:pPr>
      <w:r>
        <w:rPr>
          <w:sz w:val="22"/>
        </w:rPr>
        <w:t>C. $(2;0)$</w:t>
      </w:r>
    </w:p>
    <w:p>
      <w:pPr>
        <w:pStyle w:val="ListParagraph"/>
      </w:pPr>
      <w:r>
        <w:rPr>
          <w:sz w:val="22"/>
        </w:rPr>
        <w:t>D. $(0;2)$</w:t>
      </w:r>
    </w:p>
    <w:p/>
    <w:p>
      <w:r>
        <w:rPr>
          <w:b/>
          <w:sz w:val="24"/>
        </w:rPr>
        <w:t>Câu 8: Hệ bất phương trình $\begin{cases} x\ge 0\\ y\ge 0\\ x+y\le 2 \end{cases}$ có miền nghiệm là:</w:t>
      </w:r>
    </w:p>
    <w:p>
      <w:pPr>
        <w:pStyle w:val="ListParagraph"/>
      </w:pPr>
      <w:r>
        <w:rPr>
          <w:sz w:val="22"/>
        </w:rPr>
        <w:t>A. Tam giác vuông cân trong góc phần tư thứ nhất, kể cả biên.</w:t>
      </w:r>
    </w:p>
    <w:p>
      <w:pPr>
        <w:pStyle w:val="ListParagraph"/>
      </w:pPr>
      <w:r>
        <w:rPr>
          <w:sz w:val="22"/>
        </w:rPr>
        <w:t>B. Hình vuông.</w:t>
      </w:r>
    </w:p>
    <w:p>
      <w:pPr>
        <w:pStyle w:val="ListParagraph"/>
      </w:pPr>
      <w:r>
        <w:rPr>
          <w:sz w:val="22"/>
        </w:rPr>
        <w:t>C. Nửa mặt phẳng.</w:t>
      </w:r>
    </w:p>
    <w:p>
      <w:pPr>
        <w:pStyle w:val="ListParagraph"/>
      </w:pPr>
      <w:r>
        <w:rPr>
          <w:sz w:val="22"/>
        </w:rPr>
        <w:t>D. Đường thẳng.</w:t>
      </w:r>
    </w:p>
    <w:p/>
    <w:p>
      <w:r>
        <w:rPr>
          <w:b/>
          <w:sz w:val="24"/>
        </w:rPr>
        <w:t>Câu 9: Cho mệnh đề $P$: "Số 2024 chia hết cho 4". Mệnh đề phủ định của $P$ là:</w:t>
      </w:r>
    </w:p>
    <w:p>
      <w:pPr>
        <w:pStyle w:val="ListParagraph"/>
      </w:pPr>
      <w:r>
        <w:rPr>
          <w:sz w:val="22"/>
        </w:rPr>
        <w:t>A. "Số 2024 không chia hết cho 4"</w:t>
      </w:r>
    </w:p>
    <w:p>
      <w:pPr>
        <w:pStyle w:val="ListParagraph"/>
      </w:pPr>
      <w:r>
        <w:rPr>
          <w:sz w:val="22"/>
        </w:rPr>
        <w:t>B. "Số 2024 chia hết cho 2"</w:t>
      </w:r>
    </w:p>
    <w:p>
      <w:pPr>
        <w:pStyle w:val="ListParagraph"/>
      </w:pPr>
      <w:r>
        <w:rPr>
          <w:sz w:val="22"/>
        </w:rPr>
        <w:t>C. "Số 2024 là số chẵn"</w:t>
      </w:r>
    </w:p>
    <w:p>
      <w:pPr>
        <w:pStyle w:val="ListParagraph"/>
      </w:pPr>
      <w:r>
        <w:rPr>
          <w:sz w:val="22"/>
        </w:rPr>
        <w:t>D. "Số 2024 chia hết cho 8"</w:t>
      </w:r>
    </w:p>
    <w:p/>
    <w:p>
      <w:r>
        <w:rPr>
          <w:b/>
          <w:sz w:val="24"/>
        </w:rPr>
        <w:t>Câu 10: Cho tập hợp $A=\{x\in\mathbb{R} \mid -1&lt;x\le 3\}$. Tập hợp $A$ được viết dưới dạng khoảng, đoạn là:</w:t>
      </w:r>
    </w:p>
    <w:p>
      <w:pPr>
        <w:pStyle w:val="ListParagraph"/>
      </w:pPr>
      <w:r>
        <w:rPr>
          <w:sz w:val="22"/>
        </w:rPr>
        <w:t>A. $(-1;3]$</w:t>
      </w:r>
    </w:p>
    <w:p>
      <w:pPr>
        <w:pStyle w:val="ListParagraph"/>
      </w:pPr>
      <w:r>
        <w:rPr>
          <w:sz w:val="22"/>
        </w:rPr>
        <w:t>B. $[-1;3)$</w:t>
      </w:r>
    </w:p>
    <w:p>
      <w:pPr>
        <w:pStyle w:val="ListParagraph"/>
      </w:pPr>
      <w:r>
        <w:rPr>
          <w:sz w:val="22"/>
        </w:rPr>
        <w:t>C. $(-1;3)$</w:t>
      </w:r>
    </w:p>
    <w:p>
      <w:pPr>
        <w:pStyle w:val="ListParagraph"/>
      </w:pPr>
      <w:r>
        <w:rPr>
          <w:sz w:val="22"/>
        </w:rPr>
        <w:t>D. $[-1;3]$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